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40" w:line="240" w:lineRule="auto"/>
      </w:pPr>
      <w:r>
        <w:rPr>
          <w:rFonts w:ascii="Aptos" w:hAnsi="Aptos"/>
          <w:b/>
          <w:color w:val="2C7A7B"/>
          <w:sz w:val="18"/>
        </w:rPr>
        <w:t>TEST DE RESPUESTA MÚLTIPLE</w:t>
      </w:r>
    </w:p>
    <w:p>
      <w:pPr>
        <w:spacing w:before="0" w:after="40" w:line="240" w:lineRule="auto"/>
      </w:pPr>
      <w:sdt>
        <w:sdtPr>
          <w:tag w:val="TITULO_TEST"/>
          <w:alias w:val="TITULO_TEST"/>
          <w:text/>
        </w:sdtPr>
        <w:sdtContent>
          <w:r>
            <w:rPr>
              <w:rFonts w:ascii="Aptos" w:hAnsi="Aptos"/>
              <w:b/>
              <w:color w:val="17324D"/>
              <w:sz w:val="48"/>
            </w:rPr>
            <w:t>Título del test</w:t>
          </w:r>
        </w:sdtContent>
      </w:sdt>
    </w:p>
    <w:p>
      <w:pPr>
        <w:spacing w:before="0" w:after="260" w:line="240" w:lineRule="auto"/>
      </w:pPr>
      <w:sdt>
        <w:sdtPr>
          <w:tag w:val="SUBTITULO_TEST"/>
          <w:alias w:val="SUBTITULO_TEST"/>
          <w:text/>
        </w:sdtPr>
        <w:sdtContent>
          <w:r>
            <w:rPr>
              <w:rFonts w:ascii="Aptos" w:hAnsi="Aptos"/>
              <w:b w:val="0"/>
              <w:color w:val="657381"/>
              <w:sz w:val="21"/>
            </w:rPr>
            <w:t>Materia, tema o descripción breve (opcional)</w:t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2948"/>
        <w:gridCol w:w="2948"/>
      </w:tblGrid>
      <w:tr>
        <w:tc>
          <w:tcPr>
            <w:tcW w:type="dxa" w:w="3437"/>
            <w:vAlign w:val="center"/>
            <w:shd w:fill="F4F6F8" w:val="clear"/>
            <w:tcMar>
              <w:top w:w="110" w:type="dxa"/>
              <w:start w:w="140" w:type="dxa"/>
              <w:bottom w:w="90" w:type="dxa"/>
              <w:end w:w="140" w:type="dxa"/>
            </w:tcMar>
            <w:tcBorders>
              <w:bottom w:val="single" w:sz="10" w:color="D4DEE7"/>
            </w:tcBorders>
          </w:tcPr>
          <w:p>
            <w:pPr>
              <w:spacing w:before="0" w:after="40" w:line="240" w:lineRule="auto"/>
            </w:pPr>
            <w:r/>
            <w:r>
              <w:rPr>
                <w:rFonts w:ascii="Aptos" w:hAnsi="Aptos"/>
                <w:b/>
                <w:color w:val="657381"/>
                <w:sz w:val="15"/>
              </w:rPr>
              <w:t>NOMBRE Y APELLIDOS</w:t>
            </w:r>
          </w:p>
          <w:p>
            <w:pPr>
              <w:spacing w:before="0" w:after="0" w:line="240" w:lineRule="auto"/>
            </w:pPr>
            <w:sdt>
              <w:sdtPr>
                <w:tag w:val="NOMBRE"/>
                <w:alias w:val="NOMBRE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20"/>
                  </w:rPr>
                  <w:t>Escriba aquí</w:t>
                </w:r>
              </w:sdtContent>
            </w:sdt>
          </w:p>
        </w:tc>
        <w:tc>
          <w:tcPr>
            <w:tcW w:type="dxa" w:w="3437"/>
            <w:vAlign w:val="center"/>
            <w:shd w:fill="F4F6F8" w:val="clear"/>
            <w:tcMar>
              <w:top w:w="110" w:type="dxa"/>
              <w:start w:w="140" w:type="dxa"/>
              <w:bottom w:w="90" w:type="dxa"/>
              <w:end w:w="140" w:type="dxa"/>
            </w:tcMar>
            <w:tcBorders>
              <w:bottom w:val="single" w:sz="10" w:color="D4DEE7"/>
            </w:tcBorders>
          </w:tcPr>
          <w:p>
            <w:pPr>
              <w:spacing w:before="0" w:after="40" w:line="240" w:lineRule="auto"/>
            </w:pPr>
            <w:r/>
            <w:r>
              <w:rPr>
                <w:rFonts w:ascii="Aptos" w:hAnsi="Aptos"/>
                <w:b/>
                <w:color w:val="657381"/>
                <w:sz w:val="15"/>
              </w:rPr>
              <w:t>CÓDIGO / ID</w:t>
            </w:r>
          </w:p>
          <w:p>
            <w:pPr>
              <w:spacing w:before="0" w:after="0" w:line="240" w:lineRule="auto"/>
            </w:pPr>
            <w:sdt>
              <w:sdtPr>
                <w:tag w:val="ID"/>
                <w:alias w:val="ID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20"/>
                  </w:rPr>
                  <w:t>—</w:t>
                </w:r>
              </w:sdtContent>
            </w:sdt>
          </w:p>
        </w:tc>
        <w:tc>
          <w:tcPr>
            <w:tcW w:type="dxa" w:w="3437"/>
            <w:vAlign w:val="center"/>
            <w:shd w:fill="F4F6F8" w:val="clear"/>
            <w:tcMar>
              <w:top w:w="110" w:type="dxa"/>
              <w:start w:w="140" w:type="dxa"/>
              <w:bottom w:w="90" w:type="dxa"/>
              <w:end w:w="140" w:type="dxa"/>
            </w:tcMar>
            <w:tcBorders>
              <w:bottom w:val="single" w:sz="10" w:color="D4DEE7"/>
            </w:tcBorders>
          </w:tcPr>
          <w:p>
            <w:pPr>
              <w:spacing w:before="0" w:after="40" w:line="240" w:lineRule="auto"/>
            </w:pPr>
            <w:r/>
            <w:r>
              <w:rPr>
                <w:rFonts w:ascii="Aptos" w:hAnsi="Aptos"/>
                <w:b/>
                <w:color w:val="657381"/>
                <w:sz w:val="15"/>
              </w:rPr>
              <w:t>GRUPO / CURSO</w:t>
            </w:r>
          </w:p>
          <w:p>
            <w:pPr>
              <w:spacing w:before="0" w:after="0" w:line="240" w:lineRule="auto"/>
            </w:pPr>
            <w:sdt>
              <w:sdtPr>
                <w:tag w:val="GRUPO"/>
                <w:alias w:val="GRUPO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20"/>
                  </w:rPr>
                  <w:t>—</w:t>
                </w:r>
              </w:sdtContent>
            </w:sdt>
          </w:p>
        </w:tc>
      </w:tr>
      <w:tr>
        <w:tc>
          <w:tcPr>
            <w:tcW w:type="dxa" w:w="3437"/>
            <w:vAlign w:val="center"/>
            <w:shd w:fill="F4F6F8" w:val="clear"/>
            <w:tcMar>
              <w:top w:w="110" w:type="dxa"/>
              <w:start w:w="140" w:type="dxa"/>
              <w:bottom w:w="90" w:type="dxa"/>
              <w:end w:w="140" w:type="dxa"/>
            </w:tcMar>
            <w:tcBorders>
              <w:bottom w:val="single" w:sz="10" w:color="D4DEE7"/>
            </w:tcBorders>
          </w:tcPr>
          <w:p>
            <w:pPr>
              <w:spacing w:before="0" w:after="40" w:line="240" w:lineRule="auto"/>
            </w:pPr>
            <w:r/>
            <w:r>
              <w:rPr>
                <w:rFonts w:ascii="Aptos" w:hAnsi="Aptos"/>
                <w:b/>
                <w:color w:val="657381"/>
                <w:sz w:val="15"/>
              </w:rPr>
              <w:t>FECHA</w:t>
            </w:r>
          </w:p>
          <w:p>
            <w:pPr>
              <w:spacing w:before="0" w:after="0" w:line="240" w:lineRule="auto"/>
            </w:pPr>
            <w:sdt>
              <w:sdtPr>
                <w:tag w:val="FECHA"/>
                <w:alias w:val="FECHA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20"/>
                  </w:rPr>
                  <w:t>dd/mm/aaaa</w:t>
                </w:r>
              </w:sdtContent>
            </w:sdt>
          </w:p>
        </w:tc>
        <w:tc>
          <w:tcPr>
            <w:tcW w:type="dxa" w:w="3437"/>
            <w:vAlign w:val="center"/>
            <w:shd w:fill="F4F6F8" w:val="clear"/>
            <w:tcMar>
              <w:top w:w="110" w:type="dxa"/>
              <w:start w:w="140" w:type="dxa"/>
              <w:bottom w:w="90" w:type="dxa"/>
              <w:end w:w="140" w:type="dxa"/>
            </w:tcMar>
            <w:tcBorders>
              <w:bottom w:val="single" w:sz="10" w:color="D4DEE7"/>
            </w:tcBorders>
          </w:tcPr>
          <w:p>
            <w:pPr>
              <w:spacing w:before="0" w:after="40" w:line="240" w:lineRule="auto"/>
            </w:pPr>
            <w:r/>
            <w:r>
              <w:rPr>
                <w:rFonts w:ascii="Aptos" w:hAnsi="Aptos"/>
                <w:b/>
                <w:color w:val="657381"/>
                <w:sz w:val="15"/>
              </w:rPr>
              <w:t>DURACIÓN</w:t>
            </w:r>
          </w:p>
          <w:p>
            <w:pPr>
              <w:spacing w:before="0" w:after="0" w:line="240" w:lineRule="auto"/>
            </w:pPr>
            <w:sdt>
              <w:sdtPr>
                <w:tag w:val="DURACION"/>
                <w:alias w:val="DURACION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20"/>
                  </w:rPr>
                  <w:t>__ min</w:t>
                </w:r>
              </w:sdtContent>
            </w:sdt>
          </w:p>
        </w:tc>
        <w:tc>
          <w:tcPr>
            <w:tcW w:type="dxa" w:w="3437"/>
            <w:vAlign w:val="center"/>
            <w:shd w:fill="F4F6F8" w:val="clear"/>
            <w:tcMar>
              <w:top w:w="110" w:type="dxa"/>
              <w:start w:w="140" w:type="dxa"/>
              <w:bottom w:w="90" w:type="dxa"/>
              <w:end w:w="140" w:type="dxa"/>
            </w:tcMar>
            <w:tcBorders>
              <w:bottom w:val="single" w:sz="10" w:color="D4DEE7"/>
            </w:tcBorders>
          </w:tcPr>
          <w:p>
            <w:pPr>
              <w:spacing w:before="0" w:after="40" w:line="240" w:lineRule="auto"/>
            </w:pPr>
            <w:r/>
            <w:r>
              <w:rPr>
                <w:rFonts w:ascii="Aptos" w:hAnsi="Aptos"/>
                <w:b/>
                <w:color w:val="657381"/>
                <w:sz w:val="15"/>
              </w:rPr>
              <w:t>PUNTUACIÓN</w:t>
            </w:r>
          </w:p>
          <w:p>
            <w:pPr>
              <w:spacing w:before="0" w:after="0" w:line="240" w:lineRule="auto"/>
            </w:pPr>
            <w:sdt>
              <w:sdtPr>
                <w:tag w:val="PUNTUACION"/>
                <w:alias w:val="PUNTUACION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20"/>
                  </w:rPr>
                  <w:t>__/__</w:t>
                </w:r>
              </w:sdtContent>
            </w:sdt>
          </w:p>
        </w:tc>
      </w:tr>
    </w:tbl>
    <w:p>
      <w:pPr>
        <w:spacing w:before="240" w:after="80" w:line="240" w:lineRule="auto"/>
      </w:pPr>
      <w:r>
        <w:rPr>
          <w:rFonts w:ascii="Aptos" w:hAnsi="Aptos"/>
          <w:b/>
          <w:color w:val="2C7A7B"/>
          <w:sz w:val="17"/>
        </w:rPr>
        <w:t>INSTRUCCIONES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1F6" w:val="clear"/>
            <w:tcMar>
              <w:top w:w="105" w:type="dxa"/>
              <w:start w:w="150" w:type="dxa"/>
              <w:bottom w:w="105" w:type="dxa"/>
              <w:end w:w="150" w:type="dxa"/>
            </w:tcMar>
            <w:tcBorders>
              <w:left w:val="single" w:sz="18" w:color="2C7A7B"/>
            </w:tcBorders>
          </w:tcPr>
          <w:p>
            <w:pPr>
              <w:spacing w:before="0" w:after="40" w:line="264" w:lineRule="auto"/>
            </w:pPr>
            <w:r>
              <w:rPr>
                <w:rFonts w:ascii="Aptos" w:hAnsi="Aptos"/>
                <w:b w:val="0"/>
                <w:color w:val="24313D"/>
                <w:sz w:val="18"/>
              </w:rPr>
              <w:t>1.  Cada pregunta presenta cuatro opciones (A, B, C y D). Marque una sola respuesta.</w:t>
            </w:r>
          </w:p>
          <w:p>
            <w:pPr>
              <w:spacing w:before="0" w:after="40" w:line="264" w:lineRule="auto"/>
            </w:pPr>
            <w:r>
              <w:rPr>
                <w:rFonts w:ascii="Aptos" w:hAnsi="Aptos"/>
                <w:b w:val="0"/>
                <w:color w:val="24313D"/>
                <w:sz w:val="18"/>
              </w:rPr>
              <w:t>2.  Lea todas las opciones antes de responder. Si rectifica, señale con claridad cuál es su respuesta definitiva.</w:t>
            </w:r>
          </w:p>
          <w:p>
            <w:pPr>
              <w:spacing w:before="0" w:after="0" w:line="264" w:lineRule="auto"/>
            </w:pPr>
            <w:r>
              <w:rPr>
                <w:rFonts w:ascii="Aptos" w:hAnsi="Aptos"/>
                <w:b w:val="0"/>
                <w:color w:val="24313D"/>
                <w:sz w:val="18"/>
              </w:rPr>
              <w:t xml:space="preserve">3.  Criterio de corrección: </w:t>
            </w:r>
            <w:sdt>
              <w:sdtPr>
                <w:tag w:val="CRITERIO_CORRECCION"/>
                <w:alias w:val="CRITERIO_CORRECCION"/>
                <w:text/>
              </w:sdtPr>
              <w:sdtContent>
                <w:r>
                  <w:rPr>
                    <w:rFonts w:ascii="Aptos" w:hAnsi="Aptos"/>
                    <w:b/>
                    <w:color w:val="24313D"/>
                    <w:sz w:val="18"/>
                  </w:rPr>
                  <w:t>defina aquí la penalización o indique “sin penalización”</w:t>
                </w:r>
              </w:sdtContent>
            </w:sdt>
          </w:p>
        </w:tc>
      </w:tr>
    </w:tbl>
    <w:p>
      <w:pPr>
        <w:spacing w:before="200" w:after="80" w:line="240" w:lineRule="auto"/>
      </w:pPr>
      <w:r>
        <w:rPr>
          <w:rFonts w:ascii="Aptos" w:hAnsi="Aptos"/>
          <w:b/>
          <w:color w:val="2C7A7B"/>
          <w:sz w:val="17"/>
        </w:rPr>
        <w:t>DATOS DEL TEST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578"/>
            <w:shd w:fill="F4F6F8" w:val="clea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</w:tcPr>
          <w:p>
            <w:pPr>
              <w:spacing w:before="0" w:after="40" w:line="240" w:lineRule="auto"/>
            </w:pPr>
            <w:r>
              <w:rPr>
                <w:rFonts w:ascii="Aptos" w:hAnsi="Aptos"/>
                <w:b/>
                <w:color w:val="657381"/>
                <w:sz w:val="14"/>
              </w:rPr>
              <w:t>PREGUNTAS</w:t>
            </w:r>
          </w:p>
          <w:p>
            <w:pPr>
              <w:spacing w:before="0" w:after="0" w:line="240" w:lineRule="auto"/>
            </w:pPr>
            <w:sdt>
              <w:sdtPr>
                <w:tag w:val="NUM_PREGUNTAS"/>
                <w:alias w:val="NUM_PREGUNTAS"/>
                <w:text/>
              </w:sdtPr>
              <w:sdtContent>
                <w:r>
                  <w:rPr>
                    <w:rFonts w:ascii="Aptos" w:hAnsi="Aptos"/>
                    <w:b/>
                    <w:color w:val="17324D"/>
                    <w:sz w:val="19"/>
                  </w:rPr>
                  <w:t>10</w:t>
                </w:r>
              </w:sdtContent>
            </w:sdt>
          </w:p>
        </w:tc>
        <w:tc>
          <w:tcPr>
            <w:tcW w:type="dxa" w:w="2578"/>
            <w:shd w:fill="F4F6F8" w:val="clea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</w:tcPr>
          <w:p>
            <w:pPr>
              <w:spacing w:before="0" w:after="40" w:line="240" w:lineRule="auto"/>
            </w:pPr>
            <w:r>
              <w:rPr>
                <w:rFonts w:ascii="Aptos" w:hAnsi="Aptos"/>
                <w:b/>
                <w:color w:val="657381"/>
                <w:sz w:val="14"/>
              </w:rPr>
              <w:t>OPCIONES</w:t>
            </w:r>
          </w:p>
          <w:p>
            <w:pPr>
              <w:spacing w:before="0" w:after="0" w:line="240" w:lineRule="auto"/>
            </w:pPr>
            <w:sdt>
              <w:sdtPr>
                <w:tag w:val="NUM_OPCIONES"/>
                <w:alias w:val="NUM_OPCIONES"/>
                <w:text/>
              </w:sdtPr>
              <w:sdtContent>
                <w:r>
                  <w:rPr>
                    <w:rFonts w:ascii="Aptos" w:hAnsi="Aptos"/>
                    <w:b/>
                    <w:color w:val="17324D"/>
                    <w:sz w:val="19"/>
                  </w:rPr>
                  <w:t>4</w:t>
                </w:r>
              </w:sdtContent>
            </w:sdt>
          </w:p>
        </w:tc>
        <w:tc>
          <w:tcPr>
            <w:tcW w:type="dxa" w:w="2578"/>
            <w:shd w:fill="F4F6F8" w:val="clea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</w:tcPr>
          <w:p>
            <w:pPr>
              <w:spacing w:before="0" w:after="40" w:line="240" w:lineRule="auto"/>
            </w:pPr>
            <w:r>
              <w:rPr>
                <w:rFonts w:ascii="Aptos" w:hAnsi="Aptos"/>
                <w:b/>
                <w:color w:val="657381"/>
                <w:sz w:val="14"/>
              </w:rPr>
              <w:t>APROBADO DESDE</w:t>
            </w:r>
          </w:p>
          <w:p>
            <w:pPr>
              <w:spacing w:before="0" w:after="0" w:line="240" w:lineRule="auto"/>
            </w:pPr>
            <w:sdt>
              <w:sdtPr>
                <w:tag w:val="NOTA_APROBADO"/>
                <w:alias w:val="NOTA_APROBADO"/>
                <w:text/>
              </w:sdtPr>
              <w:sdtContent>
                <w:r>
                  <w:rPr>
                    <w:rFonts w:ascii="Aptos" w:hAnsi="Aptos"/>
                    <w:b/>
                    <w:color w:val="17324D"/>
                    <w:sz w:val="19"/>
                  </w:rPr>
                  <w:t>__/10</w:t>
                </w:r>
              </w:sdtContent>
            </w:sdt>
          </w:p>
        </w:tc>
        <w:tc>
          <w:tcPr>
            <w:tcW w:type="dxa" w:w="2578"/>
            <w:shd w:fill="F4F6F8" w:val="clea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</w:tcPr>
          <w:p>
            <w:pPr>
              <w:spacing w:before="0" w:after="40" w:line="240" w:lineRule="auto"/>
            </w:pPr>
            <w:r>
              <w:rPr>
                <w:rFonts w:ascii="Aptos" w:hAnsi="Aptos"/>
                <w:b/>
                <w:color w:val="657381"/>
                <w:sz w:val="14"/>
              </w:rPr>
              <w:t>VERSIÓN</w:t>
            </w:r>
          </w:p>
          <w:p>
            <w:pPr>
              <w:spacing w:before="0" w:after="0" w:line="240" w:lineRule="auto"/>
            </w:pPr>
            <w:sdt>
              <w:sdtPr>
                <w:tag w:val="VERSION"/>
                <w:alias w:val="VERSION"/>
                <w:text/>
              </w:sdtPr>
              <w:sdtContent>
                <w:r>
                  <w:rPr>
                    <w:rFonts w:ascii="Aptos" w:hAnsi="Aptos"/>
                    <w:b/>
                    <w:color w:val="17324D"/>
                    <w:sz w:val="19"/>
                  </w:rPr>
                  <w:t>A</w:t>
                </w:r>
              </w:sdtContent>
            </w:sdt>
          </w:p>
        </w:tc>
      </w:tr>
    </w:tbl>
    <w:p>
      <w:pPr>
        <w:spacing w:before="240" w:after="0" w:line="259" w:lineRule="auto"/>
      </w:pPr>
      <w:r>
        <w:rPr>
          <w:rFonts w:ascii="Aptos" w:hAnsi="Aptos"/>
          <w:b/>
          <w:color w:val="657381"/>
          <w:sz w:val="17"/>
        </w:rPr>
        <w:t xml:space="preserve">Nota para edición: </w:t>
      </w:r>
      <w:r>
        <w:rPr>
          <w:rFonts w:ascii="Aptos" w:hAnsi="Aptos"/>
          <w:b w:val="0"/>
          <w:color w:val="657381"/>
          <w:sz w:val="17"/>
        </w:rPr>
        <w:t>todos los textos entre campos editables se pueden sustituir directamente en Word. Las preguntas 1–10 sirven como bloques reutilizables y pueden copiarse para ampliar el test.</w:t>
      </w:r>
    </w:p>
    <w:p>
      <w:r>
        <w:br w:type="page"/>
      </w:r>
    </w:p>
    <w:p>
      <w:pPr>
        <w:spacing w:before="0" w:after="40" w:line="240" w:lineRule="auto"/>
      </w:pPr>
      <w:r>
        <w:rPr>
          <w:rFonts w:ascii="Aptos" w:hAnsi="Aptos"/>
          <w:b/>
          <w:color w:val="2C7A7B"/>
          <w:sz w:val="17"/>
        </w:rPr>
        <w:t>BLOQUE DE PREGUNTAS</w:t>
      </w:r>
    </w:p>
    <w:p>
      <w:pPr>
        <w:spacing w:before="0" w:after="60" w:line="240" w:lineRule="auto"/>
        <w:keepNext/>
      </w:pPr>
      <w:r>
        <w:rPr>
          <w:rFonts w:ascii="Aptos" w:hAnsi="Aptos"/>
          <w:b/>
          <w:color w:val="17324D"/>
          <w:sz w:val="36"/>
        </w:rPr>
        <w:t>Preguntas 1–5</w:t>
      </w:r>
    </w:p>
    <w:p>
      <w:pPr>
        <w:spacing w:before="0" w:after="200" w:line="276" w:lineRule="auto"/>
      </w:pPr>
      <w:r>
        <w:rPr>
          <w:rFonts w:ascii="Aptos" w:hAnsi="Aptos"/>
          <w:b w:val="0"/>
          <w:color w:val="657381"/>
          <w:sz w:val="19"/>
        </w:rPr>
        <w:t>Seleccione una respuesta entre las cuatro opciones disponibles.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10312"/>
            <w:shd w:fill="EAF1F6" w:val="clear"/>
            <w:tcMar>
              <w:top w:w="115" w:type="dxa"/>
              <w:start w:w="150" w:type="dxa"/>
              <w:bottom w:w="105" w:type="dxa"/>
              <w:end w:w="150" w:type="dxa"/>
            </w:tcMar>
            <w:tcBorders>
              <w:top w:val="single" w:sz="12" w:color="D4DEE7"/>
              <w:left w:val="single" w:sz="12" w:color="D4DEE7"/>
              <w:right w:val="single" w:sz="12" w:color="D4DEE7"/>
            </w:tcBorders>
          </w:tcPr>
          <w:p>
            <w:pPr>
              <w:tabs>
                <w:tab w:pos="8957" w:val="right"/>
              </w:tabs>
              <w:spacing w:before="0" w:after="0" w:line="240" w:lineRule="auto"/>
            </w:pPr>
            <w:r>
              <w:rPr>
                <w:rFonts w:ascii="Aptos" w:hAnsi="Aptos"/>
                <w:b/>
                <w:color w:val="2C7A7B"/>
                <w:sz w:val="20"/>
              </w:rPr>
              <w:t>01</w:t>
            </w:r>
            <w:r>
              <w:rPr>
                <w:rFonts w:ascii="Aptos" w:hAnsi="Aptos"/>
                <w:b w:val="0"/>
                <w:color w:val="24313D"/>
                <w:sz w:val="20"/>
              </w:rPr>
              <w:t xml:space="preserve">   </w:t>
            </w:r>
            <w:sdt>
              <w:sdtPr>
                <w:tag w:val="PREGUNTA_1"/>
                <w:alias w:val="PREGUNTA_1"/>
                <w:text/>
              </w:sdtPr>
              <w:sdtContent>
                <w:r>
                  <w:rPr>
                    <w:rFonts w:ascii="Aptos" w:hAnsi="Aptos"/>
                    <w:b/>
                    <w:color w:val="24313D"/>
                    <w:sz w:val="21"/>
                  </w:rPr>
                  <w:t>Escriba aquí el enunciado de la pregunta.</w:t>
                </w:r>
              </w:sdtContent>
            </w:sdt>
            <w:r>
              <w:tab/>
            </w:r>
            <w:sdt>
              <w:sdtPr>
                <w:tag w:val="PUNTOS_1"/>
                <w:alias w:val="PUNTOS_1"/>
                <w:text/>
              </w:sdtPr>
              <w:sdtContent>
                <w:r>
                  <w:rPr>
                    <w:rFonts w:ascii="Aptos" w:hAnsi="Aptos"/>
                    <w:b w:val="0"/>
                    <w:color w:val="657381"/>
                    <w:sz w:val="17"/>
                  </w:rPr>
                  <w:t>__ pt</w:t>
                </w:r>
              </w:sdtContent>
            </w:sdt>
          </w:p>
        </w:tc>
      </w:tr>
      <w:tr>
        <w:trPr>
          <w:cantSplit/>
        </w:trPr>
        <w:tc>
          <w:tcPr>
            <w:tcW w:type="dxa" w:w="10312"/>
            <w:shd w:fill="FFFFFF" w:val="clear"/>
            <w:tcMar>
              <w:top w:w="80" w:type="dxa"/>
              <w:start w:w="160" w:type="dxa"/>
              <w:bottom w:w="90" w:type="dxa"/>
              <w:end w:w="160" w:type="dxa"/>
            </w:tcMar>
            <w:tcBorders>
              <w:left w:val="single" w:sz="12" w:color="D4DEE7"/>
              <w:bottom w:val="single" w:sz="12" w:color="D4DEE7"/>
              <w:right w:val="single" w:sz="12" w:color="D4DEE7"/>
            </w:tcBorders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5156"/>
              <w:gridCol w:w="5156"/>
            </w:tblGrid>
            <w:tr>
              <w:trPr>
                <w:cantSplit/>
              </w:trPr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A.  </w:t>
                  </w:r>
                  <w:sdt>
                    <w:sdtPr>
                      <w:tag w:val="RESP_1_A"/>
                      <w:alias w:val="RESP_1_A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A</w:t>
                      </w:r>
                    </w:sdtContent>
                  </w:sdt>
                </w:p>
              </w:tc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B.  </w:t>
                  </w:r>
                  <w:sdt>
                    <w:sdtPr>
                      <w:tag w:val="RESP_1_B"/>
                      <w:alias w:val="RESP_1_B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B</w:t>
                      </w:r>
                    </w:sdtContent>
                  </w:sdt>
                </w:p>
              </w:tc>
            </w:tr>
            <w:tr>
              <w:trPr>
                <w:cantSplit/>
              </w:trPr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C.  </w:t>
                  </w:r>
                  <w:sdt>
                    <w:sdtPr>
                      <w:tag w:val="RESP_1_C"/>
                      <w:alias w:val="RESP_1_C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C</w:t>
                      </w:r>
                    </w:sdtContent>
                  </w:sdt>
                </w:p>
              </w:tc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D.  </w:t>
                  </w:r>
                  <w:sdt>
                    <w:sdtPr>
                      <w:tag w:val="RESP_1_D"/>
                      <w:alias w:val="RESP_1_D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D</w:t>
                      </w:r>
                    </w:sdtContent>
                  </w:sdt>
                </w:p>
              </w:tc>
            </w:tr>
          </w:tbl>
          <w:p/>
        </w:tc>
      </w:tr>
    </w:tbl>
    <w:p>
      <w:pPr>
        <w:spacing w:before="0" w:after="10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10312"/>
            <w:shd w:fill="EAF1F6" w:val="clear"/>
            <w:tcMar>
              <w:top w:w="115" w:type="dxa"/>
              <w:start w:w="150" w:type="dxa"/>
              <w:bottom w:w="105" w:type="dxa"/>
              <w:end w:w="150" w:type="dxa"/>
            </w:tcMar>
            <w:tcBorders>
              <w:top w:val="single" w:sz="12" w:color="D4DEE7"/>
              <w:left w:val="single" w:sz="12" w:color="D4DEE7"/>
              <w:right w:val="single" w:sz="12" w:color="D4DEE7"/>
            </w:tcBorders>
          </w:tcPr>
          <w:p>
            <w:pPr>
              <w:tabs>
                <w:tab w:pos="8957" w:val="right"/>
              </w:tabs>
              <w:spacing w:before="0" w:after="0" w:line="240" w:lineRule="auto"/>
            </w:pPr>
            <w:r>
              <w:rPr>
                <w:rFonts w:ascii="Aptos" w:hAnsi="Aptos"/>
                <w:b/>
                <w:color w:val="2C7A7B"/>
                <w:sz w:val="20"/>
              </w:rPr>
              <w:t>02</w:t>
            </w:r>
            <w:r>
              <w:rPr>
                <w:rFonts w:ascii="Aptos" w:hAnsi="Aptos"/>
                <w:b w:val="0"/>
                <w:color w:val="24313D"/>
                <w:sz w:val="20"/>
              </w:rPr>
              <w:t xml:space="preserve">   </w:t>
            </w:r>
            <w:sdt>
              <w:sdtPr>
                <w:tag w:val="PREGUNTA_2"/>
                <w:alias w:val="PREGUNTA_2"/>
                <w:text/>
              </w:sdtPr>
              <w:sdtContent>
                <w:r>
                  <w:rPr>
                    <w:rFonts w:ascii="Aptos" w:hAnsi="Aptos"/>
                    <w:b/>
                    <w:color w:val="24313D"/>
                    <w:sz w:val="21"/>
                  </w:rPr>
                  <w:t>Escriba aquí el enunciado de la pregunta.</w:t>
                </w:r>
              </w:sdtContent>
            </w:sdt>
            <w:r>
              <w:tab/>
            </w:r>
            <w:sdt>
              <w:sdtPr>
                <w:tag w:val="PUNTOS_2"/>
                <w:alias w:val="PUNTOS_2"/>
                <w:text/>
              </w:sdtPr>
              <w:sdtContent>
                <w:r>
                  <w:rPr>
                    <w:rFonts w:ascii="Aptos" w:hAnsi="Aptos"/>
                    <w:b w:val="0"/>
                    <w:color w:val="657381"/>
                    <w:sz w:val="17"/>
                  </w:rPr>
                  <w:t>__ pt</w:t>
                </w:r>
              </w:sdtContent>
            </w:sdt>
          </w:p>
        </w:tc>
      </w:tr>
      <w:tr>
        <w:trPr>
          <w:cantSplit/>
        </w:trPr>
        <w:tc>
          <w:tcPr>
            <w:tcW w:type="dxa" w:w="10312"/>
            <w:shd w:fill="FFFFFF" w:val="clear"/>
            <w:tcMar>
              <w:top w:w="80" w:type="dxa"/>
              <w:start w:w="160" w:type="dxa"/>
              <w:bottom w:w="90" w:type="dxa"/>
              <w:end w:w="160" w:type="dxa"/>
            </w:tcMar>
            <w:tcBorders>
              <w:left w:val="single" w:sz="12" w:color="D4DEE7"/>
              <w:bottom w:val="single" w:sz="12" w:color="D4DEE7"/>
              <w:right w:val="single" w:sz="12" w:color="D4DEE7"/>
            </w:tcBorders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5156"/>
              <w:gridCol w:w="5156"/>
            </w:tblGrid>
            <w:tr>
              <w:trPr>
                <w:cantSplit/>
              </w:trPr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A.  </w:t>
                  </w:r>
                  <w:sdt>
                    <w:sdtPr>
                      <w:tag w:val="RESP_2_A"/>
                      <w:alias w:val="RESP_2_A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A</w:t>
                      </w:r>
                    </w:sdtContent>
                  </w:sdt>
                </w:p>
              </w:tc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B.  </w:t>
                  </w:r>
                  <w:sdt>
                    <w:sdtPr>
                      <w:tag w:val="RESP_2_B"/>
                      <w:alias w:val="RESP_2_B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B</w:t>
                      </w:r>
                    </w:sdtContent>
                  </w:sdt>
                </w:p>
              </w:tc>
            </w:tr>
            <w:tr>
              <w:trPr>
                <w:cantSplit/>
              </w:trPr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C.  </w:t>
                  </w:r>
                  <w:sdt>
                    <w:sdtPr>
                      <w:tag w:val="RESP_2_C"/>
                      <w:alias w:val="RESP_2_C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C</w:t>
                      </w:r>
                    </w:sdtContent>
                  </w:sdt>
                </w:p>
              </w:tc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D.  </w:t>
                  </w:r>
                  <w:sdt>
                    <w:sdtPr>
                      <w:tag w:val="RESP_2_D"/>
                      <w:alias w:val="RESP_2_D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D</w:t>
                      </w:r>
                    </w:sdtContent>
                  </w:sdt>
                </w:p>
              </w:tc>
            </w:tr>
          </w:tbl>
          <w:p/>
        </w:tc>
      </w:tr>
    </w:tbl>
    <w:p>
      <w:pPr>
        <w:spacing w:before="0" w:after="10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10312"/>
            <w:shd w:fill="EAF1F6" w:val="clear"/>
            <w:tcMar>
              <w:top w:w="115" w:type="dxa"/>
              <w:start w:w="150" w:type="dxa"/>
              <w:bottom w:w="105" w:type="dxa"/>
              <w:end w:w="150" w:type="dxa"/>
            </w:tcMar>
            <w:tcBorders>
              <w:top w:val="single" w:sz="12" w:color="D4DEE7"/>
              <w:left w:val="single" w:sz="12" w:color="D4DEE7"/>
              <w:right w:val="single" w:sz="12" w:color="D4DEE7"/>
            </w:tcBorders>
          </w:tcPr>
          <w:p>
            <w:pPr>
              <w:tabs>
                <w:tab w:pos="8957" w:val="right"/>
              </w:tabs>
              <w:spacing w:before="0" w:after="0" w:line="240" w:lineRule="auto"/>
            </w:pPr>
            <w:r>
              <w:rPr>
                <w:rFonts w:ascii="Aptos" w:hAnsi="Aptos"/>
                <w:b/>
                <w:color w:val="2C7A7B"/>
                <w:sz w:val="20"/>
              </w:rPr>
              <w:t>03</w:t>
            </w:r>
            <w:r>
              <w:rPr>
                <w:rFonts w:ascii="Aptos" w:hAnsi="Aptos"/>
                <w:b w:val="0"/>
                <w:color w:val="24313D"/>
                <w:sz w:val="20"/>
              </w:rPr>
              <w:t xml:space="preserve">   </w:t>
            </w:r>
            <w:sdt>
              <w:sdtPr>
                <w:tag w:val="PREGUNTA_3"/>
                <w:alias w:val="PREGUNTA_3"/>
                <w:text/>
              </w:sdtPr>
              <w:sdtContent>
                <w:r>
                  <w:rPr>
                    <w:rFonts w:ascii="Aptos" w:hAnsi="Aptos"/>
                    <w:b/>
                    <w:color w:val="24313D"/>
                    <w:sz w:val="21"/>
                  </w:rPr>
                  <w:t>Escriba aquí el enunciado de la pregunta.</w:t>
                </w:r>
              </w:sdtContent>
            </w:sdt>
            <w:r>
              <w:tab/>
            </w:r>
            <w:sdt>
              <w:sdtPr>
                <w:tag w:val="PUNTOS_3"/>
                <w:alias w:val="PUNTOS_3"/>
                <w:text/>
              </w:sdtPr>
              <w:sdtContent>
                <w:r>
                  <w:rPr>
                    <w:rFonts w:ascii="Aptos" w:hAnsi="Aptos"/>
                    <w:b w:val="0"/>
                    <w:color w:val="657381"/>
                    <w:sz w:val="17"/>
                  </w:rPr>
                  <w:t>__ pt</w:t>
                </w:r>
              </w:sdtContent>
            </w:sdt>
          </w:p>
        </w:tc>
      </w:tr>
      <w:tr>
        <w:trPr>
          <w:cantSplit/>
        </w:trPr>
        <w:tc>
          <w:tcPr>
            <w:tcW w:type="dxa" w:w="10312"/>
            <w:shd w:fill="FFFFFF" w:val="clear"/>
            <w:tcMar>
              <w:top w:w="80" w:type="dxa"/>
              <w:start w:w="160" w:type="dxa"/>
              <w:bottom w:w="90" w:type="dxa"/>
              <w:end w:w="160" w:type="dxa"/>
            </w:tcMar>
            <w:tcBorders>
              <w:left w:val="single" w:sz="12" w:color="D4DEE7"/>
              <w:bottom w:val="single" w:sz="12" w:color="D4DEE7"/>
              <w:right w:val="single" w:sz="12" w:color="D4DEE7"/>
            </w:tcBorders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5156"/>
              <w:gridCol w:w="5156"/>
            </w:tblGrid>
            <w:tr>
              <w:trPr>
                <w:cantSplit/>
              </w:trPr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A.  </w:t>
                  </w:r>
                  <w:sdt>
                    <w:sdtPr>
                      <w:tag w:val="RESP_3_A"/>
                      <w:alias w:val="RESP_3_A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A</w:t>
                      </w:r>
                    </w:sdtContent>
                  </w:sdt>
                </w:p>
              </w:tc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B.  </w:t>
                  </w:r>
                  <w:sdt>
                    <w:sdtPr>
                      <w:tag w:val="RESP_3_B"/>
                      <w:alias w:val="RESP_3_B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B</w:t>
                      </w:r>
                    </w:sdtContent>
                  </w:sdt>
                </w:p>
              </w:tc>
            </w:tr>
            <w:tr>
              <w:trPr>
                <w:cantSplit/>
              </w:trPr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C.  </w:t>
                  </w:r>
                  <w:sdt>
                    <w:sdtPr>
                      <w:tag w:val="RESP_3_C"/>
                      <w:alias w:val="RESP_3_C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C</w:t>
                      </w:r>
                    </w:sdtContent>
                  </w:sdt>
                </w:p>
              </w:tc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D.  </w:t>
                  </w:r>
                  <w:sdt>
                    <w:sdtPr>
                      <w:tag w:val="RESP_3_D"/>
                      <w:alias w:val="RESP_3_D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D</w:t>
                      </w:r>
                    </w:sdtContent>
                  </w:sdt>
                </w:p>
              </w:tc>
            </w:tr>
          </w:tbl>
          <w:p/>
        </w:tc>
      </w:tr>
    </w:tbl>
    <w:p>
      <w:pPr>
        <w:spacing w:before="0" w:after="10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10312"/>
            <w:shd w:fill="EAF1F6" w:val="clear"/>
            <w:tcMar>
              <w:top w:w="115" w:type="dxa"/>
              <w:start w:w="150" w:type="dxa"/>
              <w:bottom w:w="105" w:type="dxa"/>
              <w:end w:w="150" w:type="dxa"/>
            </w:tcMar>
            <w:tcBorders>
              <w:top w:val="single" w:sz="12" w:color="D4DEE7"/>
              <w:left w:val="single" w:sz="12" w:color="D4DEE7"/>
              <w:right w:val="single" w:sz="12" w:color="D4DEE7"/>
            </w:tcBorders>
          </w:tcPr>
          <w:p>
            <w:pPr>
              <w:tabs>
                <w:tab w:pos="8957" w:val="right"/>
              </w:tabs>
              <w:spacing w:before="0" w:after="0" w:line="240" w:lineRule="auto"/>
            </w:pPr>
            <w:r>
              <w:rPr>
                <w:rFonts w:ascii="Aptos" w:hAnsi="Aptos"/>
                <w:b/>
                <w:color w:val="2C7A7B"/>
                <w:sz w:val="20"/>
              </w:rPr>
              <w:t>04</w:t>
            </w:r>
            <w:r>
              <w:rPr>
                <w:rFonts w:ascii="Aptos" w:hAnsi="Aptos"/>
                <w:b w:val="0"/>
                <w:color w:val="24313D"/>
                <w:sz w:val="20"/>
              </w:rPr>
              <w:t xml:space="preserve">   </w:t>
            </w:r>
            <w:sdt>
              <w:sdtPr>
                <w:tag w:val="PREGUNTA_4"/>
                <w:alias w:val="PREGUNTA_4"/>
                <w:text/>
              </w:sdtPr>
              <w:sdtContent>
                <w:r>
                  <w:rPr>
                    <w:rFonts w:ascii="Aptos" w:hAnsi="Aptos"/>
                    <w:b/>
                    <w:color w:val="24313D"/>
                    <w:sz w:val="21"/>
                  </w:rPr>
                  <w:t>Escriba aquí el enunciado de la pregunta.</w:t>
                </w:r>
              </w:sdtContent>
            </w:sdt>
            <w:r>
              <w:tab/>
            </w:r>
            <w:sdt>
              <w:sdtPr>
                <w:tag w:val="PUNTOS_4"/>
                <w:alias w:val="PUNTOS_4"/>
                <w:text/>
              </w:sdtPr>
              <w:sdtContent>
                <w:r>
                  <w:rPr>
                    <w:rFonts w:ascii="Aptos" w:hAnsi="Aptos"/>
                    <w:b w:val="0"/>
                    <w:color w:val="657381"/>
                    <w:sz w:val="17"/>
                  </w:rPr>
                  <w:t>__ pt</w:t>
                </w:r>
              </w:sdtContent>
            </w:sdt>
          </w:p>
        </w:tc>
      </w:tr>
      <w:tr>
        <w:trPr>
          <w:cantSplit/>
        </w:trPr>
        <w:tc>
          <w:tcPr>
            <w:tcW w:type="dxa" w:w="10312"/>
            <w:shd w:fill="FFFFFF" w:val="clear"/>
            <w:tcMar>
              <w:top w:w="80" w:type="dxa"/>
              <w:start w:w="160" w:type="dxa"/>
              <w:bottom w:w="90" w:type="dxa"/>
              <w:end w:w="160" w:type="dxa"/>
            </w:tcMar>
            <w:tcBorders>
              <w:left w:val="single" w:sz="12" w:color="D4DEE7"/>
              <w:bottom w:val="single" w:sz="12" w:color="D4DEE7"/>
              <w:right w:val="single" w:sz="12" w:color="D4DEE7"/>
            </w:tcBorders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5156"/>
              <w:gridCol w:w="5156"/>
            </w:tblGrid>
            <w:tr>
              <w:trPr>
                <w:cantSplit/>
              </w:trPr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A.  </w:t>
                  </w:r>
                  <w:sdt>
                    <w:sdtPr>
                      <w:tag w:val="RESP_4_A"/>
                      <w:alias w:val="RESP_4_A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A</w:t>
                      </w:r>
                    </w:sdtContent>
                  </w:sdt>
                </w:p>
              </w:tc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B.  </w:t>
                  </w:r>
                  <w:sdt>
                    <w:sdtPr>
                      <w:tag w:val="RESP_4_B"/>
                      <w:alias w:val="RESP_4_B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B</w:t>
                      </w:r>
                    </w:sdtContent>
                  </w:sdt>
                </w:p>
              </w:tc>
            </w:tr>
            <w:tr>
              <w:trPr>
                <w:cantSplit/>
              </w:trPr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C.  </w:t>
                  </w:r>
                  <w:sdt>
                    <w:sdtPr>
                      <w:tag w:val="RESP_4_C"/>
                      <w:alias w:val="RESP_4_C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C</w:t>
                      </w:r>
                    </w:sdtContent>
                  </w:sdt>
                </w:p>
              </w:tc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D.  </w:t>
                  </w:r>
                  <w:sdt>
                    <w:sdtPr>
                      <w:tag w:val="RESP_4_D"/>
                      <w:alias w:val="RESP_4_D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D</w:t>
                      </w:r>
                    </w:sdtContent>
                  </w:sdt>
                </w:p>
              </w:tc>
            </w:tr>
          </w:tbl>
          <w:p/>
        </w:tc>
      </w:tr>
    </w:tbl>
    <w:p>
      <w:pPr>
        <w:spacing w:before="0" w:after="10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10312"/>
            <w:shd w:fill="EAF1F6" w:val="clear"/>
            <w:tcMar>
              <w:top w:w="115" w:type="dxa"/>
              <w:start w:w="150" w:type="dxa"/>
              <w:bottom w:w="105" w:type="dxa"/>
              <w:end w:w="150" w:type="dxa"/>
            </w:tcMar>
            <w:tcBorders>
              <w:top w:val="single" w:sz="12" w:color="D4DEE7"/>
              <w:left w:val="single" w:sz="12" w:color="D4DEE7"/>
              <w:right w:val="single" w:sz="12" w:color="D4DEE7"/>
            </w:tcBorders>
          </w:tcPr>
          <w:p>
            <w:pPr>
              <w:tabs>
                <w:tab w:pos="8957" w:val="right"/>
              </w:tabs>
              <w:spacing w:before="0" w:after="0" w:line="240" w:lineRule="auto"/>
            </w:pPr>
            <w:r>
              <w:rPr>
                <w:rFonts w:ascii="Aptos" w:hAnsi="Aptos"/>
                <w:b/>
                <w:color w:val="2C7A7B"/>
                <w:sz w:val="20"/>
              </w:rPr>
              <w:t>05</w:t>
            </w:r>
            <w:r>
              <w:rPr>
                <w:rFonts w:ascii="Aptos" w:hAnsi="Aptos"/>
                <w:b w:val="0"/>
                <w:color w:val="24313D"/>
                <w:sz w:val="20"/>
              </w:rPr>
              <w:t xml:space="preserve">   </w:t>
            </w:r>
            <w:sdt>
              <w:sdtPr>
                <w:tag w:val="PREGUNTA_5"/>
                <w:alias w:val="PREGUNTA_5"/>
                <w:text/>
              </w:sdtPr>
              <w:sdtContent>
                <w:r>
                  <w:rPr>
                    <w:rFonts w:ascii="Aptos" w:hAnsi="Aptos"/>
                    <w:b/>
                    <w:color w:val="24313D"/>
                    <w:sz w:val="21"/>
                  </w:rPr>
                  <w:t>Escriba aquí el enunciado de la pregunta.</w:t>
                </w:r>
              </w:sdtContent>
            </w:sdt>
            <w:r>
              <w:tab/>
            </w:r>
            <w:sdt>
              <w:sdtPr>
                <w:tag w:val="PUNTOS_5"/>
                <w:alias w:val="PUNTOS_5"/>
                <w:text/>
              </w:sdtPr>
              <w:sdtContent>
                <w:r>
                  <w:rPr>
                    <w:rFonts w:ascii="Aptos" w:hAnsi="Aptos"/>
                    <w:b w:val="0"/>
                    <w:color w:val="657381"/>
                    <w:sz w:val="17"/>
                  </w:rPr>
                  <w:t>__ pt</w:t>
                </w:r>
              </w:sdtContent>
            </w:sdt>
          </w:p>
        </w:tc>
      </w:tr>
      <w:tr>
        <w:trPr>
          <w:cantSplit/>
        </w:trPr>
        <w:tc>
          <w:tcPr>
            <w:tcW w:type="dxa" w:w="10312"/>
            <w:shd w:fill="FFFFFF" w:val="clear"/>
            <w:tcMar>
              <w:top w:w="80" w:type="dxa"/>
              <w:start w:w="160" w:type="dxa"/>
              <w:bottom w:w="90" w:type="dxa"/>
              <w:end w:w="160" w:type="dxa"/>
            </w:tcMar>
            <w:tcBorders>
              <w:left w:val="single" w:sz="12" w:color="D4DEE7"/>
              <w:bottom w:val="single" w:sz="12" w:color="D4DEE7"/>
              <w:right w:val="single" w:sz="12" w:color="D4DEE7"/>
            </w:tcBorders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5156"/>
              <w:gridCol w:w="5156"/>
            </w:tblGrid>
            <w:tr>
              <w:trPr>
                <w:cantSplit/>
              </w:trPr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A.  </w:t>
                  </w:r>
                  <w:sdt>
                    <w:sdtPr>
                      <w:tag w:val="RESP_5_A"/>
                      <w:alias w:val="RESP_5_A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A</w:t>
                      </w:r>
                    </w:sdtContent>
                  </w:sdt>
                </w:p>
              </w:tc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B.  </w:t>
                  </w:r>
                  <w:sdt>
                    <w:sdtPr>
                      <w:tag w:val="RESP_5_B"/>
                      <w:alias w:val="RESP_5_B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B</w:t>
                      </w:r>
                    </w:sdtContent>
                  </w:sdt>
                </w:p>
              </w:tc>
            </w:tr>
            <w:tr>
              <w:trPr>
                <w:cantSplit/>
              </w:trPr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C.  </w:t>
                  </w:r>
                  <w:sdt>
                    <w:sdtPr>
                      <w:tag w:val="RESP_5_C"/>
                      <w:alias w:val="RESP_5_C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C</w:t>
                      </w:r>
                    </w:sdtContent>
                  </w:sdt>
                </w:p>
              </w:tc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D.  </w:t>
                  </w:r>
                  <w:sdt>
                    <w:sdtPr>
                      <w:tag w:val="RESP_5_D"/>
                      <w:alias w:val="RESP_5_D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D</w:t>
                      </w:r>
                    </w:sdtContent>
                  </w:sdt>
                </w:p>
              </w:tc>
            </w:tr>
          </w:tbl>
          <w:p/>
        </w:tc>
      </w:tr>
    </w:tbl>
    <w:p>
      <w:pPr>
        <w:spacing w:before="0" w:after="100" w:line="240" w:lineRule="auto"/>
      </w:pPr>
    </w:p>
    <w:p>
      <w:r>
        <w:br w:type="page"/>
      </w:r>
    </w:p>
    <w:p>
      <w:pPr>
        <w:spacing w:before="0" w:after="40" w:line="240" w:lineRule="auto"/>
      </w:pPr>
      <w:r>
        <w:rPr>
          <w:rFonts w:ascii="Aptos" w:hAnsi="Aptos"/>
          <w:b/>
          <w:color w:val="2C7A7B"/>
          <w:sz w:val="17"/>
        </w:rPr>
        <w:t>BLOQUE DE PREGUNTAS</w:t>
      </w:r>
    </w:p>
    <w:p>
      <w:pPr>
        <w:spacing w:before="0" w:after="60" w:line="240" w:lineRule="auto"/>
        <w:keepNext/>
      </w:pPr>
      <w:r>
        <w:rPr>
          <w:rFonts w:ascii="Aptos" w:hAnsi="Aptos"/>
          <w:b/>
          <w:color w:val="17324D"/>
          <w:sz w:val="36"/>
        </w:rPr>
        <w:t>Preguntas 6–10</w:t>
      </w:r>
    </w:p>
    <w:p>
      <w:pPr>
        <w:spacing w:before="0" w:after="200" w:line="276" w:lineRule="auto"/>
      </w:pPr>
      <w:r>
        <w:rPr>
          <w:rFonts w:ascii="Aptos" w:hAnsi="Aptos"/>
          <w:b w:val="0"/>
          <w:color w:val="657381"/>
          <w:sz w:val="19"/>
        </w:rPr>
        <w:t>Mantenga el mismo criterio de marcado durante todo el test.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10312"/>
            <w:shd w:fill="EAF1F6" w:val="clear"/>
            <w:tcMar>
              <w:top w:w="115" w:type="dxa"/>
              <w:start w:w="150" w:type="dxa"/>
              <w:bottom w:w="105" w:type="dxa"/>
              <w:end w:w="150" w:type="dxa"/>
            </w:tcMar>
            <w:tcBorders>
              <w:top w:val="single" w:sz="12" w:color="D4DEE7"/>
              <w:left w:val="single" w:sz="12" w:color="D4DEE7"/>
              <w:right w:val="single" w:sz="12" w:color="D4DEE7"/>
            </w:tcBorders>
          </w:tcPr>
          <w:p>
            <w:pPr>
              <w:tabs>
                <w:tab w:pos="8957" w:val="right"/>
              </w:tabs>
              <w:spacing w:before="0" w:after="0" w:line="240" w:lineRule="auto"/>
            </w:pPr>
            <w:r>
              <w:rPr>
                <w:rFonts w:ascii="Aptos" w:hAnsi="Aptos"/>
                <w:b/>
                <w:color w:val="2C7A7B"/>
                <w:sz w:val="20"/>
              </w:rPr>
              <w:t>06</w:t>
            </w:r>
            <w:r>
              <w:rPr>
                <w:rFonts w:ascii="Aptos" w:hAnsi="Aptos"/>
                <w:b w:val="0"/>
                <w:color w:val="24313D"/>
                <w:sz w:val="20"/>
              </w:rPr>
              <w:t xml:space="preserve">   </w:t>
            </w:r>
            <w:sdt>
              <w:sdtPr>
                <w:tag w:val="PREGUNTA_6"/>
                <w:alias w:val="PREGUNTA_6"/>
                <w:text/>
              </w:sdtPr>
              <w:sdtContent>
                <w:r>
                  <w:rPr>
                    <w:rFonts w:ascii="Aptos" w:hAnsi="Aptos"/>
                    <w:b/>
                    <w:color w:val="24313D"/>
                    <w:sz w:val="21"/>
                  </w:rPr>
                  <w:t>Escriba aquí el enunciado de la pregunta.</w:t>
                </w:r>
              </w:sdtContent>
            </w:sdt>
            <w:r>
              <w:tab/>
            </w:r>
            <w:sdt>
              <w:sdtPr>
                <w:tag w:val="PUNTOS_6"/>
                <w:alias w:val="PUNTOS_6"/>
                <w:text/>
              </w:sdtPr>
              <w:sdtContent>
                <w:r>
                  <w:rPr>
                    <w:rFonts w:ascii="Aptos" w:hAnsi="Aptos"/>
                    <w:b w:val="0"/>
                    <w:color w:val="657381"/>
                    <w:sz w:val="17"/>
                  </w:rPr>
                  <w:t>__ pt</w:t>
                </w:r>
              </w:sdtContent>
            </w:sdt>
          </w:p>
        </w:tc>
      </w:tr>
      <w:tr>
        <w:trPr>
          <w:cantSplit/>
        </w:trPr>
        <w:tc>
          <w:tcPr>
            <w:tcW w:type="dxa" w:w="10312"/>
            <w:shd w:fill="FFFFFF" w:val="clear"/>
            <w:tcMar>
              <w:top w:w="80" w:type="dxa"/>
              <w:start w:w="160" w:type="dxa"/>
              <w:bottom w:w="90" w:type="dxa"/>
              <w:end w:w="160" w:type="dxa"/>
            </w:tcMar>
            <w:tcBorders>
              <w:left w:val="single" w:sz="12" w:color="D4DEE7"/>
              <w:bottom w:val="single" w:sz="12" w:color="D4DEE7"/>
              <w:right w:val="single" w:sz="12" w:color="D4DEE7"/>
            </w:tcBorders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5156"/>
              <w:gridCol w:w="5156"/>
            </w:tblGrid>
            <w:tr>
              <w:trPr>
                <w:cantSplit/>
              </w:trPr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A.  </w:t>
                  </w:r>
                  <w:sdt>
                    <w:sdtPr>
                      <w:tag w:val="RESP_6_A"/>
                      <w:alias w:val="RESP_6_A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A</w:t>
                      </w:r>
                    </w:sdtContent>
                  </w:sdt>
                </w:p>
              </w:tc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B.  </w:t>
                  </w:r>
                  <w:sdt>
                    <w:sdtPr>
                      <w:tag w:val="RESP_6_B"/>
                      <w:alias w:val="RESP_6_B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B</w:t>
                      </w:r>
                    </w:sdtContent>
                  </w:sdt>
                </w:p>
              </w:tc>
            </w:tr>
            <w:tr>
              <w:trPr>
                <w:cantSplit/>
              </w:trPr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C.  </w:t>
                  </w:r>
                  <w:sdt>
                    <w:sdtPr>
                      <w:tag w:val="RESP_6_C"/>
                      <w:alias w:val="RESP_6_C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C</w:t>
                      </w:r>
                    </w:sdtContent>
                  </w:sdt>
                </w:p>
              </w:tc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D.  </w:t>
                  </w:r>
                  <w:sdt>
                    <w:sdtPr>
                      <w:tag w:val="RESP_6_D"/>
                      <w:alias w:val="RESP_6_D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D</w:t>
                      </w:r>
                    </w:sdtContent>
                  </w:sdt>
                </w:p>
              </w:tc>
            </w:tr>
          </w:tbl>
          <w:p/>
        </w:tc>
      </w:tr>
    </w:tbl>
    <w:p>
      <w:pPr>
        <w:spacing w:before="0" w:after="10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10312"/>
            <w:shd w:fill="EAF1F6" w:val="clear"/>
            <w:tcMar>
              <w:top w:w="115" w:type="dxa"/>
              <w:start w:w="150" w:type="dxa"/>
              <w:bottom w:w="105" w:type="dxa"/>
              <w:end w:w="150" w:type="dxa"/>
            </w:tcMar>
            <w:tcBorders>
              <w:top w:val="single" w:sz="12" w:color="D4DEE7"/>
              <w:left w:val="single" w:sz="12" w:color="D4DEE7"/>
              <w:right w:val="single" w:sz="12" w:color="D4DEE7"/>
            </w:tcBorders>
          </w:tcPr>
          <w:p>
            <w:pPr>
              <w:tabs>
                <w:tab w:pos="8957" w:val="right"/>
              </w:tabs>
              <w:spacing w:before="0" w:after="0" w:line="240" w:lineRule="auto"/>
            </w:pPr>
            <w:r>
              <w:rPr>
                <w:rFonts w:ascii="Aptos" w:hAnsi="Aptos"/>
                <w:b/>
                <w:color w:val="2C7A7B"/>
                <w:sz w:val="20"/>
              </w:rPr>
              <w:t>07</w:t>
            </w:r>
            <w:r>
              <w:rPr>
                <w:rFonts w:ascii="Aptos" w:hAnsi="Aptos"/>
                <w:b w:val="0"/>
                <w:color w:val="24313D"/>
                <w:sz w:val="20"/>
              </w:rPr>
              <w:t xml:space="preserve">   </w:t>
            </w:r>
            <w:sdt>
              <w:sdtPr>
                <w:tag w:val="PREGUNTA_7"/>
                <w:alias w:val="PREGUNTA_7"/>
                <w:text/>
              </w:sdtPr>
              <w:sdtContent>
                <w:r>
                  <w:rPr>
                    <w:rFonts w:ascii="Aptos" w:hAnsi="Aptos"/>
                    <w:b/>
                    <w:color w:val="24313D"/>
                    <w:sz w:val="21"/>
                  </w:rPr>
                  <w:t>Escriba aquí el enunciado de la pregunta.</w:t>
                </w:r>
              </w:sdtContent>
            </w:sdt>
            <w:r>
              <w:tab/>
            </w:r>
            <w:sdt>
              <w:sdtPr>
                <w:tag w:val="PUNTOS_7"/>
                <w:alias w:val="PUNTOS_7"/>
                <w:text/>
              </w:sdtPr>
              <w:sdtContent>
                <w:r>
                  <w:rPr>
                    <w:rFonts w:ascii="Aptos" w:hAnsi="Aptos"/>
                    <w:b w:val="0"/>
                    <w:color w:val="657381"/>
                    <w:sz w:val="17"/>
                  </w:rPr>
                  <w:t>__ pt</w:t>
                </w:r>
              </w:sdtContent>
            </w:sdt>
          </w:p>
        </w:tc>
      </w:tr>
      <w:tr>
        <w:trPr>
          <w:cantSplit/>
        </w:trPr>
        <w:tc>
          <w:tcPr>
            <w:tcW w:type="dxa" w:w="10312"/>
            <w:shd w:fill="FFFFFF" w:val="clear"/>
            <w:tcMar>
              <w:top w:w="80" w:type="dxa"/>
              <w:start w:w="160" w:type="dxa"/>
              <w:bottom w:w="90" w:type="dxa"/>
              <w:end w:w="160" w:type="dxa"/>
            </w:tcMar>
            <w:tcBorders>
              <w:left w:val="single" w:sz="12" w:color="D4DEE7"/>
              <w:bottom w:val="single" w:sz="12" w:color="D4DEE7"/>
              <w:right w:val="single" w:sz="12" w:color="D4DEE7"/>
            </w:tcBorders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5156"/>
              <w:gridCol w:w="5156"/>
            </w:tblGrid>
            <w:tr>
              <w:trPr>
                <w:cantSplit/>
              </w:trPr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A.  </w:t>
                  </w:r>
                  <w:sdt>
                    <w:sdtPr>
                      <w:tag w:val="RESP_7_A"/>
                      <w:alias w:val="RESP_7_A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A</w:t>
                      </w:r>
                    </w:sdtContent>
                  </w:sdt>
                </w:p>
              </w:tc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B.  </w:t>
                  </w:r>
                  <w:sdt>
                    <w:sdtPr>
                      <w:tag w:val="RESP_7_B"/>
                      <w:alias w:val="RESP_7_B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B</w:t>
                      </w:r>
                    </w:sdtContent>
                  </w:sdt>
                </w:p>
              </w:tc>
            </w:tr>
            <w:tr>
              <w:trPr>
                <w:cantSplit/>
              </w:trPr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C.  </w:t>
                  </w:r>
                  <w:sdt>
                    <w:sdtPr>
                      <w:tag w:val="RESP_7_C"/>
                      <w:alias w:val="RESP_7_C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C</w:t>
                      </w:r>
                    </w:sdtContent>
                  </w:sdt>
                </w:p>
              </w:tc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D.  </w:t>
                  </w:r>
                  <w:sdt>
                    <w:sdtPr>
                      <w:tag w:val="RESP_7_D"/>
                      <w:alias w:val="RESP_7_D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D</w:t>
                      </w:r>
                    </w:sdtContent>
                  </w:sdt>
                </w:p>
              </w:tc>
            </w:tr>
          </w:tbl>
          <w:p/>
        </w:tc>
      </w:tr>
    </w:tbl>
    <w:p>
      <w:pPr>
        <w:spacing w:before="0" w:after="10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10312"/>
            <w:shd w:fill="EAF1F6" w:val="clear"/>
            <w:tcMar>
              <w:top w:w="115" w:type="dxa"/>
              <w:start w:w="150" w:type="dxa"/>
              <w:bottom w:w="105" w:type="dxa"/>
              <w:end w:w="150" w:type="dxa"/>
            </w:tcMar>
            <w:tcBorders>
              <w:top w:val="single" w:sz="12" w:color="D4DEE7"/>
              <w:left w:val="single" w:sz="12" w:color="D4DEE7"/>
              <w:right w:val="single" w:sz="12" w:color="D4DEE7"/>
            </w:tcBorders>
          </w:tcPr>
          <w:p>
            <w:pPr>
              <w:tabs>
                <w:tab w:pos="8957" w:val="right"/>
              </w:tabs>
              <w:spacing w:before="0" w:after="0" w:line="240" w:lineRule="auto"/>
            </w:pPr>
            <w:r>
              <w:rPr>
                <w:rFonts w:ascii="Aptos" w:hAnsi="Aptos"/>
                <w:b/>
                <w:color w:val="2C7A7B"/>
                <w:sz w:val="20"/>
              </w:rPr>
              <w:t>08</w:t>
            </w:r>
            <w:r>
              <w:rPr>
                <w:rFonts w:ascii="Aptos" w:hAnsi="Aptos"/>
                <w:b w:val="0"/>
                <w:color w:val="24313D"/>
                <w:sz w:val="20"/>
              </w:rPr>
              <w:t xml:space="preserve">   </w:t>
            </w:r>
            <w:sdt>
              <w:sdtPr>
                <w:tag w:val="PREGUNTA_8"/>
                <w:alias w:val="PREGUNTA_8"/>
                <w:text/>
              </w:sdtPr>
              <w:sdtContent>
                <w:r>
                  <w:rPr>
                    <w:rFonts w:ascii="Aptos" w:hAnsi="Aptos"/>
                    <w:b/>
                    <w:color w:val="24313D"/>
                    <w:sz w:val="21"/>
                  </w:rPr>
                  <w:t>Escriba aquí el enunciado de la pregunta.</w:t>
                </w:r>
              </w:sdtContent>
            </w:sdt>
            <w:r>
              <w:tab/>
            </w:r>
            <w:sdt>
              <w:sdtPr>
                <w:tag w:val="PUNTOS_8"/>
                <w:alias w:val="PUNTOS_8"/>
                <w:text/>
              </w:sdtPr>
              <w:sdtContent>
                <w:r>
                  <w:rPr>
                    <w:rFonts w:ascii="Aptos" w:hAnsi="Aptos"/>
                    <w:b w:val="0"/>
                    <w:color w:val="657381"/>
                    <w:sz w:val="17"/>
                  </w:rPr>
                  <w:t>__ pt</w:t>
                </w:r>
              </w:sdtContent>
            </w:sdt>
          </w:p>
        </w:tc>
      </w:tr>
      <w:tr>
        <w:trPr>
          <w:cantSplit/>
        </w:trPr>
        <w:tc>
          <w:tcPr>
            <w:tcW w:type="dxa" w:w="10312"/>
            <w:shd w:fill="FFFFFF" w:val="clear"/>
            <w:tcMar>
              <w:top w:w="80" w:type="dxa"/>
              <w:start w:w="160" w:type="dxa"/>
              <w:bottom w:w="90" w:type="dxa"/>
              <w:end w:w="160" w:type="dxa"/>
            </w:tcMar>
            <w:tcBorders>
              <w:left w:val="single" w:sz="12" w:color="D4DEE7"/>
              <w:bottom w:val="single" w:sz="12" w:color="D4DEE7"/>
              <w:right w:val="single" w:sz="12" w:color="D4DEE7"/>
            </w:tcBorders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5156"/>
              <w:gridCol w:w="5156"/>
            </w:tblGrid>
            <w:tr>
              <w:trPr>
                <w:cantSplit/>
              </w:trPr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A.  </w:t>
                  </w:r>
                  <w:sdt>
                    <w:sdtPr>
                      <w:tag w:val="RESP_8_A"/>
                      <w:alias w:val="RESP_8_A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A</w:t>
                      </w:r>
                    </w:sdtContent>
                  </w:sdt>
                </w:p>
              </w:tc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B.  </w:t>
                  </w:r>
                  <w:sdt>
                    <w:sdtPr>
                      <w:tag w:val="RESP_8_B"/>
                      <w:alias w:val="RESP_8_B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B</w:t>
                      </w:r>
                    </w:sdtContent>
                  </w:sdt>
                </w:p>
              </w:tc>
            </w:tr>
            <w:tr>
              <w:trPr>
                <w:cantSplit/>
              </w:trPr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C.  </w:t>
                  </w:r>
                  <w:sdt>
                    <w:sdtPr>
                      <w:tag w:val="RESP_8_C"/>
                      <w:alias w:val="RESP_8_C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C</w:t>
                      </w:r>
                    </w:sdtContent>
                  </w:sdt>
                </w:p>
              </w:tc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D.  </w:t>
                  </w:r>
                  <w:sdt>
                    <w:sdtPr>
                      <w:tag w:val="RESP_8_D"/>
                      <w:alias w:val="RESP_8_D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D</w:t>
                      </w:r>
                    </w:sdtContent>
                  </w:sdt>
                </w:p>
              </w:tc>
            </w:tr>
          </w:tbl>
          <w:p/>
        </w:tc>
      </w:tr>
    </w:tbl>
    <w:p>
      <w:pPr>
        <w:spacing w:before="0" w:after="10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10312"/>
            <w:shd w:fill="EAF1F6" w:val="clear"/>
            <w:tcMar>
              <w:top w:w="115" w:type="dxa"/>
              <w:start w:w="150" w:type="dxa"/>
              <w:bottom w:w="105" w:type="dxa"/>
              <w:end w:w="150" w:type="dxa"/>
            </w:tcMar>
            <w:tcBorders>
              <w:top w:val="single" w:sz="12" w:color="D4DEE7"/>
              <w:left w:val="single" w:sz="12" w:color="D4DEE7"/>
              <w:right w:val="single" w:sz="12" w:color="D4DEE7"/>
            </w:tcBorders>
          </w:tcPr>
          <w:p>
            <w:pPr>
              <w:tabs>
                <w:tab w:pos="8957" w:val="right"/>
              </w:tabs>
              <w:spacing w:before="0" w:after="0" w:line="240" w:lineRule="auto"/>
            </w:pPr>
            <w:r>
              <w:rPr>
                <w:rFonts w:ascii="Aptos" w:hAnsi="Aptos"/>
                <w:b/>
                <w:color w:val="2C7A7B"/>
                <w:sz w:val="20"/>
              </w:rPr>
              <w:t>09</w:t>
            </w:r>
            <w:r>
              <w:rPr>
                <w:rFonts w:ascii="Aptos" w:hAnsi="Aptos"/>
                <w:b w:val="0"/>
                <w:color w:val="24313D"/>
                <w:sz w:val="20"/>
              </w:rPr>
              <w:t xml:space="preserve">   </w:t>
            </w:r>
            <w:sdt>
              <w:sdtPr>
                <w:tag w:val="PREGUNTA_9"/>
                <w:alias w:val="PREGUNTA_9"/>
                <w:text/>
              </w:sdtPr>
              <w:sdtContent>
                <w:r>
                  <w:rPr>
                    <w:rFonts w:ascii="Aptos" w:hAnsi="Aptos"/>
                    <w:b/>
                    <w:color w:val="24313D"/>
                    <w:sz w:val="21"/>
                  </w:rPr>
                  <w:t>Escriba aquí el enunciado de la pregunta.</w:t>
                </w:r>
              </w:sdtContent>
            </w:sdt>
            <w:r>
              <w:tab/>
            </w:r>
            <w:sdt>
              <w:sdtPr>
                <w:tag w:val="PUNTOS_9"/>
                <w:alias w:val="PUNTOS_9"/>
                <w:text/>
              </w:sdtPr>
              <w:sdtContent>
                <w:r>
                  <w:rPr>
                    <w:rFonts w:ascii="Aptos" w:hAnsi="Aptos"/>
                    <w:b w:val="0"/>
                    <w:color w:val="657381"/>
                    <w:sz w:val="17"/>
                  </w:rPr>
                  <w:t>__ pt</w:t>
                </w:r>
              </w:sdtContent>
            </w:sdt>
          </w:p>
        </w:tc>
      </w:tr>
      <w:tr>
        <w:trPr>
          <w:cantSplit/>
        </w:trPr>
        <w:tc>
          <w:tcPr>
            <w:tcW w:type="dxa" w:w="10312"/>
            <w:shd w:fill="FFFFFF" w:val="clear"/>
            <w:tcMar>
              <w:top w:w="80" w:type="dxa"/>
              <w:start w:w="160" w:type="dxa"/>
              <w:bottom w:w="90" w:type="dxa"/>
              <w:end w:w="160" w:type="dxa"/>
            </w:tcMar>
            <w:tcBorders>
              <w:left w:val="single" w:sz="12" w:color="D4DEE7"/>
              <w:bottom w:val="single" w:sz="12" w:color="D4DEE7"/>
              <w:right w:val="single" w:sz="12" w:color="D4DEE7"/>
            </w:tcBorders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5156"/>
              <w:gridCol w:w="5156"/>
            </w:tblGrid>
            <w:tr>
              <w:trPr>
                <w:cantSplit/>
              </w:trPr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A.  </w:t>
                  </w:r>
                  <w:sdt>
                    <w:sdtPr>
                      <w:tag w:val="RESP_9_A"/>
                      <w:alias w:val="RESP_9_A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A</w:t>
                      </w:r>
                    </w:sdtContent>
                  </w:sdt>
                </w:p>
              </w:tc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B.  </w:t>
                  </w:r>
                  <w:sdt>
                    <w:sdtPr>
                      <w:tag w:val="RESP_9_B"/>
                      <w:alias w:val="RESP_9_B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B</w:t>
                      </w:r>
                    </w:sdtContent>
                  </w:sdt>
                </w:p>
              </w:tc>
            </w:tr>
            <w:tr>
              <w:trPr>
                <w:cantSplit/>
              </w:trPr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C.  </w:t>
                  </w:r>
                  <w:sdt>
                    <w:sdtPr>
                      <w:tag w:val="RESP_9_C"/>
                      <w:alias w:val="RESP_9_C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C</w:t>
                      </w:r>
                    </w:sdtContent>
                  </w:sdt>
                </w:p>
              </w:tc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D.  </w:t>
                  </w:r>
                  <w:sdt>
                    <w:sdtPr>
                      <w:tag w:val="RESP_9_D"/>
                      <w:alias w:val="RESP_9_D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D</w:t>
                      </w:r>
                    </w:sdtContent>
                  </w:sdt>
                </w:p>
              </w:tc>
            </w:tr>
          </w:tbl>
          <w:p/>
        </w:tc>
      </w:tr>
    </w:tbl>
    <w:p>
      <w:pPr>
        <w:spacing w:before="0" w:after="10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94"/>
      </w:tblGrid>
      <w:tr>
        <w:trPr>
          <w:cantSplit/>
        </w:trPr>
        <w:tc>
          <w:tcPr>
            <w:tcW w:type="dxa" w:w="10312"/>
            <w:shd w:fill="EAF1F6" w:val="clear"/>
            <w:tcMar>
              <w:top w:w="115" w:type="dxa"/>
              <w:start w:w="150" w:type="dxa"/>
              <w:bottom w:w="105" w:type="dxa"/>
              <w:end w:w="150" w:type="dxa"/>
            </w:tcMar>
            <w:tcBorders>
              <w:top w:val="single" w:sz="12" w:color="D4DEE7"/>
              <w:left w:val="single" w:sz="12" w:color="D4DEE7"/>
              <w:right w:val="single" w:sz="12" w:color="D4DEE7"/>
            </w:tcBorders>
          </w:tcPr>
          <w:p>
            <w:pPr>
              <w:tabs>
                <w:tab w:pos="8957" w:val="right"/>
              </w:tabs>
              <w:spacing w:before="0" w:after="0" w:line="240" w:lineRule="auto"/>
            </w:pPr>
            <w:r>
              <w:rPr>
                <w:rFonts w:ascii="Aptos" w:hAnsi="Aptos"/>
                <w:b/>
                <w:color w:val="2C7A7B"/>
                <w:sz w:val="20"/>
              </w:rPr>
              <w:t>10</w:t>
            </w:r>
            <w:r>
              <w:rPr>
                <w:rFonts w:ascii="Aptos" w:hAnsi="Aptos"/>
                <w:b w:val="0"/>
                <w:color w:val="24313D"/>
                <w:sz w:val="20"/>
              </w:rPr>
              <w:t xml:space="preserve">   </w:t>
            </w:r>
            <w:sdt>
              <w:sdtPr>
                <w:tag w:val="PREGUNTA_10"/>
                <w:alias w:val="PREGUNTA_10"/>
                <w:text/>
              </w:sdtPr>
              <w:sdtContent>
                <w:r>
                  <w:rPr>
                    <w:rFonts w:ascii="Aptos" w:hAnsi="Aptos"/>
                    <w:b/>
                    <w:color w:val="24313D"/>
                    <w:sz w:val="21"/>
                  </w:rPr>
                  <w:t>Escriba aquí el enunciado de la pregunta.</w:t>
                </w:r>
              </w:sdtContent>
            </w:sdt>
            <w:r>
              <w:tab/>
            </w:r>
            <w:sdt>
              <w:sdtPr>
                <w:tag w:val="PUNTOS_10"/>
                <w:alias w:val="PUNTOS_10"/>
                <w:text/>
              </w:sdtPr>
              <w:sdtContent>
                <w:r>
                  <w:rPr>
                    <w:rFonts w:ascii="Aptos" w:hAnsi="Aptos"/>
                    <w:b w:val="0"/>
                    <w:color w:val="657381"/>
                    <w:sz w:val="17"/>
                  </w:rPr>
                  <w:t>__ pt</w:t>
                </w:r>
              </w:sdtContent>
            </w:sdt>
          </w:p>
        </w:tc>
      </w:tr>
      <w:tr>
        <w:trPr>
          <w:cantSplit/>
        </w:trPr>
        <w:tc>
          <w:tcPr>
            <w:tcW w:type="dxa" w:w="10312"/>
            <w:shd w:fill="FFFFFF" w:val="clear"/>
            <w:tcMar>
              <w:top w:w="80" w:type="dxa"/>
              <w:start w:w="160" w:type="dxa"/>
              <w:bottom w:w="90" w:type="dxa"/>
              <w:end w:w="160" w:type="dxa"/>
            </w:tcMar>
            <w:tcBorders>
              <w:left w:val="single" w:sz="12" w:color="D4DEE7"/>
              <w:bottom w:val="single" w:sz="12" w:color="D4DEE7"/>
              <w:right w:val="single" w:sz="12" w:color="D4DEE7"/>
            </w:tcBorders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5156"/>
              <w:gridCol w:w="5156"/>
            </w:tblGrid>
            <w:tr>
              <w:trPr>
                <w:cantSplit/>
              </w:trPr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A.  </w:t>
                  </w:r>
                  <w:sdt>
                    <w:sdtPr>
                      <w:tag w:val="RESP_10_A"/>
                      <w:alias w:val="RESP_10_A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A</w:t>
                      </w:r>
                    </w:sdtContent>
                  </w:sdt>
                </w:p>
              </w:tc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B.  </w:t>
                  </w:r>
                  <w:sdt>
                    <w:sdtPr>
                      <w:tag w:val="RESP_10_B"/>
                      <w:alias w:val="RESP_10_B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B</w:t>
                      </w:r>
                    </w:sdtContent>
                  </w:sdt>
                </w:p>
              </w:tc>
            </w:tr>
            <w:tr>
              <w:trPr>
                <w:cantSplit/>
              </w:trPr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C.  </w:t>
                  </w:r>
                  <w:sdt>
                    <w:sdtPr>
                      <w:tag w:val="RESP_10_C"/>
                      <w:alias w:val="RESP_10_C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C</w:t>
                      </w:r>
                    </w:sdtContent>
                  </w:sdt>
                </w:p>
              </w:tc>
              <w:tc>
                <w:tcPr>
                  <w:tcW w:type="dxa" w:w="4535"/>
                  <w:tcMar>
                    <w:top w:w="50" w:type="dxa"/>
                    <w:start w:w="40" w:type="dxa"/>
                    <w:bottom w:w="50" w:type="dxa"/>
                    <w:end w:w="80" w:type="dxa"/>
                  </w:tcMar>
                </w:tcPr>
                <w:p>
                  <w:pPr>
                    <w:spacing w:before="0" w:after="0" w:line="252" w:lineRule="auto"/>
                  </w:pPr>
                  <w:r>
                    <w:rPr>
                      <w:rFonts w:ascii="Aptos" w:hAnsi="Aptos"/>
                      <w:b/>
                      <w:color w:val="17324D"/>
                      <w:sz w:val="19"/>
                    </w:rPr>
                    <w:t xml:space="preserve">☐  D.  </w:t>
                  </w:r>
                  <w:sdt>
                    <w:sdtPr>
                      <w:tag w:val="RESP_10_D"/>
                      <w:alias w:val="RESP_10_D"/>
                      <w:text/>
                    </w:sdtPr>
                    <w:sdtContent>
                      <w:r>
                        <w:rPr>
                          <w:rFonts w:ascii="Aptos" w:hAnsi="Aptos"/>
                          <w:b w:val="0"/>
                          <w:color w:val="24313D"/>
                          <w:sz w:val="19"/>
                        </w:rPr>
                        <w:t>Opción de respuesta D</w:t>
                      </w:r>
                    </w:sdtContent>
                  </w:sdt>
                </w:p>
              </w:tc>
            </w:tr>
          </w:tbl>
          <w:p/>
        </w:tc>
      </w:tr>
    </w:tbl>
    <w:p>
      <w:pPr>
        <w:spacing w:before="0" w:after="100" w:line="240" w:lineRule="auto"/>
      </w:pPr>
    </w:p>
    <w:p>
      <w:r>
        <w:br w:type="page"/>
      </w:r>
    </w:p>
    <w:p>
      <w:pPr>
        <w:spacing w:before="0" w:after="40" w:line="240" w:lineRule="auto"/>
      </w:pPr>
      <w:r>
        <w:rPr>
          <w:rFonts w:ascii="Aptos" w:hAnsi="Aptos"/>
          <w:b/>
          <w:color w:val="2C7A7B"/>
          <w:sz w:val="17"/>
        </w:rPr>
        <w:t>RESPUESTA RÁPIDA</w:t>
      </w:r>
    </w:p>
    <w:p>
      <w:pPr>
        <w:spacing w:before="0" w:after="60" w:line="240" w:lineRule="auto"/>
        <w:keepNext/>
      </w:pPr>
      <w:r>
        <w:rPr>
          <w:rFonts w:ascii="Aptos" w:hAnsi="Aptos"/>
          <w:b/>
          <w:color w:val="17324D"/>
          <w:sz w:val="36"/>
        </w:rPr>
        <w:t>Hoja de respuestas</w:t>
      </w:r>
    </w:p>
    <w:p>
      <w:pPr>
        <w:spacing w:before="0" w:after="200" w:line="276" w:lineRule="auto"/>
      </w:pPr>
      <w:r>
        <w:rPr>
          <w:rFonts w:ascii="Aptos" w:hAnsi="Aptos"/>
          <w:b w:val="0"/>
          <w:color w:val="657381"/>
          <w:sz w:val="19"/>
        </w:rPr>
        <w:t>Puede usarse como hoja independiente o como resumen final del test.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31"/>
        <w:gridCol w:w="3231"/>
        <w:gridCol w:w="3231"/>
      </w:tblGrid>
      <w:tr>
        <w:tc>
          <w:tcPr>
            <w:tcW w:type="dxa" w:w="3437"/>
            <w:vAlign w:val="center"/>
            <w:shd w:fill="F4F6F8" w:val="clear"/>
            <w:tcMar>
              <w:top w:w="110" w:type="dxa"/>
              <w:start w:w="140" w:type="dxa"/>
              <w:bottom w:w="90" w:type="dxa"/>
              <w:end w:w="140" w:type="dxa"/>
            </w:tcMar>
            <w:tcBorders>
              <w:bottom w:val="single" w:sz="10" w:color="D4DEE7"/>
            </w:tcBorders>
          </w:tcPr>
          <w:p>
            <w:pPr>
              <w:spacing w:before="0" w:after="40" w:line="240" w:lineRule="auto"/>
            </w:pPr>
            <w:r/>
            <w:r>
              <w:rPr>
                <w:rFonts w:ascii="Aptos" w:hAnsi="Aptos"/>
                <w:b/>
                <w:color w:val="657381"/>
                <w:sz w:val="15"/>
              </w:rPr>
              <w:t>NOMBRE</w:t>
            </w:r>
          </w:p>
          <w:p>
            <w:pPr>
              <w:spacing w:before="0" w:after="0" w:line="240" w:lineRule="auto"/>
            </w:pPr>
            <w:sdt>
              <w:sdtPr>
                <w:tag w:val="NOMBRE_HOJA"/>
                <w:alias w:val="NOMBRE_HOJA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20"/>
                  </w:rPr>
                  <w:t>Escriba aquí</w:t>
                </w:r>
              </w:sdtContent>
            </w:sdt>
          </w:p>
        </w:tc>
        <w:tc>
          <w:tcPr>
            <w:tcW w:type="dxa" w:w="3437"/>
            <w:vAlign w:val="center"/>
            <w:shd w:fill="F4F6F8" w:val="clear"/>
            <w:tcMar>
              <w:top w:w="110" w:type="dxa"/>
              <w:start w:w="140" w:type="dxa"/>
              <w:bottom w:w="90" w:type="dxa"/>
              <w:end w:w="140" w:type="dxa"/>
            </w:tcMar>
            <w:tcBorders>
              <w:bottom w:val="single" w:sz="10" w:color="D4DEE7"/>
            </w:tcBorders>
          </w:tcPr>
          <w:p>
            <w:pPr>
              <w:spacing w:before="0" w:after="40" w:line="240" w:lineRule="auto"/>
            </w:pPr>
            <w:r/>
            <w:r>
              <w:rPr>
                <w:rFonts w:ascii="Aptos" w:hAnsi="Aptos"/>
                <w:b/>
                <w:color w:val="657381"/>
                <w:sz w:val="15"/>
              </w:rPr>
              <w:t>CÓDIGO / ID</w:t>
            </w:r>
          </w:p>
          <w:p>
            <w:pPr>
              <w:spacing w:before="0" w:after="0" w:line="240" w:lineRule="auto"/>
            </w:pPr>
            <w:sdt>
              <w:sdtPr>
                <w:tag w:val="ID_HOJA"/>
                <w:alias w:val="ID_HOJA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20"/>
                  </w:rPr>
                  <w:t>—</w:t>
                </w:r>
              </w:sdtContent>
            </w:sdt>
          </w:p>
        </w:tc>
        <w:tc>
          <w:tcPr>
            <w:tcW w:type="dxa" w:w="3437"/>
            <w:vAlign w:val="center"/>
            <w:shd w:fill="F4F6F8" w:val="clear"/>
            <w:tcMar>
              <w:top w:w="110" w:type="dxa"/>
              <w:start w:w="140" w:type="dxa"/>
              <w:bottom w:w="90" w:type="dxa"/>
              <w:end w:w="140" w:type="dxa"/>
            </w:tcMar>
            <w:tcBorders>
              <w:bottom w:val="single" w:sz="10" w:color="D4DEE7"/>
            </w:tcBorders>
          </w:tcPr>
          <w:p>
            <w:pPr>
              <w:spacing w:before="0" w:after="40" w:line="240" w:lineRule="auto"/>
            </w:pPr>
            <w:r/>
            <w:r>
              <w:rPr>
                <w:rFonts w:ascii="Aptos" w:hAnsi="Aptos"/>
                <w:b/>
                <w:color w:val="657381"/>
                <w:sz w:val="15"/>
              </w:rPr>
              <w:t>GRUPO</w:t>
            </w:r>
          </w:p>
          <w:p>
            <w:pPr>
              <w:spacing w:before="0" w:after="0" w:line="240" w:lineRule="auto"/>
            </w:pPr>
            <w:sdt>
              <w:sdtPr>
                <w:tag w:val="GRUPO_HOJA"/>
                <w:alias w:val="GRUPO_HOJA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20"/>
                  </w:rPr>
                  <w:t>—</w:t>
                </w:r>
              </w:sdtContent>
            </w:sdt>
          </w:p>
        </w:tc>
      </w:tr>
    </w:tbl>
    <w:p>
      <w:pPr>
        <w:spacing w:before="160" w:after="100" w:line="240" w:lineRule="auto"/>
      </w:pPr>
      <w:r>
        <w:rPr>
          <w:rFonts w:ascii="Aptos" w:hAnsi="Aptos"/>
          <w:b w:val="0"/>
          <w:color w:val="657381"/>
          <w:sz w:val="18"/>
        </w:rPr>
        <w:t>Marque una sola opción por pregunta. Si corrige una respuesta, deje inequívocamente indicada la opción final.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3969"/>
        <w:gridCol w:w="680"/>
        <w:gridCol w:w="3969"/>
      </w:tblGrid>
      <w:tr>
        <w:trPr>
          <w:tblHeader w:val="true"/>
        </w:trPr>
        <w:tc>
          <w:tcPr>
            <w:tcW w:type="dxa" w:w="2578"/>
            <w:shd w:fill="17324D" w:val="clear"/>
            <w:tcMar>
              <w:top w:w="80" w:type="dxa"/>
              <w:start w:w="60" w:type="dxa"/>
              <w:bottom w:w="80" w:type="dxa"/>
              <w:end w:w="6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Nº</w:t>
            </w:r>
          </w:p>
        </w:tc>
        <w:tc>
          <w:tcPr>
            <w:tcW w:type="dxa" w:w="2578"/>
            <w:shd w:fill="17324D" w:val="clear"/>
            <w:tcMar>
              <w:top w:w="80" w:type="dxa"/>
              <w:start w:w="60" w:type="dxa"/>
              <w:bottom w:w="80" w:type="dxa"/>
              <w:end w:w="6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Respuesta</w:t>
            </w:r>
          </w:p>
        </w:tc>
        <w:tc>
          <w:tcPr>
            <w:tcW w:type="dxa" w:w="2578"/>
            <w:shd w:fill="17324D" w:val="clear"/>
            <w:tcMar>
              <w:top w:w="80" w:type="dxa"/>
              <w:start w:w="60" w:type="dxa"/>
              <w:bottom w:w="80" w:type="dxa"/>
              <w:end w:w="6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Nº</w:t>
            </w:r>
          </w:p>
        </w:tc>
        <w:tc>
          <w:tcPr>
            <w:tcW w:type="dxa" w:w="2578"/>
            <w:shd w:fill="17324D" w:val="clear"/>
            <w:tcMar>
              <w:top w:w="80" w:type="dxa"/>
              <w:start w:w="60" w:type="dxa"/>
              <w:bottom w:w="80" w:type="dxa"/>
              <w:end w:w="6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  <w:cantSplit/>
        </w:trPr>
        <w:tc>
          <w:tcPr>
            <w:tcW w:type="dxa" w:w="2578"/>
            <w:tcMar>
              <w:top w:w="115" w:type="dxa"/>
              <w:start w:w="80" w:type="dxa"/>
              <w:bottom w:w="115" w:type="dxa"/>
              <w:end w:w="8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7324D"/>
                <w:sz w:val="18"/>
              </w:rPr>
              <w:t>1</w:t>
            </w:r>
          </w:p>
        </w:tc>
        <w:tc>
          <w:tcPr>
            <w:tcW w:type="dxa" w:w="2578"/>
            <w:tcMar>
              <w:top w:w="115" w:type="dxa"/>
              <w:start w:w="80" w:type="dxa"/>
              <w:bottom w:w="115" w:type="dxa"/>
              <w:end w:w="8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24313D"/>
                <w:sz w:val="18"/>
              </w:rPr>
              <w:t>○ A        ○ B        ○ C        ○ D</w:t>
            </w:r>
          </w:p>
        </w:tc>
        <w:tc>
          <w:tcPr>
            <w:tcW w:type="dxa" w:w="2578"/>
            <w:tcMar>
              <w:top w:w="115" w:type="dxa"/>
              <w:start w:w="80" w:type="dxa"/>
              <w:bottom w:w="115" w:type="dxa"/>
              <w:end w:w="8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7324D"/>
                <w:sz w:val="18"/>
              </w:rPr>
              <w:t>6</w:t>
            </w:r>
          </w:p>
        </w:tc>
        <w:tc>
          <w:tcPr>
            <w:tcW w:type="dxa" w:w="2578"/>
            <w:tcMar>
              <w:top w:w="115" w:type="dxa"/>
              <w:start w:w="80" w:type="dxa"/>
              <w:bottom w:w="115" w:type="dxa"/>
              <w:end w:w="8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24313D"/>
                <w:sz w:val="18"/>
              </w:rPr>
              <w:t>○ A        ○ B        ○ C        ○ D</w:t>
            </w:r>
          </w:p>
        </w:tc>
      </w:tr>
      <w:tr>
        <w:trPr>
          <w:cantSplit/>
          <w:cantSplit/>
        </w:trPr>
        <w:tc>
          <w:tcPr>
            <w:tcW w:type="dxa" w:w="2578"/>
            <w:tcMar>
              <w:top w:w="115" w:type="dxa"/>
              <w:start w:w="80" w:type="dxa"/>
              <w:bottom w:w="115" w:type="dxa"/>
              <w:end w:w="8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7324D"/>
                <w:sz w:val="18"/>
              </w:rPr>
              <w:t>2</w:t>
            </w:r>
          </w:p>
        </w:tc>
        <w:tc>
          <w:tcPr>
            <w:tcW w:type="dxa" w:w="2578"/>
            <w:tcMar>
              <w:top w:w="115" w:type="dxa"/>
              <w:start w:w="80" w:type="dxa"/>
              <w:bottom w:w="115" w:type="dxa"/>
              <w:end w:w="8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24313D"/>
                <w:sz w:val="18"/>
              </w:rPr>
              <w:t>○ A        ○ B        ○ C        ○ D</w:t>
            </w:r>
          </w:p>
        </w:tc>
        <w:tc>
          <w:tcPr>
            <w:tcW w:type="dxa" w:w="2578"/>
            <w:tcMar>
              <w:top w:w="115" w:type="dxa"/>
              <w:start w:w="80" w:type="dxa"/>
              <w:bottom w:w="115" w:type="dxa"/>
              <w:end w:w="8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7324D"/>
                <w:sz w:val="18"/>
              </w:rPr>
              <w:t>7</w:t>
            </w:r>
          </w:p>
        </w:tc>
        <w:tc>
          <w:tcPr>
            <w:tcW w:type="dxa" w:w="2578"/>
            <w:tcMar>
              <w:top w:w="115" w:type="dxa"/>
              <w:start w:w="80" w:type="dxa"/>
              <w:bottom w:w="115" w:type="dxa"/>
              <w:end w:w="8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24313D"/>
                <w:sz w:val="18"/>
              </w:rPr>
              <w:t>○ A        ○ B        ○ C        ○ D</w:t>
            </w:r>
          </w:p>
        </w:tc>
      </w:tr>
      <w:tr>
        <w:trPr>
          <w:cantSplit/>
          <w:cantSplit/>
        </w:trPr>
        <w:tc>
          <w:tcPr>
            <w:tcW w:type="dxa" w:w="2578"/>
            <w:tcMar>
              <w:top w:w="115" w:type="dxa"/>
              <w:start w:w="80" w:type="dxa"/>
              <w:bottom w:w="115" w:type="dxa"/>
              <w:end w:w="8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7324D"/>
                <w:sz w:val="18"/>
              </w:rPr>
              <w:t>3</w:t>
            </w:r>
          </w:p>
        </w:tc>
        <w:tc>
          <w:tcPr>
            <w:tcW w:type="dxa" w:w="2578"/>
            <w:tcMar>
              <w:top w:w="115" w:type="dxa"/>
              <w:start w:w="80" w:type="dxa"/>
              <w:bottom w:w="115" w:type="dxa"/>
              <w:end w:w="8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24313D"/>
                <w:sz w:val="18"/>
              </w:rPr>
              <w:t>○ A        ○ B        ○ C        ○ D</w:t>
            </w:r>
          </w:p>
        </w:tc>
        <w:tc>
          <w:tcPr>
            <w:tcW w:type="dxa" w:w="2578"/>
            <w:tcMar>
              <w:top w:w="115" w:type="dxa"/>
              <w:start w:w="80" w:type="dxa"/>
              <w:bottom w:w="115" w:type="dxa"/>
              <w:end w:w="8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7324D"/>
                <w:sz w:val="18"/>
              </w:rPr>
              <w:t>8</w:t>
            </w:r>
          </w:p>
        </w:tc>
        <w:tc>
          <w:tcPr>
            <w:tcW w:type="dxa" w:w="2578"/>
            <w:tcMar>
              <w:top w:w="115" w:type="dxa"/>
              <w:start w:w="80" w:type="dxa"/>
              <w:bottom w:w="115" w:type="dxa"/>
              <w:end w:w="8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24313D"/>
                <w:sz w:val="18"/>
              </w:rPr>
              <w:t>○ A        ○ B        ○ C        ○ D</w:t>
            </w:r>
          </w:p>
        </w:tc>
      </w:tr>
      <w:tr>
        <w:trPr>
          <w:cantSplit/>
          <w:cantSplit/>
        </w:trPr>
        <w:tc>
          <w:tcPr>
            <w:tcW w:type="dxa" w:w="2578"/>
            <w:tcMar>
              <w:top w:w="115" w:type="dxa"/>
              <w:start w:w="80" w:type="dxa"/>
              <w:bottom w:w="115" w:type="dxa"/>
              <w:end w:w="8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7324D"/>
                <w:sz w:val="18"/>
              </w:rPr>
              <w:t>4</w:t>
            </w:r>
          </w:p>
        </w:tc>
        <w:tc>
          <w:tcPr>
            <w:tcW w:type="dxa" w:w="2578"/>
            <w:tcMar>
              <w:top w:w="115" w:type="dxa"/>
              <w:start w:w="80" w:type="dxa"/>
              <w:bottom w:w="115" w:type="dxa"/>
              <w:end w:w="8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24313D"/>
                <w:sz w:val="18"/>
              </w:rPr>
              <w:t>○ A        ○ B        ○ C        ○ D</w:t>
            </w:r>
          </w:p>
        </w:tc>
        <w:tc>
          <w:tcPr>
            <w:tcW w:type="dxa" w:w="2578"/>
            <w:tcMar>
              <w:top w:w="115" w:type="dxa"/>
              <w:start w:w="80" w:type="dxa"/>
              <w:bottom w:w="115" w:type="dxa"/>
              <w:end w:w="8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7324D"/>
                <w:sz w:val="18"/>
              </w:rPr>
              <w:t>9</w:t>
            </w:r>
          </w:p>
        </w:tc>
        <w:tc>
          <w:tcPr>
            <w:tcW w:type="dxa" w:w="2578"/>
            <w:tcMar>
              <w:top w:w="115" w:type="dxa"/>
              <w:start w:w="80" w:type="dxa"/>
              <w:bottom w:w="115" w:type="dxa"/>
              <w:end w:w="8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24313D"/>
                <w:sz w:val="18"/>
              </w:rPr>
              <w:t>○ A        ○ B        ○ C        ○ D</w:t>
            </w:r>
          </w:p>
        </w:tc>
      </w:tr>
      <w:tr>
        <w:trPr>
          <w:cantSplit/>
          <w:cantSplit/>
        </w:trPr>
        <w:tc>
          <w:tcPr>
            <w:tcW w:type="dxa" w:w="2578"/>
            <w:tcMar>
              <w:top w:w="115" w:type="dxa"/>
              <w:start w:w="80" w:type="dxa"/>
              <w:bottom w:w="115" w:type="dxa"/>
              <w:end w:w="8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7324D"/>
                <w:sz w:val="18"/>
              </w:rPr>
              <w:t>5</w:t>
            </w:r>
          </w:p>
        </w:tc>
        <w:tc>
          <w:tcPr>
            <w:tcW w:type="dxa" w:w="2578"/>
            <w:tcMar>
              <w:top w:w="115" w:type="dxa"/>
              <w:start w:w="80" w:type="dxa"/>
              <w:bottom w:w="115" w:type="dxa"/>
              <w:end w:w="8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24313D"/>
                <w:sz w:val="18"/>
              </w:rPr>
              <w:t>○ A        ○ B        ○ C        ○ D</w:t>
            </w:r>
          </w:p>
        </w:tc>
        <w:tc>
          <w:tcPr>
            <w:tcW w:type="dxa" w:w="2578"/>
            <w:tcMar>
              <w:top w:w="115" w:type="dxa"/>
              <w:start w:w="80" w:type="dxa"/>
              <w:bottom w:w="115" w:type="dxa"/>
              <w:end w:w="8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17324D"/>
                <w:sz w:val="18"/>
              </w:rPr>
              <w:t>10</w:t>
            </w:r>
          </w:p>
        </w:tc>
        <w:tc>
          <w:tcPr>
            <w:tcW w:type="dxa" w:w="2578"/>
            <w:tcMar>
              <w:top w:w="115" w:type="dxa"/>
              <w:start w:w="80" w:type="dxa"/>
              <w:bottom w:w="115" w:type="dxa"/>
              <w:end w:w="8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24313D"/>
                <w:sz w:val="18"/>
              </w:rPr>
              <w:t>○ A        ○ B        ○ C        ○ D</w:t>
            </w:r>
          </w:p>
        </w:tc>
      </w:tr>
    </w:tbl>
    <w:p>
      <w:pPr>
        <w:spacing w:before="200" w:after="60" w:line="240" w:lineRule="auto"/>
      </w:pPr>
      <w:r>
        <w:rPr>
          <w:rFonts w:ascii="Aptos" w:hAnsi="Aptos"/>
          <w:b/>
          <w:color w:val="657381"/>
          <w:sz w:val="17"/>
        </w:rPr>
        <w:t>OBSERVACIONES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4F6F8" w:val="clear"/>
            <w:tcBorders>
              <w:top w:val="single" w:sz="8" w:color="D4DEE7"/>
              <w:left w:val="single" w:sz="8" w:color="D4DEE7"/>
              <w:bottom w:val="single" w:sz="8" w:color="D4DEE7"/>
              <w:right w:val="single" w:sz="8" w:color="D4DE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840"/>
            </w:pPr>
            <w:sdt>
              <w:sdtPr>
                <w:tag w:val="OBSERVACIONES"/>
                <w:alias w:val="OBSERVACIONES"/>
                <w:text/>
              </w:sdtPr>
              <w:sdtContent>
                <w:r>
                  <w:rPr>
                    <w:rFonts w:ascii="Aptos" w:hAnsi="Aptos"/>
                    <w:b w:val="0"/>
                    <w:color w:val="657381"/>
                    <w:sz w:val="18"/>
                  </w:rPr>
                  <w:t>Espacio para incidencias, comentarios o anotaciones.</w:t>
                </w:r>
              </w:sdtContent>
            </w:sdt>
          </w:p>
        </w:tc>
      </w:tr>
    </w:tbl>
    <w:p>
      <w:r>
        <w:br w:type="page"/>
      </w:r>
    </w:p>
    <w:p>
      <w:pPr>
        <w:spacing w:before="0" w:after="40" w:line="240" w:lineRule="auto"/>
      </w:pPr>
      <w:r>
        <w:rPr>
          <w:rFonts w:ascii="Aptos" w:hAnsi="Aptos"/>
          <w:b/>
          <w:color w:val="2C7A7B"/>
          <w:sz w:val="17"/>
        </w:rPr>
        <w:t>USO DEL EDITOR</w:t>
      </w:r>
    </w:p>
    <w:p>
      <w:pPr>
        <w:spacing w:before="0" w:after="60" w:line="240" w:lineRule="auto"/>
        <w:keepNext/>
      </w:pPr>
      <w:r>
        <w:rPr>
          <w:rFonts w:ascii="Aptos" w:hAnsi="Aptos"/>
          <w:b/>
          <w:color w:val="17324D"/>
          <w:sz w:val="36"/>
        </w:rPr>
        <w:t>Plantilla de corrección</w:t>
      </w:r>
    </w:p>
    <w:p>
      <w:pPr>
        <w:spacing w:before="0" w:after="200" w:line="276" w:lineRule="auto"/>
      </w:pPr>
      <w:r>
        <w:rPr>
          <w:rFonts w:ascii="Aptos" w:hAnsi="Aptos"/>
          <w:b w:val="0"/>
          <w:color w:val="657381"/>
          <w:sz w:val="19"/>
        </w:rPr>
        <w:t>Esta página está pensada para quien prepara o corrige el test. Elimínela antes de entregar el examen si no desea mostrar las soluciones.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FF5DD" w:val="clear"/>
            <w:tcMar>
              <w:top w:w="100" w:type="dxa"/>
              <w:start w:w="130" w:type="dxa"/>
              <w:bottom w:w="100" w:type="dxa"/>
              <w:end w:w="130" w:type="dxa"/>
            </w:tcMar>
            <w:tcBorders>
              <w:left w:val="single" w:sz="16" w:color="D5A72C"/>
            </w:tcBorders>
          </w:tcPr>
          <w:p>
            <w:r>
              <w:rPr>
                <w:rFonts w:ascii="Aptos" w:hAnsi="Aptos"/>
                <w:b/>
                <w:color w:val="24313D"/>
                <w:sz w:val="18"/>
              </w:rPr>
              <w:t xml:space="preserve">Consejo: </w:t>
            </w:r>
            <w:r>
              <w:rPr>
                <w:rFonts w:ascii="Aptos" w:hAnsi="Aptos"/>
                <w:b w:val="0"/>
                <w:color w:val="24313D"/>
                <w:sz w:val="18"/>
              </w:rPr>
              <w:t>distribuya la respuesta correcta entre A, B, C y D para evitar patrones previsibles.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1757"/>
        <w:gridCol w:w="1304"/>
        <w:gridCol w:w="5669"/>
      </w:tblGrid>
      <w:tr>
        <w:trPr>
          <w:tblHeader w:val="true"/>
        </w:trPr>
        <w:tc>
          <w:tcPr>
            <w:tcW w:type="dxa" w:w="2578"/>
            <w:shd w:fill="17324D" w:val="clear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Nº</w:t>
            </w:r>
          </w:p>
        </w:tc>
        <w:tc>
          <w:tcPr>
            <w:tcW w:type="dxa" w:w="2578"/>
            <w:shd w:fill="17324D" w:val="clear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Respuesta</w:t>
            </w:r>
          </w:p>
        </w:tc>
        <w:tc>
          <w:tcPr>
            <w:tcW w:type="dxa" w:w="2578"/>
            <w:shd w:fill="17324D" w:val="clear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Puntos</w:t>
            </w:r>
          </w:p>
        </w:tc>
        <w:tc>
          <w:tcPr>
            <w:tcW w:type="dxa" w:w="2578"/>
            <w:shd w:fill="17324D" w:val="clear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  <w:t>Nota / explicación opcional</w:t>
            </w:r>
          </w:p>
        </w:tc>
      </w:tr>
      <w:tr>
        <w:trPr>
          <w:cantSplit/>
        </w:trPr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24313D"/>
                <w:sz w:val="18"/>
              </w:rPr>
              <w:t>1</w:t>
            </w:r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sdt>
              <w:sdtPr>
                <w:tag w:val="CLAVE_1"/>
                <w:alias w:val="CLAVE_1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A / B / C / D</w:t>
                </w:r>
              </w:sdtContent>
            </w:sdt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sdt>
              <w:sdtPr>
                <w:tag w:val="VALOR_1"/>
                <w:alias w:val="VALOR_1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__</w:t>
                </w:r>
              </w:sdtContent>
            </w:sdt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left"/>
            </w:pPr>
            <w:sdt>
              <w:sdtPr>
                <w:tag w:val="NOTA_1"/>
                <w:alias w:val="NOTA_1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Nota opcional</w:t>
                </w:r>
              </w:sdtContent>
            </w:sdt>
          </w:p>
        </w:tc>
      </w:tr>
      <w:tr>
        <w:trPr>
          <w:cantSplit/>
        </w:trPr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24313D"/>
                <w:sz w:val="18"/>
              </w:rPr>
              <w:t>2</w:t>
            </w:r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sdt>
              <w:sdtPr>
                <w:tag w:val="CLAVE_2"/>
                <w:alias w:val="CLAVE_2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A / B / C / D</w:t>
                </w:r>
              </w:sdtContent>
            </w:sdt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sdt>
              <w:sdtPr>
                <w:tag w:val="VALOR_2"/>
                <w:alias w:val="VALOR_2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__</w:t>
                </w:r>
              </w:sdtContent>
            </w:sdt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left"/>
            </w:pPr>
            <w:sdt>
              <w:sdtPr>
                <w:tag w:val="NOTA_2"/>
                <w:alias w:val="NOTA_2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Nota opcional</w:t>
                </w:r>
              </w:sdtContent>
            </w:sdt>
          </w:p>
        </w:tc>
      </w:tr>
      <w:tr>
        <w:trPr>
          <w:cantSplit/>
        </w:trPr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24313D"/>
                <w:sz w:val="18"/>
              </w:rPr>
              <w:t>3</w:t>
            </w:r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sdt>
              <w:sdtPr>
                <w:tag w:val="CLAVE_3"/>
                <w:alias w:val="CLAVE_3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A / B / C / D</w:t>
                </w:r>
              </w:sdtContent>
            </w:sdt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sdt>
              <w:sdtPr>
                <w:tag w:val="VALOR_3"/>
                <w:alias w:val="VALOR_3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__</w:t>
                </w:r>
              </w:sdtContent>
            </w:sdt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left"/>
            </w:pPr>
            <w:sdt>
              <w:sdtPr>
                <w:tag w:val="NOTA_3"/>
                <w:alias w:val="NOTA_3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Nota opcional</w:t>
                </w:r>
              </w:sdtContent>
            </w:sdt>
          </w:p>
        </w:tc>
      </w:tr>
      <w:tr>
        <w:trPr>
          <w:cantSplit/>
        </w:trPr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24313D"/>
                <w:sz w:val="18"/>
              </w:rPr>
              <w:t>4</w:t>
            </w:r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sdt>
              <w:sdtPr>
                <w:tag w:val="CLAVE_4"/>
                <w:alias w:val="CLAVE_4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A / B / C / D</w:t>
                </w:r>
              </w:sdtContent>
            </w:sdt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sdt>
              <w:sdtPr>
                <w:tag w:val="VALOR_4"/>
                <w:alias w:val="VALOR_4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__</w:t>
                </w:r>
              </w:sdtContent>
            </w:sdt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left"/>
            </w:pPr>
            <w:sdt>
              <w:sdtPr>
                <w:tag w:val="NOTA_4"/>
                <w:alias w:val="NOTA_4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Nota opcional</w:t>
                </w:r>
              </w:sdtContent>
            </w:sdt>
          </w:p>
        </w:tc>
      </w:tr>
      <w:tr>
        <w:trPr>
          <w:cantSplit/>
        </w:trPr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24313D"/>
                <w:sz w:val="18"/>
              </w:rPr>
              <w:t>5</w:t>
            </w:r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sdt>
              <w:sdtPr>
                <w:tag w:val="CLAVE_5"/>
                <w:alias w:val="CLAVE_5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A / B / C / D</w:t>
                </w:r>
              </w:sdtContent>
            </w:sdt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sdt>
              <w:sdtPr>
                <w:tag w:val="VALOR_5"/>
                <w:alias w:val="VALOR_5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__</w:t>
                </w:r>
              </w:sdtContent>
            </w:sdt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left"/>
            </w:pPr>
            <w:sdt>
              <w:sdtPr>
                <w:tag w:val="NOTA_5"/>
                <w:alias w:val="NOTA_5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Nota opcional</w:t>
                </w:r>
              </w:sdtContent>
            </w:sdt>
          </w:p>
        </w:tc>
      </w:tr>
      <w:tr>
        <w:trPr>
          <w:cantSplit/>
        </w:trPr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24313D"/>
                <w:sz w:val="18"/>
              </w:rPr>
              <w:t>6</w:t>
            </w:r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sdt>
              <w:sdtPr>
                <w:tag w:val="CLAVE_6"/>
                <w:alias w:val="CLAVE_6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A / B / C / D</w:t>
                </w:r>
              </w:sdtContent>
            </w:sdt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sdt>
              <w:sdtPr>
                <w:tag w:val="VALOR_6"/>
                <w:alias w:val="VALOR_6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__</w:t>
                </w:r>
              </w:sdtContent>
            </w:sdt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left"/>
            </w:pPr>
            <w:sdt>
              <w:sdtPr>
                <w:tag w:val="NOTA_6"/>
                <w:alias w:val="NOTA_6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Nota opcional</w:t>
                </w:r>
              </w:sdtContent>
            </w:sdt>
          </w:p>
        </w:tc>
      </w:tr>
      <w:tr>
        <w:trPr>
          <w:cantSplit/>
        </w:trPr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24313D"/>
                <w:sz w:val="18"/>
              </w:rPr>
              <w:t>7</w:t>
            </w:r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sdt>
              <w:sdtPr>
                <w:tag w:val="CLAVE_7"/>
                <w:alias w:val="CLAVE_7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A / B / C / D</w:t>
                </w:r>
              </w:sdtContent>
            </w:sdt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sdt>
              <w:sdtPr>
                <w:tag w:val="VALOR_7"/>
                <w:alias w:val="VALOR_7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__</w:t>
                </w:r>
              </w:sdtContent>
            </w:sdt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left"/>
            </w:pPr>
            <w:sdt>
              <w:sdtPr>
                <w:tag w:val="NOTA_7"/>
                <w:alias w:val="NOTA_7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Nota opcional</w:t>
                </w:r>
              </w:sdtContent>
            </w:sdt>
          </w:p>
        </w:tc>
      </w:tr>
      <w:tr>
        <w:trPr>
          <w:cantSplit/>
        </w:trPr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24313D"/>
                <w:sz w:val="18"/>
              </w:rPr>
              <w:t>8</w:t>
            </w:r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sdt>
              <w:sdtPr>
                <w:tag w:val="CLAVE_8"/>
                <w:alias w:val="CLAVE_8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A / B / C / D</w:t>
                </w:r>
              </w:sdtContent>
            </w:sdt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sdt>
              <w:sdtPr>
                <w:tag w:val="VALOR_8"/>
                <w:alias w:val="VALOR_8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__</w:t>
                </w:r>
              </w:sdtContent>
            </w:sdt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left"/>
            </w:pPr>
            <w:sdt>
              <w:sdtPr>
                <w:tag w:val="NOTA_8"/>
                <w:alias w:val="NOTA_8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Nota opcional</w:t>
                </w:r>
              </w:sdtContent>
            </w:sdt>
          </w:p>
        </w:tc>
      </w:tr>
      <w:tr>
        <w:trPr>
          <w:cantSplit/>
        </w:trPr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24313D"/>
                <w:sz w:val="18"/>
              </w:rPr>
              <w:t>9</w:t>
            </w:r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sdt>
              <w:sdtPr>
                <w:tag w:val="CLAVE_9"/>
                <w:alias w:val="CLAVE_9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A / B / C / D</w:t>
                </w:r>
              </w:sdtContent>
            </w:sdt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sdt>
              <w:sdtPr>
                <w:tag w:val="VALOR_9"/>
                <w:alias w:val="VALOR_9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__</w:t>
                </w:r>
              </w:sdtContent>
            </w:sdt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left"/>
            </w:pPr>
            <w:sdt>
              <w:sdtPr>
                <w:tag w:val="NOTA_9"/>
                <w:alias w:val="NOTA_9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Nota opcional</w:t>
                </w:r>
              </w:sdtContent>
            </w:sdt>
          </w:p>
        </w:tc>
      </w:tr>
      <w:tr>
        <w:trPr>
          <w:cantSplit/>
        </w:trPr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24313D"/>
                <w:sz w:val="18"/>
              </w:rPr>
              <w:t>10</w:t>
            </w:r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sdt>
              <w:sdtPr>
                <w:tag w:val="CLAVE_10"/>
                <w:alias w:val="CLAVE_10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A / B / C / D</w:t>
                </w:r>
              </w:sdtContent>
            </w:sdt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center"/>
            </w:pPr>
            <w:sdt>
              <w:sdtPr>
                <w:tag w:val="VALOR_10"/>
                <w:alias w:val="VALOR_10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__</w:t>
                </w:r>
              </w:sdtContent>
            </w:sdt>
          </w:p>
        </w:tc>
        <w:tc>
          <w:tcPr>
            <w:tcW w:type="dxa" w:w="2578"/>
            <w:tcMar>
              <w:top w:w="95" w:type="dxa"/>
              <w:start w:w="90" w:type="dxa"/>
              <w:bottom w:w="95" w:type="dxa"/>
              <w:end w:w="9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  <w:vAlign w:val="center"/>
          </w:tcPr>
          <w:p>
            <w:pPr>
              <w:jc w:val="left"/>
            </w:pPr>
            <w:sdt>
              <w:sdtPr>
                <w:tag w:val="NOTA_10"/>
                <w:alias w:val="NOTA_10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Nota opcional</w:t>
                </w:r>
              </w:sdtContent>
            </w:sdt>
          </w:p>
        </w:tc>
      </w:tr>
    </w:tbl>
    <w:p>
      <w:pPr>
        <w:spacing w:before="200" w:after="100" w:line="240" w:lineRule="auto"/>
      </w:pPr>
      <w:r>
        <w:rPr>
          <w:rFonts w:ascii="Aptos" w:hAnsi="Aptos"/>
          <w:b/>
          <w:color w:val="2C7A7B"/>
          <w:sz w:val="17"/>
        </w:rPr>
        <w:t>RESUMEN DE CORRECCIÓN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71"/>
        <w:gridCol w:w="1871"/>
        <w:gridCol w:w="1871"/>
        <w:gridCol w:w="1871"/>
        <w:gridCol w:w="1871"/>
      </w:tblGrid>
      <w:tr>
        <w:tc>
          <w:tcPr>
            <w:tcW w:type="dxa" w:w="2062"/>
            <w:shd w:fill="EAF1F6" w:val="clear"/>
            <w:tcMar>
              <w:top w:w="90" w:type="dxa"/>
              <w:start w:w="60" w:type="dxa"/>
              <w:bottom w:w="90" w:type="dxa"/>
              <w:end w:w="6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</w:tcPr>
          <w:p>
            <w:pPr>
              <w:jc w:val="center"/>
            </w:pPr>
            <w:r>
              <w:rPr>
                <w:rFonts w:ascii="Aptos" w:hAnsi="Aptos"/>
                <w:b/>
                <w:color w:val="17324D"/>
                <w:sz w:val="16"/>
              </w:rPr>
              <w:t>Aciertos</w:t>
            </w:r>
          </w:p>
        </w:tc>
        <w:tc>
          <w:tcPr>
            <w:tcW w:type="dxa" w:w="2062"/>
            <w:shd w:fill="EAF1F6" w:val="clear"/>
            <w:tcMar>
              <w:top w:w="90" w:type="dxa"/>
              <w:start w:w="60" w:type="dxa"/>
              <w:bottom w:w="90" w:type="dxa"/>
              <w:end w:w="6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</w:tcPr>
          <w:p>
            <w:pPr>
              <w:jc w:val="center"/>
            </w:pPr>
            <w:r>
              <w:rPr>
                <w:rFonts w:ascii="Aptos" w:hAnsi="Aptos"/>
                <w:b/>
                <w:color w:val="17324D"/>
                <w:sz w:val="16"/>
              </w:rPr>
              <w:t>Errores</w:t>
            </w:r>
          </w:p>
        </w:tc>
        <w:tc>
          <w:tcPr>
            <w:tcW w:type="dxa" w:w="2062"/>
            <w:shd w:fill="EAF1F6" w:val="clear"/>
            <w:tcMar>
              <w:top w:w="90" w:type="dxa"/>
              <w:start w:w="60" w:type="dxa"/>
              <w:bottom w:w="90" w:type="dxa"/>
              <w:end w:w="6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</w:tcPr>
          <w:p>
            <w:pPr>
              <w:jc w:val="center"/>
            </w:pPr>
            <w:r>
              <w:rPr>
                <w:rFonts w:ascii="Aptos" w:hAnsi="Aptos"/>
                <w:b/>
                <w:color w:val="17324D"/>
                <w:sz w:val="16"/>
              </w:rPr>
              <w:t>En blanco</w:t>
            </w:r>
          </w:p>
        </w:tc>
        <w:tc>
          <w:tcPr>
            <w:tcW w:type="dxa" w:w="2062"/>
            <w:shd w:fill="EAF1F6" w:val="clear"/>
            <w:tcMar>
              <w:top w:w="90" w:type="dxa"/>
              <w:start w:w="60" w:type="dxa"/>
              <w:bottom w:w="90" w:type="dxa"/>
              <w:end w:w="6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</w:tcPr>
          <w:p>
            <w:pPr>
              <w:jc w:val="center"/>
            </w:pPr>
            <w:r>
              <w:rPr>
                <w:rFonts w:ascii="Aptos" w:hAnsi="Aptos"/>
                <w:b/>
                <w:color w:val="17324D"/>
                <w:sz w:val="16"/>
              </w:rPr>
              <w:t>Puntuación</w:t>
            </w:r>
          </w:p>
        </w:tc>
        <w:tc>
          <w:tcPr>
            <w:tcW w:type="dxa" w:w="2062"/>
            <w:shd w:fill="EAF1F6" w:val="clear"/>
            <w:tcMar>
              <w:top w:w="90" w:type="dxa"/>
              <w:start w:w="60" w:type="dxa"/>
              <w:bottom w:w="90" w:type="dxa"/>
              <w:end w:w="6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</w:tcPr>
          <w:p>
            <w:pPr>
              <w:jc w:val="center"/>
            </w:pPr>
            <w:r>
              <w:rPr>
                <w:rFonts w:ascii="Aptos" w:hAnsi="Aptos"/>
                <w:b/>
                <w:color w:val="17324D"/>
                <w:sz w:val="16"/>
              </w:rPr>
              <w:t>Calificación</w:t>
            </w:r>
          </w:p>
        </w:tc>
      </w:tr>
      <w:tr>
        <w:tc>
          <w:tcPr>
            <w:tcW w:type="dxa" w:w="2062"/>
            <w:shd w:fill="F4F6F8" w:val="clear"/>
            <w:tcMar>
              <w:top w:w="90" w:type="dxa"/>
              <w:start w:w="60" w:type="dxa"/>
              <w:bottom w:w="90" w:type="dxa"/>
              <w:end w:w="6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</w:tcPr>
          <w:p>
            <w:pPr>
              <w:jc w:val="center"/>
            </w:pPr>
            <w:sdt>
              <w:sdtPr>
                <w:tag w:val="ACIERTOS"/>
                <w:alias w:val="ACIERTOS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__</w:t>
                </w:r>
              </w:sdtContent>
            </w:sdt>
          </w:p>
        </w:tc>
        <w:tc>
          <w:tcPr>
            <w:tcW w:type="dxa" w:w="2062"/>
            <w:shd w:fill="F4F6F8" w:val="clear"/>
            <w:tcMar>
              <w:top w:w="90" w:type="dxa"/>
              <w:start w:w="60" w:type="dxa"/>
              <w:bottom w:w="90" w:type="dxa"/>
              <w:end w:w="6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</w:tcPr>
          <w:p>
            <w:pPr>
              <w:jc w:val="center"/>
            </w:pPr>
            <w:sdt>
              <w:sdtPr>
                <w:tag w:val="ERRORES"/>
                <w:alias w:val="ERRORES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__</w:t>
                </w:r>
              </w:sdtContent>
            </w:sdt>
          </w:p>
        </w:tc>
        <w:tc>
          <w:tcPr>
            <w:tcW w:type="dxa" w:w="2062"/>
            <w:shd w:fill="F4F6F8" w:val="clear"/>
            <w:tcMar>
              <w:top w:w="90" w:type="dxa"/>
              <w:start w:w="60" w:type="dxa"/>
              <w:bottom w:w="90" w:type="dxa"/>
              <w:end w:w="6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</w:tcPr>
          <w:p>
            <w:pPr>
              <w:jc w:val="center"/>
            </w:pPr>
            <w:sdt>
              <w:sdtPr>
                <w:tag w:val="BLANCO"/>
                <w:alias w:val="BLANCO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__</w:t>
                </w:r>
              </w:sdtContent>
            </w:sdt>
          </w:p>
        </w:tc>
        <w:tc>
          <w:tcPr>
            <w:tcW w:type="dxa" w:w="2062"/>
            <w:shd w:fill="F4F6F8" w:val="clear"/>
            <w:tcMar>
              <w:top w:w="90" w:type="dxa"/>
              <w:start w:w="60" w:type="dxa"/>
              <w:bottom w:w="90" w:type="dxa"/>
              <w:end w:w="6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</w:tcPr>
          <w:p>
            <w:pPr>
              <w:jc w:val="center"/>
            </w:pPr>
            <w:sdt>
              <w:sdtPr>
                <w:tag w:val="PUNTUACION_FINAL"/>
                <w:alias w:val="PUNTUACION_FINAL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__</w:t>
                </w:r>
              </w:sdtContent>
            </w:sdt>
          </w:p>
        </w:tc>
        <w:tc>
          <w:tcPr>
            <w:tcW w:type="dxa" w:w="2062"/>
            <w:shd w:fill="F4F6F8" w:val="clear"/>
            <w:tcMar>
              <w:top w:w="90" w:type="dxa"/>
              <w:start w:w="60" w:type="dxa"/>
              <w:bottom w:w="90" w:type="dxa"/>
              <w:end w:w="60" w:type="dxa"/>
            </w:tcMar>
            <w:tcBorders>
              <w:top w:val="single" w:sz="6" w:color="D4DEE7"/>
              <w:left w:val="single" w:sz="6" w:color="D4DEE7"/>
              <w:bottom w:val="single" w:sz="6" w:color="D4DEE7"/>
              <w:right w:val="single" w:sz="6" w:color="D4DEE7"/>
            </w:tcBorders>
          </w:tcPr>
          <w:p>
            <w:pPr>
              <w:jc w:val="center"/>
            </w:pPr>
            <w:sdt>
              <w:sdtPr>
                <w:tag w:val="CALIFICACION"/>
                <w:alias w:val="CALIFICACION"/>
                <w:text/>
              </w:sdtPr>
              <w:sdtContent>
                <w:r>
                  <w:rPr>
                    <w:rFonts w:ascii="Aptos" w:hAnsi="Aptos"/>
                    <w:b w:val="0"/>
                    <w:color w:val="24313D"/>
                    <w:sz w:val="18"/>
                  </w:rPr>
                  <w:t>__</w:t>
                </w:r>
              </w:sdtContent>
            </w:sdt>
          </w:p>
        </w:tc>
      </w:tr>
    </w:tbl>
    <w:p>
      <w:pPr>
        <w:spacing w:before="200" w:after="40" w:line="240" w:lineRule="auto"/>
      </w:pPr>
      <w:r>
        <w:rPr>
          <w:rFonts w:ascii="Aptos" w:hAnsi="Aptos"/>
          <w:b/>
          <w:color w:val="17324D"/>
          <w:sz w:val="18"/>
        </w:rPr>
        <w:t>Criterio de puntuación</w:t>
      </w:r>
    </w:p>
    <w:p>
      <w:pPr>
        <w:spacing w:before="0" w:after="0" w:line="264" w:lineRule="auto"/>
      </w:pPr>
      <w:r>
        <w:rPr>
          <w:rFonts w:ascii="Aptos" w:hAnsi="Aptos"/>
          <w:b/>
          <w:color w:val="24313D"/>
          <w:sz w:val="18"/>
        </w:rPr>
        <w:t xml:space="preserve">Acierto: </w:t>
      </w:r>
      <w:sdt>
        <w:sdtPr>
          <w:tag w:val="PUNTOS_ACIERTO"/>
          <w:alias w:val="PUNTOS_ACIERTO"/>
          <w:text/>
        </w:sdtPr>
        <w:sdtContent>
          <w:r>
            <w:rPr>
              <w:rFonts w:ascii="Aptos" w:hAnsi="Aptos"/>
              <w:b w:val="0"/>
              <w:color w:val="24313D"/>
              <w:sz w:val="18"/>
            </w:rPr>
            <w:t>+__</w:t>
          </w:r>
        </w:sdtContent>
      </w:sdt>
      <w:r>
        <w:rPr>
          <w:rFonts w:ascii="Aptos" w:hAnsi="Aptos"/>
          <w:b/>
          <w:color w:val="24313D"/>
          <w:sz w:val="18"/>
        </w:rPr>
        <w:t xml:space="preserve">   ·   Error: </w:t>
      </w:r>
      <w:sdt>
        <w:sdtPr>
          <w:tag w:val="PUNTOS_ERROR"/>
          <w:alias w:val="PUNTOS_ERROR"/>
          <w:text/>
        </w:sdtPr>
        <w:sdtContent>
          <w:r>
            <w:rPr>
              <w:rFonts w:ascii="Aptos" w:hAnsi="Aptos"/>
              <w:b w:val="0"/>
              <w:color w:val="24313D"/>
              <w:sz w:val="18"/>
            </w:rPr>
            <w:t>−__</w:t>
          </w:r>
        </w:sdtContent>
      </w:sdt>
      <w:r>
        <w:rPr>
          <w:rFonts w:ascii="Aptos" w:hAnsi="Aptos"/>
          <w:b/>
          <w:color w:val="24313D"/>
          <w:sz w:val="18"/>
        </w:rPr>
        <w:t xml:space="preserve">   ·   En blanco: </w:t>
      </w:r>
      <w:sdt>
        <w:sdtPr>
          <w:tag w:val="PUNTOS_BLANCO"/>
          <w:alias w:val="PUNTOS_BLANCO"/>
          <w:text/>
        </w:sdtPr>
        <w:sdtContent>
          <w:r>
            <w:rPr>
              <w:rFonts w:ascii="Aptos" w:hAnsi="Aptos"/>
              <w:b w:val="0"/>
              <w:color w:val="24313D"/>
              <w:sz w:val="18"/>
            </w:rPr>
            <w:t>0</w:t>
          </w:r>
        </w:sdtContent>
      </w:sdt>
    </w:p>
    <w:sectPr w:rsidR="00FC693F" w:rsidRPr="0006063C" w:rsidSect="00034616">
      <w:headerReference w:type="default" r:id="rId9"/>
      <w:footerReference w:type="default" r:id="rId10"/>
      <w:pgSz w:w="12240" w:h="15840"/>
      <w:pgMar w:top="822" w:right="964" w:bottom="794" w:left="964" w:header="397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ook w:firstColumn="1" w:firstRow="1" w:lastColumn="0" w:lastRow="0" w:noHBand="0" w:noVBand="1" w:val="04A0"/>
    </w:tblPr>
    <w:tblGrid>
      <w:gridCol w:w="7087"/>
      <w:gridCol w:w="2891"/>
    </w:tblGrid>
    <w:tr>
      <w:tc>
        <w:tcPr>
          <w:tcW w:type="dxa" w:w="4989"/>
        </w:tcPr>
        <w:p>
          <w:r>
            <w:rPr>
              <w:rFonts w:ascii="Aptos" w:hAnsi="Aptos"/>
              <w:b w:val="0"/>
              <w:color w:val="657381"/>
              <w:sz w:val="15"/>
            </w:rPr>
            <w:t>Plantilla de test de respuesta múltiple</w:t>
          </w:r>
        </w:p>
      </w:tc>
      <w:tc>
        <w:tcPr>
          <w:tcW w:type="dxa" w:w="4989"/>
        </w:tcPr>
        <w:p>
          <w:pPr>
            <w:jc w:val="right"/>
          </w:pPr>
          <w:r>
            <w:rPr>
              <w:rFonts w:ascii="Aptos" w:hAnsi="Aptos"/>
              <w:b w:val="0"/>
              <w:color w:val="657381"/>
              <w:sz w:val="15"/>
            </w:rPr>
            <w:t xml:space="preserve">Página </w:t>
          </w:r>
          <w:r>
            <w:fldChar w:fldCharType="begin"/>
            <w:instrText xml:space="preserve"> PAGE </w:instrText>
            <w:fldChar w:fldCharType="end"/>
          </w:r>
          <w:r>
            <w:rPr>
              <w:rFonts w:ascii="Aptos" w:hAnsi="Aptos"/>
              <w:b w:val="0"/>
              <w:color w:val="657381"/>
              <w:sz w:val="15"/>
            </w:rPr>
            <w:t xml:space="preserve"> de </w:t>
          </w:r>
          <w:r>
            <w:fldChar w:fldCharType="begin"/>
            <w:instrText xml:space="preserve"> NUMPAGES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7087"/>
      <w:gridCol w:w="2891"/>
    </w:tblGrid>
    <w:tr>
      <w:tc>
        <w:tcPr>
          <w:tcW w:type="dxa" w:w="4989"/>
          <w:tcBorders>
            <w:bottom w:val="single" w:sz="8" w:color="D4DEE7"/>
          </w:tcBorders>
          <w:tcMar>
            <w:top w:w="0" w:type="dxa"/>
            <w:start w:w="0" w:type="dxa"/>
            <w:bottom w:w="60" w:type="dxa"/>
            <w:end w:w="0" w:type="dxa"/>
          </w:tcMar>
        </w:tcPr>
        <w:p>
          <w:r>
            <w:rPr>
              <w:rFonts w:ascii="Aptos" w:hAnsi="Aptos"/>
              <w:b/>
              <w:color w:val="2C7A7B"/>
              <w:sz w:val="14"/>
            </w:rPr>
            <w:t>PLANTILLA EDITABLE</w:t>
          </w:r>
        </w:p>
      </w:tc>
      <w:tc>
        <w:tcPr>
          <w:tcW w:type="dxa" w:w="4989"/>
          <w:tcBorders>
            <w:bottom w:val="single" w:sz="8" w:color="D4DEE7"/>
          </w:tcBorders>
          <w:tcMar>
            <w:top w:w="0" w:type="dxa"/>
            <w:start w:w="0" w:type="dxa"/>
            <w:bottom w:w="60" w:type="dxa"/>
            <w:end w:w="0" w:type="dxa"/>
          </w:tcMar>
        </w:tcPr>
        <w:p>
          <w:pPr>
            <w:jc w:val="right"/>
          </w:pPr>
          <w:r>
            <w:rPr>
              <w:rFonts w:ascii="Aptos" w:hAnsi="Aptos"/>
              <w:b/>
              <w:color w:val="657381"/>
              <w:sz w:val="14"/>
            </w:rPr>
            <w:t>TEST · 4 RESPUESTAS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4313D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Muted">
    <w:name w:val="SmallMuted"/>
    <w:rPr>
      <w:rFonts w:ascii="Aptos" w:hAnsi="Aptos"/>
      <w:color w:val="657381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test 4 respuestas Word</dc:title>
  <dc:subject>Plantilla editable para test de respuesta múltiple con cuatro opciones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