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1F4E79"/>
          <w:left w:val="single" w:sz="8" w:space="0" w:color="1F4E79"/>
          <w:bottom w:val="single" w:sz="8" w:space="0" w:color="1F4E79"/>
          <w:right w:val="single" w:sz="8" w:space="0" w:color="1F4E79"/>
        </w:tblBorders>
      </w:tblPr>
      <w:tblGrid>
        <w:gridCol w:w="7200"/>
        <w:gridCol w:w="2551"/>
      </w:tblGrid>
      <w:tr>
        <w:tc>
          <w:tcPr>
            <w:tcW w:type="dxa" w:w="5156"/>
            <w:tcMar>
              <w:top w:w="175" w:type="dxa"/>
              <w:start w:w="190" w:type="dxa"/>
              <w:bottom w:w="175" w:type="dxa"/>
              <w:end w:w="190" w:type="dxa"/>
            </w:tcMar>
            <w:shd w:fill="1F4E79"/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color w:val="FFFFFF"/>
                <w:sz w:val="35"/>
              </w:rPr>
              <w:t>TEST · 100 PREGUNTAS · 4 OPCIONES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color w:val="E6EFF7"/>
                <w:sz w:val="21"/>
              </w:rPr>
              <w:t>[Título o tema de la prueba]</w:t>
            </w:r>
          </w:p>
        </w:tc>
        <w:tc>
          <w:tcPr>
            <w:tcW w:type="dxa" w:w="5156"/>
            <w:tcMar>
              <w:top w:w="175" w:type="dxa"/>
              <w:start w:w="190" w:type="dxa"/>
              <w:bottom w:w="175" w:type="dxa"/>
              <w:end w:w="190" w:type="dxa"/>
            </w:tcMar>
            <w:shd w:fill="EAF1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425566"/>
                <w:sz w:val="16"/>
              </w:rPr>
              <w:t>PUNTUACIÓN</w:t>
              <w:br/>
              <w:t>MÁXIMA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36"/>
              </w:rPr>
              <w:t>[  /  ]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4706"/>
        <w:gridCol w:w="2494"/>
        <w:gridCol w:w="2551"/>
      </w:tblGrid>
      <w:tr>
        <w:tc>
          <w:tcPr>
            <w:tcW w:type="dxa" w:w="3437"/>
            <w:tcMar>
              <w:top w:w="95" w:type="dxa"/>
              <w:start w:w="125" w:type="dxa"/>
              <w:bottom w:w="95" w:type="dxa"/>
              <w:end w:w="12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4C5966"/>
                <w:sz w:val="16"/>
              </w:rPr>
              <w:t>NOMBRE Y APELLIDOS</w:t>
              <w:br/>
            </w:r>
            <w:r>
              <w:rPr>
                <w:rFonts w:ascii="Arial" w:hAnsi="Arial"/>
                <w:color w:val="1B2631"/>
                <w:sz w:val="20"/>
              </w:rPr>
              <w:t>[Escriba aquí]</w:t>
            </w:r>
          </w:p>
        </w:tc>
        <w:tc>
          <w:tcPr>
            <w:tcW w:type="dxa" w:w="3437"/>
            <w:tcMar>
              <w:top w:w="95" w:type="dxa"/>
              <w:start w:w="125" w:type="dxa"/>
              <w:bottom w:w="95" w:type="dxa"/>
              <w:end w:w="12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4C5966"/>
                <w:sz w:val="16"/>
              </w:rPr>
              <w:t>GRUPO / CLASE</w:t>
              <w:br/>
            </w:r>
            <w:r>
              <w:rPr>
                <w:rFonts w:ascii="Arial" w:hAnsi="Arial"/>
                <w:color w:val="1B2631"/>
                <w:sz w:val="20"/>
              </w:rPr>
              <w:t>[Escriba aquí]</w:t>
            </w:r>
          </w:p>
        </w:tc>
        <w:tc>
          <w:tcPr>
            <w:tcW w:type="dxa" w:w="3437"/>
            <w:tcMar>
              <w:top w:w="95" w:type="dxa"/>
              <w:start w:w="125" w:type="dxa"/>
              <w:bottom w:w="95" w:type="dxa"/>
              <w:end w:w="12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4C5966"/>
                <w:sz w:val="16"/>
              </w:rPr>
              <w:t>FECHA</w:t>
              <w:br/>
            </w:r>
            <w:r>
              <w:rPr>
                <w:rFonts w:ascii="Arial" w:hAnsi="Arial"/>
                <w:color w:val="1B2631"/>
                <w:sz w:val="20"/>
              </w:rPr>
              <w:t>[dd/mm/aaaa]</w:t>
            </w:r>
          </w:p>
        </w:tc>
      </w:tr>
      <w:tr>
        <w:tc>
          <w:tcPr>
            <w:tcW w:type="dxa" w:w="3437"/>
            <w:tcMar>
              <w:top w:w="95" w:type="dxa"/>
              <w:start w:w="125" w:type="dxa"/>
              <w:bottom w:w="95" w:type="dxa"/>
              <w:end w:w="12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4C5966"/>
                <w:sz w:val="16"/>
              </w:rPr>
              <w:t>ASIGNATURA / ÁREA</w:t>
              <w:br/>
            </w:r>
            <w:r>
              <w:rPr>
                <w:rFonts w:ascii="Arial" w:hAnsi="Arial"/>
                <w:color w:val="1B2631"/>
                <w:sz w:val="20"/>
              </w:rPr>
              <w:t>[Escriba aquí]</w:t>
            </w:r>
          </w:p>
        </w:tc>
        <w:tc>
          <w:tcPr>
            <w:tcW w:type="dxa" w:w="3437"/>
            <w:tcMar>
              <w:top w:w="95" w:type="dxa"/>
              <w:start w:w="125" w:type="dxa"/>
              <w:bottom w:w="95" w:type="dxa"/>
              <w:end w:w="12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4C5966"/>
                <w:sz w:val="16"/>
              </w:rPr>
              <w:t>DURACIÓN</w:t>
              <w:br/>
            </w:r>
            <w:r>
              <w:rPr>
                <w:rFonts w:ascii="Arial" w:hAnsi="Arial"/>
                <w:color w:val="1B2631"/>
                <w:sz w:val="20"/>
              </w:rPr>
              <w:t>[     ] min</w:t>
            </w:r>
          </w:p>
        </w:tc>
        <w:tc>
          <w:tcPr>
            <w:tcW w:type="dxa" w:w="3437"/>
            <w:tcMar>
              <w:top w:w="95" w:type="dxa"/>
              <w:start w:w="125" w:type="dxa"/>
              <w:bottom w:w="95" w:type="dxa"/>
              <w:end w:w="12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4C5966"/>
                <w:sz w:val="16"/>
              </w:rPr>
              <w:t>DOCENTE / RESPONSABLE</w:t>
              <w:br/>
            </w:r>
            <w:r>
              <w:rPr>
                <w:rFonts w:ascii="Arial" w:hAnsi="Arial"/>
                <w:color w:val="1B2631"/>
                <w:sz w:val="20"/>
              </w:rPr>
              <w:t>[Opcional]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AFC3D4"/>
          <w:left w:val="single" w:sz="6" w:space="0" w:color="AFC3D4"/>
          <w:bottom w:val="single" w:sz="6" w:space="0" w:color="AFC3D4"/>
          <w:right w:val="single" w:sz="6" w:space="0" w:color="AFC3D4"/>
        </w:tblBorders>
      </w:tblPr>
      <w:tblGrid>
        <w:gridCol w:w="10312"/>
      </w:tblGrid>
      <w:tr>
        <w:tc>
          <w:tcPr>
            <w:tcW w:type="dxa" w:w="10312"/>
            <w:shd w:fill="F6F9FB"/>
            <w:tcMar>
              <w:top w:w="120" w:type="dxa"/>
              <w:start w:w="160" w:type="dxa"/>
              <w:bottom w:w="115" w:type="dxa"/>
              <w:end w:w="160" w:type="dxa"/>
            </w:tcMar>
          </w:tcPr>
          <w:p>
            <w:pPr>
              <w:spacing w:before="0" w:after="80" w:line="240" w:lineRule="auto"/>
            </w:pPr>
            <w:r>
              <w:rPr>
                <w:rFonts w:ascii="Arial" w:hAnsi="Arial"/>
                <w:b/>
                <w:color w:val="1F4E79"/>
                <w:sz w:val="16"/>
              </w:rPr>
              <w:t>INSTRUCCIONES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color w:val="303C46"/>
                <w:sz w:val="18"/>
              </w:rPr>
              <w:t xml:space="preserve">Seleccione una única respuesta (A, B, C o D) en cada pregunta. </w:t>
            </w:r>
            <w:r>
              <w:rPr>
                <w:rFonts w:ascii="Arial" w:hAnsi="Arial"/>
                <w:color w:val="5A6570"/>
                <w:sz w:val="18"/>
              </w:rPr>
              <w:t>[Añada aquí criterios de puntuación, penalizaciones, material permitido o cualquier indicación específica.]</w:t>
            </w:r>
          </w:p>
        </w:tc>
      </w:tr>
    </w:tbl>
    <w:p>
      <w:pPr>
        <w:spacing w:before="40" w:after="80" w:line="240" w:lineRule="auto"/>
      </w:pPr>
      <w:r>
        <w:rPr>
          <w:rFonts w:ascii="Arial" w:hAnsi="Arial"/>
          <w:color w:val="5B6975"/>
          <w:sz w:val="16"/>
        </w:rPr>
        <w:t>Edición rápida: sustituya los textos entre corchetes. La plantilla incluye 100 preguntas, hoja de respuestas y clave de corrección.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01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02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03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04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05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06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07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08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09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10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11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12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13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14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15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16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17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18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19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20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21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22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23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24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25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26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27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28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29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30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31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32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33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34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35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36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37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38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39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40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41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42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43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44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45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46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47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48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49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50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51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52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53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54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55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56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57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58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59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60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61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62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63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64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65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66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67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68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69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70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71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72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73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74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75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76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77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78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79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80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81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82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83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84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85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86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87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88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89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90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91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92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93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94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95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96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97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98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99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100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9D5DF"/>
          <w:left w:val="single" w:sz="6" w:space="0" w:color="C9D5DF"/>
          <w:bottom w:val="single" w:sz="6" w:space="0" w:color="C9D5DF"/>
          <w:right w:val="single" w:sz="6" w:space="0" w:color="C9D5DF"/>
        </w:tblBorders>
      </w:tblPr>
      <w:tblGrid>
        <w:gridCol w:w="10312"/>
      </w:tblGrid>
      <w:tr>
        <w:tc>
          <w:tcPr>
            <w:tcW w:type="dxa" w:w="10312"/>
            <w:shd w:fill="FAFBFC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80" w:line="240" w:lineRule="auto"/>
            </w:pPr>
            <w:r>
              <w:rPr>
                <w:rFonts w:ascii="Arial" w:hAnsi="Arial"/>
                <w:b/>
                <w:color w:val="1F4E79"/>
                <w:sz w:val="16"/>
              </w:rPr>
              <w:t>ESPACIO DE TRABAJO / OBSERVACIONES (OPCIONAL)</w:t>
            </w:r>
          </w:p>
          <w:p>
            <w:pPr>
              <w:spacing w:before="0" w:after="100" w:line="240" w:lineRule="auto"/>
            </w:pPr>
            <w:r>
              <w:rPr>
                <w:rFonts w:ascii="Arial" w:hAnsi="Arial"/>
                <w:color w:val="B4BEC7"/>
                <w:sz w:val="16"/>
              </w:rPr>
              <w:t>________________________________________________________________________________</w:t>
            </w:r>
          </w:p>
          <w:p>
            <w:pPr>
              <w:spacing w:before="0" w:after="100" w:line="240" w:lineRule="auto"/>
            </w:pPr>
            <w:r>
              <w:rPr>
                <w:rFonts w:ascii="Arial" w:hAnsi="Arial"/>
                <w:color w:val="B4BEC7"/>
                <w:sz w:val="16"/>
              </w:rPr>
              <w:t>________________________________________________________________________________</w:t>
            </w:r>
          </w:p>
          <w:p>
            <w:pPr>
              <w:spacing w:before="0" w:after="100" w:line="240" w:lineRule="auto"/>
            </w:pPr>
            <w:r>
              <w:rPr>
                <w:rFonts w:ascii="Arial" w:hAnsi="Arial"/>
                <w:color w:val="B4BEC7"/>
                <w:sz w:val="16"/>
              </w:rPr>
              <w:t>________________________________________________________________________________</w:t>
            </w:r>
          </w:p>
          <w:p>
            <w:pPr>
              <w:spacing w:before="0" w:after="100" w:line="240" w:lineRule="auto"/>
            </w:pPr>
            <w:r>
              <w:rPr>
                <w:rFonts w:ascii="Arial" w:hAnsi="Arial"/>
                <w:color w:val="B4BEC7"/>
                <w:sz w:val="16"/>
              </w:rPr>
              <w:t>________________________________________________________________________________</w:t>
            </w:r>
          </w:p>
          <w:p>
            <w:pPr>
              <w:spacing w:before="0" w:after="100" w:line="240" w:lineRule="auto"/>
            </w:pPr>
            <w:r>
              <w:rPr>
                <w:rFonts w:ascii="Arial" w:hAnsi="Arial"/>
                <w:color w:val="B4BEC7"/>
                <w:sz w:val="16"/>
              </w:rPr>
              <w:t>________________________________________________________________________________</w:t>
            </w:r>
          </w:p>
          <w:p>
            <w:pPr>
              <w:spacing w:before="0" w:after="100" w:line="240" w:lineRule="auto"/>
            </w:pPr>
            <w:r>
              <w:rPr>
                <w:rFonts w:ascii="Arial" w:hAnsi="Arial"/>
                <w:color w:val="B4BEC7"/>
                <w:sz w:val="16"/>
              </w:rPr>
              <w:t>________________________________________________________________________________</w:t>
            </w:r>
          </w:p>
        </w:tc>
      </w:tr>
    </w:tbl>
    <w:p>
      <w:r>
        <w:br w:type="page"/>
      </w:r>
    </w:p>
    <w:p>
      <w:pPr>
        <w:pStyle w:val="Heading1"/>
        <w:spacing w:before="0" w:after="100" w:line="240" w:lineRule="auto"/>
        <w:jc w:val="left"/>
      </w:pPr>
      <w:r>
        <w:rPr>
          <w:rFonts w:ascii="Arial" w:hAnsi="Arial"/>
          <w:b/>
          <w:color w:val="1F4E79"/>
          <w:sz w:val="36"/>
        </w:rPr>
        <w:t>Hoja de respuestas</w:t>
      </w:r>
    </w:p>
    <w:p>
      <w:pPr>
        <w:spacing w:before="0" w:after="180" w:line="240" w:lineRule="auto"/>
      </w:pPr>
      <w:r>
        <w:rPr>
          <w:rFonts w:ascii="Arial" w:hAnsi="Arial"/>
          <w:color w:val="434E58"/>
          <w:sz w:val="19"/>
        </w:rPr>
        <w:t>Marque una sola opción por pregunta. Esta hoja puede entregarse de forma independiente.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4649"/>
        <w:gridCol w:w="2494"/>
        <w:gridCol w:w="2494"/>
      </w:tblGrid>
      <w:tr>
        <w:tc>
          <w:tcPr>
            <w:tcW w:type="dxa" w:w="3437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4C5966"/>
                <w:sz w:val="16"/>
              </w:rPr>
              <w:t>NOMBRE Y APELLIDOS</w:t>
              <w:br/>
            </w:r>
            <w:r>
              <w:rPr>
                <w:rFonts w:ascii="Arial" w:hAnsi="Arial"/>
                <w:color w:val="1B2631"/>
                <w:sz w:val="20"/>
              </w:rPr>
              <w:t>[Escriba aquí]</w:t>
            </w:r>
          </w:p>
        </w:tc>
        <w:tc>
          <w:tcPr>
            <w:tcW w:type="dxa" w:w="3437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4C5966"/>
                <w:sz w:val="16"/>
              </w:rPr>
              <w:t>GRUPO / CLASE</w:t>
              <w:br/>
            </w:r>
            <w:r>
              <w:rPr>
                <w:rFonts w:ascii="Arial" w:hAnsi="Arial"/>
                <w:color w:val="1B2631"/>
                <w:sz w:val="20"/>
              </w:rPr>
              <w:t>[Escriba aquí]</w:t>
            </w:r>
          </w:p>
        </w:tc>
        <w:tc>
          <w:tcPr>
            <w:tcW w:type="dxa" w:w="3437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4C5966"/>
                <w:sz w:val="16"/>
              </w:rPr>
              <w:t>FECHA</w:t>
              <w:br/>
            </w:r>
            <w:r>
              <w:rPr>
                <w:rFonts w:ascii="Arial" w:hAnsi="Arial"/>
                <w:color w:val="1B2631"/>
                <w:sz w:val="20"/>
              </w:rPr>
              <w:t>[Escriba aquí]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8D2DC"/>
          <w:left w:val="single" w:sz="6" w:space="0" w:color="C8D2DC"/>
          <w:bottom w:val="single" w:sz="6" w:space="0" w:color="C8D2DC"/>
          <w:right w:val="single" w:sz="6" w:space="0" w:color="C8D2DC"/>
          <w:insideH w:val="single" w:sz="6" w:space="0" w:color="C8D2DC"/>
          <w:insideV w:val="single" w:sz="6" w:space="0" w:color="C8D2DC"/>
        </w:tblBorders>
      </w:tblPr>
      <w:tblGrid>
        <w:gridCol w:w="1031"/>
        <w:gridCol w:w="1031"/>
        <w:gridCol w:w="1031"/>
        <w:gridCol w:w="1031"/>
        <w:gridCol w:w="1031"/>
        <w:gridCol w:w="1031"/>
        <w:gridCol w:w="1031"/>
        <w:gridCol w:w="1031"/>
        <w:gridCol w:w="1031"/>
        <w:gridCol w:w="1031"/>
      </w:tblGrid>
      <w:tr>
        <w:trPr>
          <w:tblHeader w:val="true"/>
        </w:trPr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Nº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B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C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Nº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B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C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26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2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27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3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28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4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29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5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30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6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31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7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32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8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33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9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34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10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35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11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36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12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37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13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38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14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39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15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40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16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41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17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42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18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43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19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44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20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45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21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46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22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47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23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48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24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49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25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50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</w:tbl>
    <w:p>
      <w:r>
        <w:br w:type="page"/>
      </w:r>
    </w:p>
    <w:p>
      <w:pPr>
        <w:pStyle w:val="Heading1"/>
        <w:spacing w:before="0" w:after="100" w:line="240" w:lineRule="auto"/>
        <w:jc w:val="left"/>
      </w:pPr>
      <w:r>
        <w:rPr>
          <w:rFonts w:ascii="Arial" w:hAnsi="Arial"/>
          <w:b/>
          <w:color w:val="1F4E79"/>
          <w:sz w:val="36"/>
        </w:rPr>
        <w:t>Hoja de respuestas · 51–100</w:t>
      </w:r>
    </w:p>
    <w:p>
      <w:pPr>
        <w:spacing w:before="0" w:after="180" w:line="240" w:lineRule="auto"/>
      </w:pPr>
      <w:r>
        <w:rPr>
          <w:rFonts w:ascii="Arial" w:hAnsi="Arial"/>
          <w:color w:val="434E58"/>
          <w:sz w:val="19"/>
        </w:rPr>
        <w:t>Marque una sola opción por pregunta. Esta hoja puede entregarse de forma independiente.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8D2DC"/>
          <w:left w:val="single" w:sz="6" w:space="0" w:color="C8D2DC"/>
          <w:bottom w:val="single" w:sz="6" w:space="0" w:color="C8D2DC"/>
          <w:right w:val="single" w:sz="6" w:space="0" w:color="C8D2DC"/>
          <w:insideH w:val="single" w:sz="6" w:space="0" w:color="C8D2DC"/>
          <w:insideV w:val="single" w:sz="6" w:space="0" w:color="C8D2DC"/>
        </w:tblBorders>
      </w:tblPr>
      <w:tblGrid>
        <w:gridCol w:w="1031"/>
        <w:gridCol w:w="1031"/>
        <w:gridCol w:w="1031"/>
        <w:gridCol w:w="1031"/>
        <w:gridCol w:w="1031"/>
        <w:gridCol w:w="1031"/>
        <w:gridCol w:w="1031"/>
        <w:gridCol w:w="1031"/>
        <w:gridCol w:w="1031"/>
        <w:gridCol w:w="1031"/>
      </w:tblGrid>
      <w:tr>
        <w:trPr>
          <w:tblHeader w:val="true"/>
        </w:trPr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Nº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B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C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Nº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B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C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51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76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52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77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53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78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54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79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55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80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56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81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57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82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58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83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59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84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60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85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61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86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62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87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63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88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64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89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65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90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66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91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67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92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68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93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69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94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70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95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71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96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72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97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73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98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74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99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75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100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</w:tbl>
    <w:p>
      <w:r>
        <w:br w:type="page"/>
      </w:r>
    </w:p>
    <w:p>
      <w:pPr>
        <w:pStyle w:val="Heading1"/>
        <w:spacing w:before="0" w:after="100" w:line="240" w:lineRule="auto"/>
      </w:pPr>
      <w:r>
        <w:rPr>
          <w:rFonts w:ascii="Arial" w:hAnsi="Arial"/>
          <w:b/>
          <w:color w:val="1F4E79"/>
          <w:sz w:val="36"/>
        </w:rPr>
        <w:t>Clave de corrección · uso docente</w:t>
      </w:r>
    </w:p>
    <w:p>
      <w:pPr>
        <w:spacing w:before="0" w:after="160" w:line="240" w:lineRule="auto"/>
      </w:pPr>
      <w:r>
        <w:rPr>
          <w:rFonts w:ascii="Arial" w:hAnsi="Arial"/>
          <w:color w:val="434E58"/>
          <w:sz w:val="19"/>
        </w:rPr>
        <w:t>Complete la respuesta correcta y, si lo desea, asigne una puntuación distinta a cada pregunta. Elimine esta página antes de distribuir el examen.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AD4DD"/>
          <w:left w:val="single" w:sz="6" w:space="0" w:color="CAD4DD"/>
          <w:bottom w:val="single" w:sz="6" w:space="0" w:color="CAD4DD"/>
          <w:right w:val="single" w:sz="6" w:space="0" w:color="CAD4DD"/>
          <w:insideH w:val="single" w:sz="6" w:space="0" w:color="CAD4DD"/>
          <w:insideV w:val="single" w:sz="6" w:space="0" w:color="CAD4DD"/>
        </w:tblBorders>
      </w:tblPr>
      <w:tblGrid>
        <w:gridCol w:w="1289"/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 w:val="true"/>
        </w:trPr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Pregunta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Correcta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Puntos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Observación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Pregunta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Correcta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Puntos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Observación</w:t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26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2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27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3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28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4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29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5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30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6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31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7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32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8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33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9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34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10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35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11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36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12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37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13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38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14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39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15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40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16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41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17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42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18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43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19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44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20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45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21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46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22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47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23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48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24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49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25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50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</w:tbl>
    <w:p/>
    <w:p>
      <w:r>
        <w:br w:type="page"/>
      </w:r>
    </w:p>
    <w:p>
      <w:pPr>
        <w:pStyle w:val="Heading1"/>
        <w:spacing w:before="0" w:after="100" w:line="240" w:lineRule="auto"/>
      </w:pPr>
      <w:r>
        <w:rPr>
          <w:rFonts w:ascii="Arial" w:hAnsi="Arial"/>
          <w:b/>
          <w:color w:val="1F4E79"/>
          <w:sz w:val="36"/>
        </w:rPr>
        <w:t>Clave de corrección · preguntas 51–100</w:t>
      </w:r>
    </w:p>
    <w:p>
      <w:pPr>
        <w:spacing w:before="0" w:after="160" w:line="240" w:lineRule="auto"/>
      </w:pPr>
      <w:r>
        <w:rPr>
          <w:rFonts w:ascii="Arial" w:hAnsi="Arial"/>
          <w:color w:val="434E58"/>
          <w:sz w:val="19"/>
        </w:rPr>
        <w:t>Complete la respuesta correcta y, si lo desea, asigne una puntuación distinta a cada pregunta.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AD4DD"/>
          <w:left w:val="single" w:sz="6" w:space="0" w:color="CAD4DD"/>
          <w:bottom w:val="single" w:sz="6" w:space="0" w:color="CAD4DD"/>
          <w:right w:val="single" w:sz="6" w:space="0" w:color="CAD4DD"/>
          <w:insideH w:val="single" w:sz="6" w:space="0" w:color="CAD4DD"/>
          <w:insideV w:val="single" w:sz="6" w:space="0" w:color="CAD4DD"/>
        </w:tblBorders>
      </w:tblPr>
      <w:tblGrid>
        <w:gridCol w:w="1289"/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 w:val="true"/>
        </w:trPr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Pregunta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Correcta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Puntos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Observación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Pregunta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Correcta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Puntos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Observación</w:t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51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76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52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77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53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78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54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79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55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80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56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81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57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82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58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83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59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84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60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85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61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86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62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87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63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88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64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89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65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90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66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91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67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92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68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93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69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94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70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95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71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96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72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97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73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98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74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99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75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100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shd w:fill="EDF3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3A4A58"/>
                <w:sz w:val="16"/>
              </w:rPr>
              <w:t>PUNTUACIÓN MÁXIMA</w:t>
            </w:r>
          </w:p>
        </w:tc>
        <w:tc>
          <w:tcPr>
            <w:tcW w:type="dxa" w:w="2578"/>
            <w:shd w:fill="EDF3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3A4A58"/>
                <w:sz w:val="16"/>
              </w:rPr>
              <w:t>ACIERTOS</w:t>
            </w:r>
          </w:p>
        </w:tc>
        <w:tc>
          <w:tcPr>
            <w:tcW w:type="dxa" w:w="2578"/>
            <w:shd w:fill="EDF3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3A4A58"/>
                <w:sz w:val="16"/>
              </w:rPr>
              <w:t>ERRORES / EN BLANCO</w:t>
            </w:r>
          </w:p>
        </w:tc>
        <w:tc>
          <w:tcPr>
            <w:tcW w:type="dxa" w:w="2578"/>
            <w:shd w:fill="EDF3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3A4A58"/>
                <w:sz w:val="16"/>
              </w:rPr>
              <w:t>NOTA FINAL</w:t>
            </w:r>
          </w:p>
        </w:tc>
      </w:tr>
      <w:tr>
        <w:tc>
          <w:tcPr>
            <w:tcW w:type="dxa" w:w="2578"/>
            <w:tcMar>
              <w:top w:w="100" w:type="dxa"/>
              <w:start w:w="60" w:type="dxa"/>
              <w:bottom w:w="10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21"/>
              </w:rPr>
              <w:t>[          ]</w:t>
            </w:r>
          </w:p>
        </w:tc>
        <w:tc>
          <w:tcPr>
            <w:tcW w:type="dxa" w:w="2578"/>
            <w:tcMar>
              <w:top w:w="100" w:type="dxa"/>
              <w:start w:w="60" w:type="dxa"/>
              <w:bottom w:w="10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21"/>
              </w:rPr>
              <w:t>[          ]</w:t>
            </w:r>
          </w:p>
        </w:tc>
        <w:tc>
          <w:tcPr>
            <w:tcW w:type="dxa" w:w="2578"/>
            <w:tcMar>
              <w:top w:w="100" w:type="dxa"/>
              <w:start w:w="60" w:type="dxa"/>
              <w:bottom w:w="10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21"/>
              </w:rPr>
              <w:t>[          ]</w:t>
            </w:r>
          </w:p>
        </w:tc>
        <w:tc>
          <w:tcPr>
            <w:tcW w:type="dxa" w:w="2578"/>
            <w:tcMar>
              <w:top w:w="100" w:type="dxa"/>
              <w:start w:w="60" w:type="dxa"/>
              <w:bottom w:w="10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21"/>
              </w:rPr>
              <w:t>[          ]</w:t>
            </w:r>
          </w:p>
        </w:tc>
      </w:tr>
    </w:tbl>
    <w:p>
      <w:pPr>
        <w:spacing w:before="40" w:after="80" w:line="240" w:lineRule="auto"/>
      </w:pPr>
      <w:r>
        <w:rPr>
          <w:rFonts w:ascii="Arial" w:hAnsi="Arial"/>
          <w:color w:val="5B6975"/>
          <w:sz w:val="16"/>
        </w:rPr>
        <w:t>La plantilla está preparada para 100 preguntas con una única respuesta correcta por pregunta. Puede adaptar la puntuación, penalización y criterios de corrección según sus necesidades.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22" w:right="964" w:bottom="765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Arial" w:hAnsi="Arial"/>
        <w:color w:val="737E88"/>
        <w:sz w:val="15"/>
      </w:rPr>
      <w:t>Documento editable en Microsoft Word · Sustituya los textos entre corchetes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right"/>
    </w:pPr>
    <w:r>
      <w:rPr>
        <w:rFonts w:ascii="Arial" w:hAnsi="Arial"/>
        <w:b/>
        <w:color w:val="6F7C87"/>
        <w:sz w:val="15"/>
      </w:rPr>
      <w:t>PLANTILLA EDITABLE · TEST DE 4 RESPUESTAS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stSmallLabel">
    <w:name w:val="Test Small Label"/>
    <w:rPr>
      <w:rFonts w:ascii="Arial" w:hAnsi="Arial"/>
      <w:b/>
      <w:color w:val="4C5966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