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</w:pPr>
      <w:sdt>
        <w:sdtPr>
          <w:tag w:val="TITULO_TEST"/>
          <w:alias w:val="TITULO_TEST"/>
          <w:text/>
        </w:sdtPr>
        <w:sdtContent>
          <w:r>
            <w:rPr>
              <w:rFonts w:ascii="Arial" w:hAnsi="Arial"/>
              <w:b/>
              <w:color w:val="203646"/>
              <w:sz w:val="40"/>
            </w:rPr>
            <w:t>Título del test</w:t>
          </w:r>
        </w:sdtContent>
      </w:sdt>
    </w:p>
    <w:p>
      <w:pPr>
        <w:spacing w:before="0" w:after="120" w:line="240" w:lineRule="auto"/>
      </w:pPr>
      <w:sdt>
        <w:sdtPr>
          <w:tag w:val="SUBTITULO_TEST"/>
          <w:alias w:val="SUBTITULO_TEST"/>
          <w:text/>
        </w:sdtPr>
        <w:sdtContent>
          <w:r>
            <w:rPr>
              <w:rFonts w:ascii="Arial" w:hAnsi="Arial"/>
              <w:color w:val="5F6D75"/>
              <w:sz w:val="18"/>
            </w:rPr>
            <w:t>Materia, unidad o descripción breve (opcional)</w:t>
          </w:r>
        </w:sdtContent>
      </w:sdt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cantSplit/>
        </w:trPr>
        <w:tc>
          <w:tcPr>
            <w:tcW w:type="dxa" w:w="1417"/>
            <w:shd w:fill="F2F5F6"/>
            <w:tcMar>
              <w:top w:w="65" w:type="dxa"/>
              <w:start w:w="80" w:type="dxa"/>
              <w:bottom w:w="65" w:type="dxa"/>
              <w:end w:w="60" w:type="dxa"/>
            </w:tcMar>
            <w:vAlign w:val="center"/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color w:val="5F6D75"/>
                <w:sz w:val="15"/>
              </w:rPr>
              <w:t>NOMBRE</w:t>
            </w:r>
          </w:p>
        </w:tc>
        <w:tc>
          <w:tcPr>
            <w:tcW w:type="dxa" w:w="3685"/>
            <w:tcMar>
              <w:top w:w="65" w:type="dxa"/>
              <w:start w:w="70" w:type="dxa"/>
              <w:bottom w:w="65" w:type="dxa"/>
              <w:end w:w="70" w:type="dxa"/>
            </w:tcMar>
            <w:vAlign w:val="center"/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spacing w:before="0" w:after="0" w:line="240" w:lineRule="auto"/>
            </w:pPr>
            <w:r/>
            <w:sdt>
              <w:sdtPr>
                <w:tag w:val="NOMBRE"/>
                <w:alias w:val="NOMBRE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Nombre y apellidos</w:t>
                </w:r>
              </w:sdtContent>
            </w:sdt>
          </w:p>
        </w:tc>
        <w:tc>
          <w:tcPr>
            <w:tcW w:type="dxa" w:w="1361"/>
            <w:shd w:fill="F2F5F6"/>
            <w:tcMar>
              <w:top w:w="65" w:type="dxa"/>
              <w:start w:w="80" w:type="dxa"/>
              <w:bottom w:w="65" w:type="dxa"/>
              <w:end w:w="60" w:type="dxa"/>
            </w:tcMar>
            <w:vAlign w:val="center"/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color w:val="5F6D75"/>
                <w:sz w:val="15"/>
              </w:rPr>
              <w:t>GRUPO / CURSO</w:t>
            </w:r>
          </w:p>
        </w:tc>
        <w:tc>
          <w:tcPr>
            <w:tcW w:type="dxa" w:w="3742"/>
            <w:tcMar>
              <w:top w:w="65" w:type="dxa"/>
              <w:start w:w="70" w:type="dxa"/>
              <w:bottom w:w="65" w:type="dxa"/>
              <w:end w:w="70" w:type="dxa"/>
            </w:tcMar>
            <w:vAlign w:val="center"/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spacing w:before="0" w:after="0" w:line="240" w:lineRule="auto"/>
            </w:pPr>
            <w:r/>
            <w:sdt>
              <w:sdtPr>
                <w:tag w:val="GRUPO"/>
                <w:alias w:val="GRUPO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Grupo o curso</w:t>
                </w:r>
              </w:sdtContent>
            </w:sdt>
          </w:p>
        </w:tc>
      </w:tr>
      <w:tr>
        <w:trPr>
          <w:cantSplit/>
        </w:trPr>
        <w:tc>
          <w:tcPr>
            <w:tcW w:type="dxa" w:w="1417"/>
            <w:shd w:fill="F2F5F6"/>
            <w:tcMar>
              <w:top w:w="65" w:type="dxa"/>
              <w:start w:w="80" w:type="dxa"/>
              <w:bottom w:w="65" w:type="dxa"/>
              <w:end w:w="60" w:type="dxa"/>
            </w:tcMar>
            <w:vAlign w:val="center"/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color w:val="5F6D75"/>
                <w:sz w:val="15"/>
              </w:rPr>
              <w:t>FECHA</w:t>
            </w:r>
          </w:p>
        </w:tc>
        <w:tc>
          <w:tcPr>
            <w:tcW w:type="dxa" w:w="3685"/>
            <w:tcMar>
              <w:top w:w="65" w:type="dxa"/>
              <w:start w:w="70" w:type="dxa"/>
              <w:bottom w:w="65" w:type="dxa"/>
              <w:end w:w="70" w:type="dxa"/>
            </w:tcMar>
            <w:vAlign w:val="center"/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spacing w:before="0" w:after="0" w:line="240" w:lineRule="auto"/>
            </w:pPr>
            <w:r/>
            <w:sdt>
              <w:sdtPr>
                <w:tag w:val="FECHA"/>
                <w:alias w:val="FECHA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dd/mm/aaaa</w:t>
                </w:r>
              </w:sdtContent>
            </w:sdt>
          </w:p>
        </w:tc>
        <w:tc>
          <w:tcPr>
            <w:tcW w:type="dxa" w:w="1361"/>
            <w:shd w:fill="F2F5F6"/>
            <w:tcMar>
              <w:top w:w="65" w:type="dxa"/>
              <w:start w:w="80" w:type="dxa"/>
              <w:bottom w:w="65" w:type="dxa"/>
              <w:end w:w="60" w:type="dxa"/>
            </w:tcMar>
            <w:vAlign w:val="center"/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color w:val="5F6D75"/>
                <w:sz w:val="15"/>
              </w:rPr>
              <w:t>DURACIÓN</w:t>
            </w:r>
          </w:p>
        </w:tc>
        <w:tc>
          <w:tcPr>
            <w:tcW w:type="dxa" w:w="3742"/>
            <w:tcMar>
              <w:top w:w="65" w:type="dxa"/>
              <w:start w:w="70" w:type="dxa"/>
              <w:bottom w:w="65" w:type="dxa"/>
              <w:end w:w="70" w:type="dxa"/>
            </w:tcMar>
            <w:vAlign w:val="center"/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spacing w:before="0" w:after="0" w:line="240" w:lineRule="auto"/>
            </w:pPr>
            <w:r/>
            <w:sdt>
              <w:sdtPr>
                <w:tag w:val="DURACION"/>
                <w:alias w:val="DURACION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45 min</w:t>
                </w:r>
              </w:sdtContent>
            </w:sdt>
          </w:p>
        </w:tc>
      </w:tr>
      <w:tr>
        <w:trPr>
          <w:cantSplit/>
        </w:trPr>
        <w:tc>
          <w:tcPr>
            <w:tcW w:type="dxa" w:w="1417"/>
            <w:shd w:fill="F2F5F6"/>
            <w:tcMar>
              <w:top w:w="65" w:type="dxa"/>
              <w:start w:w="80" w:type="dxa"/>
              <w:bottom w:w="65" w:type="dxa"/>
              <w:end w:w="60" w:type="dxa"/>
            </w:tcMar>
            <w:vAlign w:val="center"/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color w:val="5F6D75"/>
                <w:sz w:val="15"/>
              </w:rPr>
              <w:t>VERSIÓN</w:t>
            </w:r>
          </w:p>
        </w:tc>
        <w:tc>
          <w:tcPr>
            <w:tcW w:type="dxa" w:w="3685"/>
            <w:tcMar>
              <w:top w:w="65" w:type="dxa"/>
              <w:start w:w="70" w:type="dxa"/>
              <w:bottom w:w="65" w:type="dxa"/>
              <w:end w:w="70" w:type="dxa"/>
            </w:tcMar>
            <w:vAlign w:val="center"/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spacing w:before="0" w:after="0" w:line="240" w:lineRule="auto"/>
            </w:pPr>
            <w:r/>
            <w:sdt>
              <w:sdtPr>
                <w:tag w:val="VERSION"/>
                <w:alias w:val="VERSION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A</w:t>
                </w:r>
              </w:sdtContent>
            </w:sdt>
          </w:p>
        </w:tc>
        <w:tc>
          <w:tcPr>
            <w:tcW w:type="dxa" w:w="1361"/>
            <w:shd w:fill="F2F5F6"/>
            <w:tcMar>
              <w:top w:w="65" w:type="dxa"/>
              <w:start w:w="80" w:type="dxa"/>
              <w:bottom w:w="65" w:type="dxa"/>
              <w:end w:w="60" w:type="dxa"/>
            </w:tcMar>
            <w:vAlign w:val="center"/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color w:val="5F6D75"/>
                <w:sz w:val="15"/>
              </w:rPr>
              <w:t>PUNTUACIÓN</w:t>
            </w:r>
          </w:p>
        </w:tc>
        <w:tc>
          <w:tcPr>
            <w:tcW w:type="dxa" w:w="3742"/>
            <w:tcMar>
              <w:top w:w="65" w:type="dxa"/>
              <w:start w:w="70" w:type="dxa"/>
              <w:bottom w:w="65" w:type="dxa"/>
              <w:end w:w="70" w:type="dxa"/>
            </w:tcMar>
            <w:vAlign w:val="center"/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spacing w:before="0" w:after="0" w:line="240" w:lineRule="auto"/>
            </w:pPr>
            <w:r/>
            <w:sdt>
              <w:sdtPr>
                <w:tag w:val="PUNTUACION_MAX"/>
                <w:alias w:val="PUNTUACION_MAX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20 puntos</w:t>
                </w:r>
              </w:sdtContent>
            </w:sdt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fill="F2F5F6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2F6F73"/>
                <w:sz w:val="16"/>
              </w:rPr>
              <w:t xml:space="preserve">INSTRUCCIONES  </w:t>
            </w:r>
            <w:r>
              <w:rPr>
                <w:rFonts w:ascii="Arial" w:hAnsi="Arial"/>
                <w:color w:val="18252E"/>
                <w:sz w:val="16"/>
              </w:rPr>
              <w:t xml:space="preserve">Lee cada pregunta y marca una única respuesta: A, B, C o D. </w:t>
            </w:r>
            <w:r>
              <w:rPr>
                <w:rFonts w:ascii="Arial" w:hAnsi="Arial"/>
                <w:b/>
                <w:color w:val="5F6D75"/>
                <w:sz w:val="16"/>
              </w:rPr>
              <w:t xml:space="preserve">Acierto </w:t>
            </w:r>
            <w:sdt>
              <w:sdtPr>
                <w:tag w:val="SCORE_OK_TOP"/>
                <w:alias w:val="SCORE_OK_TOP"/>
                <w:text/>
              </w:sdtPr>
              <w:sdtContent>
                <w:r>
                  <w:rPr>
                    <w:rFonts w:ascii="Arial" w:hAnsi="Arial"/>
                    <w:color w:val="18252E"/>
                    <w:sz w:val="16"/>
                  </w:rPr>
                  <w:t>+1</w:t>
                </w:r>
              </w:sdtContent>
            </w:sdt>
            <w:r>
              <w:rPr>
                <w:rFonts w:ascii="Arial" w:hAnsi="Arial"/>
                <w:b/>
                <w:color w:val="5F6D75"/>
                <w:sz w:val="16"/>
              </w:rPr>
              <w:t xml:space="preserve"> · Error </w:t>
            </w:r>
            <w:sdt>
              <w:sdtPr>
                <w:tag w:val="SCORE_BAD_TOP"/>
                <w:alias w:val="SCORE_BAD_TOP"/>
                <w:text/>
              </w:sdtPr>
              <w:sdtContent>
                <w:r>
                  <w:rPr>
                    <w:rFonts w:ascii="Arial" w:hAnsi="Arial"/>
                    <w:color w:val="18252E"/>
                    <w:sz w:val="16"/>
                  </w:rPr>
                  <w:t>0</w:t>
                </w:r>
              </w:sdtContent>
            </w:sdt>
            <w:r>
              <w:rPr>
                <w:rFonts w:ascii="Arial" w:hAnsi="Arial"/>
                <w:b/>
                <w:color w:val="5F6D75"/>
                <w:sz w:val="16"/>
              </w:rPr>
              <w:t xml:space="preserve"> · En blanco </w:t>
            </w:r>
            <w:sdt>
              <w:sdtPr>
                <w:tag w:val="SCORE_BLANK_TOP"/>
                <w:alias w:val="SCORE_BLANK_TOP"/>
                <w:text/>
              </w:sdtPr>
              <w:sdtContent>
                <w:r>
                  <w:rPr>
                    <w:rFonts w:ascii="Arial" w:hAnsi="Arial"/>
                    <w:color w:val="18252E"/>
                    <w:sz w:val="16"/>
                  </w:rPr>
                  <w:t>0</w:t>
                </w:r>
              </w:sdtContent>
            </w:sdt>
          </w:p>
        </w:tc>
      </w:tr>
    </w:tbl>
    <w:p>
      <w:pPr>
        <w:spacing w:before="0" w:after="40" w:line="24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2"/>
        <w:gridCol w:w="5102"/>
      </w:tblGrid>
      <w:tr>
        <w:trPr>
          <w:cantSplit/>
        </w:trPr>
        <w:tc>
          <w:tcPr>
            <w:tcW w:type="dxa" w:w="10318"/>
            <w:tcMar>
              <w:top w:w="70" w:type="dxa"/>
              <w:start w:w="100" w:type="dxa"/>
              <w:bottom w:w="70" w:type="dxa"/>
              <w:end w:w="100" w:type="dxa"/>
            </w:tcMar>
            <w:gridSpan w:val="2"/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  <w:shd w:fill="203646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color w:val="FFFFFF"/>
                <w:sz w:val="17"/>
              </w:rPr>
              <w:t>PREGUNTA 01</w:t>
            </w:r>
            <w:r>
              <w:rPr>
                <w:rFonts w:ascii="Arial" w:hAnsi="Arial"/>
                <w:color w:val="D6E1E5"/>
                <w:sz w:val="15"/>
              </w:rPr>
              <w:t xml:space="preserve">     Puntos: </w:t>
            </w:r>
            <w:sdt>
              <w:sdtPr>
                <w:tag w:val="PTS_01"/>
                <w:alias w:val="PTS_01"/>
                <w:text/>
              </w:sdtPr>
              <w:sdtContent>
                <w:r>
                  <w:rPr>
                    <w:rFonts w:ascii="Arial" w:hAnsi="Arial"/>
                    <w:color w:val="FFFFFF"/>
                    <w:sz w:val="15"/>
                  </w:rPr>
                  <w:t>1</w:t>
                </w:r>
              </w:sdtContent>
            </w:sdt>
          </w:p>
        </w:tc>
      </w:tr>
      <w:tr>
        <w:trPr>
          <w:cantSplit/>
        </w:trPr>
        <w:tc>
          <w:tcPr>
            <w:tcW w:type="dxa" w:w="10318"/>
            <w:tcMar>
              <w:top w:w="70" w:type="dxa"/>
              <w:start w:w="100" w:type="dxa"/>
              <w:bottom w:w="70" w:type="dxa"/>
              <w:end w:w="100" w:type="dxa"/>
            </w:tcMar>
            <w:gridSpan w:val="2"/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sdt>
              <w:sdtPr>
                <w:tag w:val="Q_01"/>
                <w:alias w:val="Q_01"/>
                <w:text/>
              </w:sdtPr>
              <w:sdtContent>
                <w:r>
                  <w:rPr>
                    <w:rFonts w:ascii="Arial" w:hAnsi="Arial"/>
                    <w:b/>
                    <w:color w:val="18252E"/>
                    <w:sz w:val="21"/>
                  </w:rPr>
                  <w:t>Escribe aquí el enunciado de la pregunta.</w:t>
                </w:r>
              </w:sdtContent>
            </w:sdt>
          </w:p>
        </w:tc>
      </w:tr>
      <w:tr>
        <w:trPr>
          <w:cantSplit/>
        </w:trPr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A. </w:t>
            </w:r>
            <w:sdt>
              <w:sdtPr>
                <w:tag w:val="Q_01_A"/>
                <w:alias w:val="Q_01_A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A.</w:t>
                </w:r>
              </w:sdtContent>
            </w:sdt>
          </w:p>
        </w:tc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B. </w:t>
            </w:r>
            <w:sdt>
              <w:sdtPr>
                <w:tag w:val="Q_01_B"/>
                <w:alias w:val="Q_01_B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B.</w:t>
                </w:r>
              </w:sdtContent>
            </w:sdt>
          </w:p>
        </w:tc>
      </w:tr>
      <w:tr>
        <w:trPr>
          <w:cantSplit/>
        </w:trPr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C. </w:t>
            </w:r>
            <w:sdt>
              <w:sdtPr>
                <w:tag w:val="Q_01_C"/>
                <w:alias w:val="Q_01_C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C.</w:t>
                </w:r>
              </w:sdtContent>
            </w:sdt>
          </w:p>
        </w:tc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D. </w:t>
            </w:r>
            <w:sdt>
              <w:sdtPr>
                <w:tag w:val="Q_01_D"/>
                <w:alias w:val="Q_01_D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D.</w:t>
                </w:r>
              </w:sdtContent>
            </w:sdt>
          </w:p>
        </w:tc>
      </w:tr>
    </w:tbl>
    <w:p>
      <w:pPr>
        <w:spacing w:before="0" w:after="60" w:line="24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2"/>
        <w:gridCol w:w="5102"/>
      </w:tblGrid>
      <w:tr>
        <w:trPr>
          <w:cantSplit/>
        </w:trPr>
        <w:tc>
          <w:tcPr>
            <w:tcW w:type="dxa" w:w="10318"/>
            <w:tcMar>
              <w:top w:w="70" w:type="dxa"/>
              <w:start w:w="100" w:type="dxa"/>
              <w:bottom w:w="70" w:type="dxa"/>
              <w:end w:w="100" w:type="dxa"/>
            </w:tcMar>
            <w:gridSpan w:val="2"/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  <w:shd w:fill="203646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color w:val="FFFFFF"/>
                <w:sz w:val="17"/>
              </w:rPr>
              <w:t>PREGUNTA 02</w:t>
            </w:r>
            <w:r>
              <w:rPr>
                <w:rFonts w:ascii="Arial" w:hAnsi="Arial"/>
                <w:color w:val="D6E1E5"/>
                <w:sz w:val="15"/>
              </w:rPr>
              <w:t xml:space="preserve">     Puntos: </w:t>
            </w:r>
            <w:sdt>
              <w:sdtPr>
                <w:tag w:val="PTS_02"/>
                <w:alias w:val="PTS_02"/>
                <w:text/>
              </w:sdtPr>
              <w:sdtContent>
                <w:r>
                  <w:rPr>
                    <w:rFonts w:ascii="Arial" w:hAnsi="Arial"/>
                    <w:color w:val="FFFFFF"/>
                    <w:sz w:val="15"/>
                  </w:rPr>
                  <w:t>1</w:t>
                </w:r>
              </w:sdtContent>
            </w:sdt>
          </w:p>
        </w:tc>
      </w:tr>
      <w:tr>
        <w:trPr>
          <w:cantSplit/>
        </w:trPr>
        <w:tc>
          <w:tcPr>
            <w:tcW w:type="dxa" w:w="10318"/>
            <w:tcMar>
              <w:top w:w="70" w:type="dxa"/>
              <w:start w:w="100" w:type="dxa"/>
              <w:bottom w:w="70" w:type="dxa"/>
              <w:end w:w="100" w:type="dxa"/>
            </w:tcMar>
            <w:gridSpan w:val="2"/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sdt>
              <w:sdtPr>
                <w:tag w:val="Q_02"/>
                <w:alias w:val="Q_02"/>
                <w:text/>
              </w:sdtPr>
              <w:sdtContent>
                <w:r>
                  <w:rPr>
                    <w:rFonts w:ascii="Arial" w:hAnsi="Arial"/>
                    <w:b/>
                    <w:color w:val="18252E"/>
                    <w:sz w:val="21"/>
                  </w:rPr>
                  <w:t>Escribe aquí el enunciado de la pregunta.</w:t>
                </w:r>
              </w:sdtContent>
            </w:sdt>
          </w:p>
        </w:tc>
      </w:tr>
      <w:tr>
        <w:trPr>
          <w:cantSplit/>
        </w:trPr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A. </w:t>
            </w:r>
            <w:sdt>
              <w:sdtPr>
                <w:tag w:val="Q_02_A"/>
                <w:alias w:val="Q_02_A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A.</w:t>
                </w:r>
              </w:sdtContent>
            </w:sdt>
          </w:p>
        </w:tc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B. </w:t>
            </w:r>
            <w:sdt>
              <w:sdtPr>
                <w:tag w:val="Q_02_B"/>
                <w:alias w:val="Q_02_B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B.</w:t>
                </w:r>
              </w:sdtContent>
            </w:sdt>
          </w:p>
        </w:tc>
      </w:tr>
      <w:tr>
        <w:trPr>
          <w:cantSplit/>
        </w:trPr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C. </w:t>
            </w:r>
            <w:sdt>
              <w:sdtPr>
                <w:tag w:val="Q_02_C"/>
                <w:alias w:val="Q_02_C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C.</w:t>
                </w:r>
              </w:sdtContent>
            </w:sdt>
          </w:p>
        </w:tc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D. </w:t>
            </w:r>
            <w:sdt>
              <w:sdtPr>
                <w:tag w:val="Q_02_D"/>
                <w:alias w:val="Q_02_D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D.</w:t>
                </w:r>
              </w:sdtContent>
            </w:sdt>
          </w:p>
        </w:tc>
      </w:tr>
    </w:tbl>
    <w:p>
      <w:pPr>
        <w:spacing w:before="0" w:after="60" w:line="24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2"/>
        <w:gridCol w:w="5102"/>
      </w:tblGrid>
      <w:tr>
        <w:trPr>
          <w:cantSplit/>
        </w:trPr>
        <w:tc>
          <w:tcPr>
            <w:tcW w:type="dxa" w:w="10318"/>
            <w:tcMar>
              <w:top w:w="70" w:type="dxa"/>
              <w:start w:w="100" w:type="dxa"/>
              <w:bottom w:w="70" w:type="dxa"/>
              <w:end w:w="100" w:type="dxa"/>
            </w:tcMar>
            <w:gridSpan w:val="2"/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  <w:shd w:fill="203646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color w:val="FFFFFF"/>
                <w:sz w:val="17"/>
              </w:rPr>
              <w:t>PREGUNTA 03</w:t>
            </w:r>
            <w:r>
              <w:rPr>
                <w:rFonts w:ascii="Arial" w:hAnsi="Arial"/>
                <w:color w:val="D6E1E5"/>
                <w:sz w:val="15"/>
              </w:rPr>
              <w:t xml:space="preserve">     Puntos: </w:t>
            </w:r>
            <w:sdt>
              <w:sdtPr>
                <w:tag w:val="PTS_03"/>
                <w:alias w:val="PTS_03"/>
                <w:text/>
              </w:sdtPr>
              <w:sdtContent>
                <w:r>
                  <w:rPr>
                    <w:rFonts w:ascii="Arial" w:hAnsi="Arial"/>
                    <w:color w:val="FFFFFF"/>
                    <w:sz w:val="15"/>
                  </w:rPr>
                  <w:t>1</w:t>
                </w:r>
              </w:sdtContent>
            </w:sdt>
          </w:p>
        </w:tc>
      </w:tr>
      <w:tr>
        <w:trPr>
          <w:cantSplit/>
        </w:trPr>
        <w:tc>
          <w:tcPr>
            <w:tcW w:type="dxa" w:w="10318"/>
            <w:tcMar>
              <w:top w:w="70" w:type="dxa"/>
              <w:start w:w="100" w:type="dxa"/>
              <w:bottom w:w="70" w:type="dxa"/>
              <w:end w:w="100" w:type="dxa"/>
            </w:tcMar>
            <w:gridSpan w:val="2"/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sdt>
              <w:sdtPr>
                <w:tag w:val="Q_03"/>
                <w:alias w:val="Q_03"/>
                <w:text/>
              </w:sdtPr>
              <w:sdtContent>
                <w:r>
                  <w:rPr>
                    <w:rFonts w:ascii="Arial" w:hAnsi="Arial"/>
                    <w:b/>
                    <w:color w:val="18252E"/>
                    <w:sz w:val="21"/>
                  </w:rPr>
                  <w:t>Escribe aquí el enunciado de la pregunta.</w:t>
                </w:r>
              </w:sdtContent>
            </w:sdt>
          </w:p>
        </w:tc>
      </w:tr>
      <w:tr>
        <w:trPr>
          <w:cantSplit/>
        </w:trPr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A. </w:t>
            </w:r>
            <w:sdt>
              <w:sdtPr>
                <w:tag w:val="Q_03_A"/>
                <w:alias w:val="Q_03_A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A.</w:t>
                </w:r>
              </w:sdtContent>
            </w:sdt>
          </w:p>
        </w:tc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B. </w:t>
            </w:r>
            <w:sdt>
              <w:sdtPr>
                <w:tag w:val="Q_03_B"/>
                <w:alias w:val="Q_03_B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B.</w:t>
                </w:r>
              </w:sdtContent>
            </w:sdt>
          </w:p>
        </w:tc>
      </w:tr>
      <w:tr>
        <w:trPr>
          <w:cantSplit/>
        </w:trPr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C. </w:t>
            </w:r>
            <w:sdt>
              <w:sdtPr>
                <w:tag w:val="Q_03_C"/>
                <w:alias w:val="Q_03_C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C.</w:t>
                </w:r>
              </w:sdtContent>
            </w:sdt>
          </w:p>
        </w:tc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D. </w:t>
            </w:r>
            <w:sdt>
              <w:sdtPr>
                <w:tag w:val="Q_03_D"/>
                <w:alias w:val="Q_03_D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D.</w:t>
                </w:r>
              </w:sdtContent>
            </w:sdt>
          </w:p>
        </w:tc>
      </w:tr>
    </w:tbl>
    <w:p>
      <w:pPr>
        <w:spacing w:before="0" w:after="60" w:line="24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2"/>
        <w:gridCol w:w="5102"/>
      </w:tblGrid>
      <w:tr>
        <w:trPr>
          <w:cantSplit/>
        </w:trPr>
        <w:tc>
          <w:tcPr>
            <w:tcW w:type="dxa" w:w="10318"/>
            <w:tcMar>
              <w:top w:w="70" w:type="dxa"/>
              <w:start w:w="100" w:type="dxa"/>
              <w:bottom w:w="70" w:type="dxa"/>
              <w:end w:w="100" w:type="dxa"/>
            </w:tcMar>
            <w:gridSpan w:val="2"/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  <w:shd w:fill="203646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color w:val="FFFFFF"/>
                <w:sz w:val="17"/>
              </w:rPr>
              <w:t>PREGUNTA 04</w:t>
            </w:r>
            <w:r>
              <w:rPr>
                <w:rFonts w:ascii="Arial" w:hAnsi="Arial"/>
                <w:color w:val="D6E1E5"/>
                <w:sz w:val="15"/>
              </w:rPr>
              <w:t xml:space="preserve">     Puntos: </w:t>
            </w:r>
            <w:sdt>
              <w:sdtPr>
                <w:tag w:val="PTS_04"/>
                <w:alias w:val="PTS_04"/>
                <w:text/>
              </w:sdtPr>
              <w:sdtContent>
                <w:r>
                  <w:rPr>
                    <w:rFonts w:ascii="Arial" w:hAnsi="Arial"/>
                    <w:color w:val="FFFFFF"/>
                    <w:sz w:val="15"/>
                  </w:rPr>
                  <w:t>1</w:t>
                </w:r>
              </w:sdtContent>
            </w:sdt>
          </w:p>
        </w:tc>
      </w:tr>
      <w:tr>
        <w:trPr>
          <w:cantSplit/>
        </w:trPr>
        <w:tc>
          <w:tcPr>
            <w:tcW w:type="dxa" w:w="10318"/>
            <w:tcMar>
              <w:top w:w="70" w:type="dxa"/>
              <w:start w:w="100" w:type="dxa"/>
              <w:bottom w:w="70" w:type="dxa"/>
              <w:end w:w="100" w:type="dxa"/>
            </w:tcMar>
            <w:gridSpan w:val="2"/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sdt>
              <w:sdtPr>
                <w:tag w:val="Q_04"/>
                <w:alias w:val="Q_04"/>
                <w:text/>
              </w:sdtPr>
              <w:sdtContent>
                <w:r>
                  <w:rPr>
                    <w:rFonts w:ascii="Arial" w:hAnsi="Arial"/>
                    <w:b/>
                    <w:color w:val="18252E"/>
                    <w:sz w:val="21"/>
                  </w:rPr>
                  <w:t>Escribe aquí el enunciado de la pregunta.</w:t>
                </w:r>
              </w:sdtContent>
            </w:sdt>
          </w:p>
        </w:tc>
      </w:tr>
      <w:tr>
        <w:trPr>
          <w:cantSplit/>
        </w:trPr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A. </w:t>
            </w:r>
            <w:sdt>
              <w:sdtPr>
                <w:tag w:val="Q_04_A"/>
                <w:alias w:val="Q_04_A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A.</w:t>
                </w:r>
              </w:sdtContent>
            </w:sdt>
          </w:p>
        </w:tc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B. </w:t>
            </w:r>
            <w:sdt>
              <w:sdtPr>
                <w:tag w:val="Q_04_B"/>
                <w:alias w:val="Q_04_B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B.</w:t>
                </w:r>
              </w:sdtContent>
            </w:sdt>
          </w:p>
        </w:tc>
      </w:tr>
      <w:tr>
        <w:trPr>
          <w:cantSplit/>
        </w:trPr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C. </w:t>
            </w:r>
            <w:sdt>
              <w:sdtPr>
                <w:tag w:val="Q_04_C"/>
                <w:alias w:val="Q_04_C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C.</w:t>
                </w:r>
              </w:sdtContent>
            </w:sdt>
          </w:p>
        </w:tc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D. </w:t>
            </w:r>
            <w:sdt>
              <w:sdtPr>
                <w:tag w:val="Q_04_D"/>
                <w:alias w:val="Q_04_D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D.</w:t>
                </w:r>
              </w:sdtContent>
            </w:sdt>
          </w:p>
        </w:tc>
      </w:tr>
    </w:tbl>
    <w:p>
      <w:pPr>
        <w:spacing w:before="0" w:after="60" w:line="240" w:lineRule="auto"/>
      </w:pPr>
    </w:p>
    <w:p>
      <w:r>
        <w:br w:type="page"/>
      </w:r>
    </w:p>
    <w:p>
      <w:pPr>
        <w:spacing w:before="0" w:after="60" w:line="240" w:lineRule="auto"/>
        <w:pBdr>
          <w:bottom w:val="single" w:sz="7" w:space="1" w:color="DCE5E7"/>
        </w:pBdr>
      </w:pPr>
      <w:r>
        <w:rPr>
          <w:rFonts w:ascii="Arial" w:hAnsi="Arial"/>
          <w:b/>
          <w:color w:val="5F6D75"/>
          <w:sz w:val="16"/>
        </w:rPr>
        <w:t>PREGUNTAS 05–08</w:t>
      </w:r>
    </w:p>
    <w:p>
      <w:pPr>
        <w:spacing w:before="0" w:after="20" w:line="24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2"/>
        <w:gridCol w:w="5102"/>
      </w:tblGrid>
      <w:tr>
        <w:trPr>
          <w:cantSplit/>
        </w:trPr>
        <w:tc>
          <w:tcPr>
            <w:tcW w:type="dxa" w:w="10318"/>
            <w:tcMar>
              <w:top w:w="70" w:type="dxa"/>
              <w:start w:w="100" w:type="dxa"/>
              <w:bottom w:w="70" w:type="dxa"/>
              <w:end w:w="100" w:type="dxa"/>
            </w:tcMar>
            <w:gridSpan w:val="2"/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  <w:shd w:fill="203646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color w:val="FFFFFF"/>
                <w:sz w:val="17"/>
              </w:rPr>
              <w:t>PREGUNTA 05</w:t>
            </w:r>
            <w:r>
              <w:rPr>
                <w:rFonts w:ascii="Arial" w:hAnsi="Arial"/>
                <w:color w:val="D6E1E5"/>
                <w:sz w:val="15"/>
              </w:rPr>
              <w:t xml:space="preserve">     Puntos: </w:t>
            </w:r>
            <w:sdt>
              <w:sdtPr>
                <w:tag w:val="PTS_05"/>
                <w:alias w:val="PTS_05"/>
                <w:text/>
              </w:sdtPr>
              <w:sdtContent>
                <w:r>
                  <w:rPr>
                    <w:rFonts w:ascii="Arial" w:hAnsi="Arial"/>
                    <w:color w:val="FFFFFF"/>
                    <w:sz w:val="15"/>
                  </w:rPr>
                  <w:t>1</w:t>
                </w:r>
              </w:sdtContent>
            </w:sdt>
          </w:p>
        </w:tc>
      </w:tr>
      <w:tr>
        <w:trPr>
          <w:cantSplit/>
        </w:trPr>
        <w:tc>
          <w:tcPr>
            <w:tcW w:type="dxa" w:w="10318"/>
            <w:tcMar>
              <w:top w:w="70" w:type="dxa"/>
              <w:start w:w="100" w:type="dxa"/>
              <w:bottom w:w="70" w:type="dxa"/>
              <w:end w:w="100" w:type="dxa"/>
            </w:tcMar>
            <w:gridSpan w:val="2"/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sdt>
              <w:sdtPr>
                <w:tag w:val="Q_05"/>
                <w:alias w:val="Q_05"/>
                <w:text/>
              </w:sdtPr>
              <w:sdtContent>
                <w:r>
                  <w:rPr>
                    <w:rFonts w:ascii="Arial" w:hAnsi="Arial"/>
                    <w:b/>
                    <w:color w:val="18252E"/>
                    <w:sz w:val="21"/>
                  </w:rPr>
                  <w:t>Escribe aquí el enunciado de la pregunta.</w:t>
                </w:r>
              </w:sdtContent>
            </w:sdt>
          </w:p>
        </w:tc>
      </w:tr>
      <w:tr>
        <w:trPr>
          <w:cantSplit/>
        </w:trPr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A. </w:t>
            </w:r>
            <w:sdt>
              <w:sdtPr>
                <w:tag w:val="Q_05_A"/>
                <w:alias w:val="Q_05_A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A.</w:t>
                </w:r>
              </w:sdtContent>
            </w:sdt>
          </w:p>
        </w:tc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B. </w:t>
            </w:r>
            <w:sdt>
              <w:sdtPr>
                <w:tag w:val="Q_05_B"/>
                <w:alias w:val="Q_05_B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B.</w:t>
                </w:r>
              </w:sdtContent>
            </w:sdt>
          </w:p>
        </w:tc>
      </w:tr>
      <w:tr>
        <w:trPr>
          <w:cantSplit/>
        </w:trPr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C. </w:t>
            </w:r>
            <w:sdt>
              <w:sdtPr>
                <w:tag w:val="Q_05_C"/>
                <w:alias w:val="Q_05_C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C.</w:t>
                </w:r>
              </w:sdtContent>
            </w:sdt>
          </w:p>
        </w:tc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D. </w:t>
            </w:r>
            <w:sdt>
              <w:sdtPr>
                <w:tag w:val="Q_05_D"/>
                <w:alias w:val="Q_05_D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D.</w:t>
                </w:r>
              </w:sdtContent>
            </w:sdt>
          </w:p>
        </w:tc>
      </w:tr>
    </w:tbl>
    <w:p>
      <w:pPr>
        <w:spacing w:before="0" w:after="60" w:line="24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2"/>
        <w:gridCol w:w="5102"/>
      </w:tblGrid>
      <w:tr>
        <w:trPr>
          <w:cantSplit/>
        </w:trPr>
        <w:tc>
          <w:tcPr>
            <w:tcW w:type="dxa" w:w="10318"/>
            <w:tcMar>
              <w:top w:w="70" w:type="dxa"/>
              <w:start w:w="100" w:type="dxa"/>
              <w:bottom w:w="70" w:type="dxa"/>
              <w:end w:w="100" w:type="dxa"/>
            </w:tcMar>
            <w:gridSpan w:val="2"/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  <w:shd w:fill="203646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color w:val="FFFFFF"/>
                <w:sz w:val="17"/>
              </w:rPr>
              <w:t>PREGUNTA 06</w:t>
            </w:r>
            <w:r>
              <w:rPr>
                <w:rFonts w:ascii="Arial" w:hAnsi="Arial"/>
                <w:color w:val="D6E1E5"/>
                <w:sz w:val="15"/>
              </w:rPr>
              <w:t xml:space="preserve">     Puntos: </w:t>
            </w:r>
            <w:sdt>
              <w:sdtPr>
                <w:tag w:val="PTS_06"/>
                <w:alias w:val="PTS_06"/>
                <w:text/>
              </w:sdtPr>
              <w:sdtContent>
                <w:r>
                  <w:rPr>
                    <w:rFonts w:ascii="Arial" w:hAnsi="Arial"/>
                    <w:color w:val="FFFFFF"/>
                    <w:sz w:val="15"/>
                  </w:rPr>
                  <w:t>1</w:t>
                </w:r>
              </w:sdtContent>
            </w:sdt>
          </w:p>
        </w:tc>
      </w:tr>
      <w:tr>
        <w:trPr>
          <w:cantSplit/>
        </w:trPr>
        <w:tc>
          <w:tcPr>
            <w:tcW w:type="dxa" w:w="10318"/>
            <w:tcMar>
              <w:top w:w="70" w:type="dxa"/>
              <w:start w:w="100" w:type="dxa"/>
              <w:bottom w:w="70" w:type="dxa"/>
              <w:end w:w="100" w:type="dxa"/>
            </w:tcMar>
            <w:gridSpan w:val="2"/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sdt>
              <w:sdtPr>
                <w:tag w:val="Q_06"/>
                <w:alias w:val="Q_06"/>
                <w:text/>
              </w:sdtPr>
              <w:sdtContent>
                <w:r>
                  <w:rPr>
                    <w:rFonts w:ascii="Arial" w:hAnsi="Arial"/>
                    <w:b/>
                    <w:color w:val="18252E"/>
                    <w:sz w:val="21"/>
                  </w:rPr>
                  <w:t>Escribe aquí el enunciado de la pregunta.</w:t>
                </w:r>
              </w:sdtContent>
            </w:sdt>
          </w:p>
        </w:tc>
      </w:tr>
      <w:tr>
        <w:trPr>
          <w:cantSplit/>
        </w:trPr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A. </w:t>
            </w:r>
            <w:sdt>
              <w:sdtPr>
                <w:tag w:val="Q_06_A"/>
                <w:alias w:val="Q_06_A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A.</w:t>
                </w:r>
              </w:sdtContent>
            </w:sdt>
          </w:p>
        </w:tc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B. </w:t>
            </w:r>
            <w:sdt>
              <w:sdtPr>
                <w:tag w:val="Q_06_B"/>
                <w:alias w:val="Q_06_B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B.</w:t>
                </w:r>
              </w:sdtContent>
            </w:sdt>
          </w:p>
        </w:tc>
      </w:tr>
      <w:tr>
        <w:trPr>
          <w:cantSplit/>
        </w:trPr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C. </w:t>
            </w:r>
            <w:sdt>
              <w:sdtPr>
                <w:tag w:val="Q_06_C"/>
                <w:alias w:val="Q_06_C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C.</w:t>
                </w:r>
              </w:sdtContent>
            </w:sdt>
          </w:p>
        </w:tc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D. </w:t>
            </w:r>
            <w:sdt>
              <w:sdtPr>
                <w:tag w:val="Q_06_D"/>
                <w:alias w:val="Q_06_D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D.</w:t>
                </w:r>
              </w:sdtContent>
            </w:sdt>
          </w:p>
        </w:tc>
      </w:tr>
    </w:tbl>
    <w:p>
      <w:pPr>
        <w:spacing w:before="0" w:after="60" w:line="24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2"/>
        <w:gridCol w:w="5102"/>
      </w:tblGrid>
      <w:tr>
        <w:trPr>
          <w:cantSplit/>
        </w:trPr>
        <w:tc>
          <w:tcPr>
            <w:tcW w:type="dxa" w:w="10318"/>
            <w:tcMar>
              <w:top w:w="70" w:type="dxa"/>
              <w:start w:w="100" w:type="dxa"/>
              <w:bottom w:w="70" w:type="dxa"/>
              <w:end w:w="100" w:type="dxa"/>
            </w:tcMar>
            <w:gridSpan w:val="2"/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  <w:shd w:fill="203646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color w:val="FFFFFF"/>
                <w:sz w:val="17"/>
              </w:rPr>
              <w:t>PREGUNTA 07</w:t>
            </w:r>
            <w:r>
              <w:rPr>
                <w:rFonts w:ascii="Arial" w:hAnsi="Arial"/>
                <w:color w:val="D6E1E5"/>
                <w:sz w:val="15"/>
              </w:rPr>
              <w:t xml:space="preserve">     Puntos: </w:t>
            </w:r>
            <w:sdt>
              <w:sdtPr>
                <w:tag w:val="PTS_07"/>
                <w:alias w:val="PTS_07"/>
                <w:text/>
              </w:sdtPr>
              <w:sdtContent>
                <w:r>
                  <w:rPr>
                    <w:rFonts w:ascii="Arial" w:hAnsi="Arial"/>
                    <w:color w:val="FFFFFF"/>
                    <w:sz w:val="15"/>
                  </w:rPr>
                  <w:t>1</w:t>
                </w:r>
              </w:sdtContent>
            </w:sdt>
          </w:p>
        </w:tc>
      </w:tr>
      <w:tr>
        <w:trPr>
          <w:cantSplit/>
        </w:trPr>
        <w:tc>
          <w:tcPr>
            <w:tcW w:type="dxa" w:w="10318"/>
            <w:tcMar>
              <w:top w:w="70" w:type="dxa"/>
              <w:start w:w="100" w:type="dxa"/>
              <w:bottom w:w="70" w:type="dxa"/>
              <w:end w:w="100" w:type="dxa"/>
            </w:tcMar>
            <w:gridSpan w:val="2"/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sdt>
              <w:sdtPr>
                <w:tag w:val="Q_07"/>
                <w:alias w:val="Q_07"/>
                <w:text/>
              </w:sdtPr>
              <w:sdtContent>
                <w:r>
                  <w:rPr>
                    <w:rFonts w:ascii="Arial" w:hAnsi="Arial"/>
                    <w:b/>
                    <w:color w:val="18252E"/>
                    <w:sz w:val="21"/>
                  </w:rPr>
                  <w:t>Escribe aquí el enunciado de la pregunta.</w:t>
                </w:r>
              </w:sdtContent>
            </w:sdt>
          </w:p>
        </w:tc>
      </w:tr>
      <w:tr>
        <w:trPr>
          <w:cantSplit/>
        </w:trPr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A. </w:t>
            </w:r>
            <w:sdt>
              <w:sdtPr>
                <w:tag w:val="Q_07_A"/>
                <w:alias w:val="Q_07_A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A.</w:t>
                </w:r>
              </w:sdtContent>
            </w:sdt>
          </w:p>
        </w:tc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B. </w:t>
            </w:r>
            <w:sdt>
              <w:sdtPr>
                <w:tag w:val="Q_07_B"/>
                <w:alias w:val="Q_07_B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B.</w:t>
                </w:r>
              </w:sdtContent>
            </w:sdt>
          </w:p>
        </w:tc>
      </w:tr>
      <w:tr>
        <w:trPr>
          <w:cantSplit/>
        </w:trPr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C. </w:t>
            </w:r>
            <w:sdt>
              <w:sdtPr>
                <w:tag w:val="Q_07_C"/>
                <w:alias w:val="Q_07_C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C.</w:t>
                </w:r>
              </w:sdtContent>
            </w:sdt>
          </w:p>
        </w:tc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D. </w:t>
            </w:r>
            <w:sdt>
              <w:sdtPr>
                <w:tag w:val="Q_07_D"/>
                <w:alias w:val="Q_07_D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D.</w:t>
                </w:r>
              </w:sdtContent>
            </w:sdt>
          </w:p>
        </w:tc>
      </w:tr>
    </w:tbl>
    <w:p>
      <w:pPr>
        <w:spacing w:before="0" w:after="60" w:line="24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2"/>
        <w:gridCol w:w="5102"/>
      </w:tblGrid>
      <w:tr>
        <w:trPr>
          <w:cantSplit/>
        </w:trPr>
        <w:tc>
          <w:tcPr>
            <w:tcW w:type="dxa" w:w="10318"/>
            <w:tcMar>
              <w:top w:w="70" w:type="dxa"/>
              <w:start w:w="100" w:type="dxa"/>
              <w:bottom w:w="70" w:type="dxa"/>
              <w:end w:w="100" w:type="dxa"/>
            </w:tcMar>
            <w:gridSpan w:val="2"/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  <w:shd w:fill="203646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color w:val="FFFFFF"/>
                <w:sz w:val="17"/>
              </w:rPr>
              <w:t>PREGUNTA 08</w:t>
            </w:r>
            <w:r>
              <w:rPr>
                <w:rFonts w:ascii="Arial" w:hAnsi="Arial"/>
                <w:color w:val="D6E1E5"/>
                <w:sz w:val="15"/>
              </w:rPr>
              <w:t xml:space="preserve">     Puntos: </w:t>
            </w:r>
            <w:sdt>
              <w:sdtPr>
                <w:tag w:val="PTS_08"/>
                <w:alias w:val="PTS_08"/>
                <w:text/>
              </w:sdtPr>
              <w:sdtContent>
                <w:r>
                  <w:rPr>
                    <w:rFonts w:ascii="Arial" w:hAnsi="Arial"/>
                    <w:color w:val="FFFFFF"/>
                    <w:sz w:val="15"/>
                  </w:rPr>
                  <w:t>1</w:t>
                </w:r>
              </w:sdtContent>
            </w:sdt>
          </w:p>
        </w:tc>
      </w:tr>
      <w:tr>
        <w:trPr>
          <w:cantSplit/>
        </w:trPr>
        <w:tc>
          <w:tcPr>
            <w:tcW w:type="dxa" w:w="10318"/>
            <w:tcMar>
              <w:top w:w="70" w:type="dxa"/>
              <w:start w:w="100" w:type="dxa"/>
              <w:bottom w:w="70" w:type="dxa"/>
              <w:end w:w="100" w:type="dxa"/>
            </w:tcMar>
            <w:gridSpan w:val="2"/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sdt>
              <w:sdtPr>
                <w:tag w:val="Q_08"/>
                <w:alias w:val="Q_08"/>
                <w:text/>
              </w:sdtPr>
              <w:sdtContent>
                <w:r>
                  <w:rPr>
                    <w:rFonts w:ascii="Arial" w:hAnsi="Arial"/>
                    <w:b/>
                    <w:color w:val="18252E"/>
                    <w:sz w:val="21"/>
                  </w:rPr>
                  <w:t>Escribe aquí el enunciado de la pregunta.</w:t>
                </w:r>
              </w:sdtContent>
            </w:sdt>
          </w:p>
        </w:tc>
      </w:tr>
      <w:tr>
        <w:trPr>
          <w:cantSplit/>
        </w:trPr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A. </w:t>
            </w:r>
            <w:sdt>
              <w:sdtPr>
                <w:tag w:val="Q_08_A"/>
                <w:alias w:val="Q_08_A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A.</w:t>
                </w:r>
              </w:sdtContent>
            </w:sdt>
          </w:p>
        </w:tc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B. </w:t>
            </w:r>
            <w:sdt>
              <w:sdtPr>
                <w:tag w:val="Q_08_B"/>
                <w:alias w:val="Q_08_B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B.</w:t>
                </w:r>
              </w:sdtContent>
            </w:sdt>
          </w:p>
        </w:tc>
      </w:tr>
      <w:tr>
        <w:trPr>
          <w:cantSplit/>
        </w:trPr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C. </w:t>
            </w:r>
            <w:sdt>
              <w:sdtPr>
                <w:tag w:val="Q_08_C"/>
                <w:alias w:val="Q_08_C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C.</w:t>
                </w:r>
              </w:sdtContent>
            </w:sdt>
          </w:p>
        </w:tc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D. </w:t>
            </w:r>
            <w:sdt>
              <w:sdtPr>
                <w:tag w:val="Q_08_D"/>
                <w:alias w:val="Q_08_D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D.</w:t>
                </w:r>
              </w:sdtContent>
            </w:sdt>
          </w:p>
        </w:tc>
      </w:tr>
    </w:tbl>
    <w:p>
      <w:pPr>
        <w:spacing w:before="0" w:after="60" w:line="240" w:lineRule="auto"/>
      </w:pPr>
    </w:p>
    <w:p>
      <w:r>
        <w:br w:type="page"/>
      </w:r>
    </w:p>
    <w:p>
      <w:pPr>
        <w:spacing w:before="0" w:after="60" w:line="240" w:lineRule="auto"/>
        <w:pBdr>
          <w:bottom w:val="single" w:sz="7" w:space="1" w:color="DCE5E7"/>
        </w:pBdr>
      </w:pPr>
      <w:r>
        <w:rPr>
          <w:rFonts w:ascii="Arial" w:hAnsi="Arial"/>
          <w:b/>
          <w:color w:val="5F6D75"/>
          <w:sz w:val="16"/>
        </w:rPr>
        <w:t>PREGUNTAS 09–12</w:t>
      </w:r>
    </w:p>
    <w:p>
      <w:pPr>
        <w:spacing w:before="0" w:after="20" w:line="24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2"/>
        <w:gridCol w:w="5102"/>
      </w:tblGrid>
      <w:tr>
        <w:trPr>
          <w:cantSplit/>
        </w:trPr>
        <w:tc>
          <w:tcPr>
            <w:tcW w:type="dxa" w:w="10318"/>
            <w:tcMar>
              <w:top w:w="70" w:type="dxa"/>
              <w:start w:w="100" w:type="dxa"/>
              <w:bottom w:w="70" w:type="dxa"/>
              <w:end w:w="100" w:type="dxa"/>
            </w:tcMar>
            <w:gridSpan w:val="2"/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  <w:shd w:fill="203646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color w:val="FFFFFF"/>
                <w:sz w:val="17"/>
              </w:rPr>
              <w:t>PREGUNTA 09</w:t>
            </w:r>
            <w:r>
              <w:rPr>
                <w:rFonts w:ascii="Arial" w:hAnsi="Arial"/>
                <w:color w:val="D6E1E5"/>
                <w:sz w:val="15"/>
              </w:rPr>
              <w:t xml:space="preserve">     Puntos: </w:t>
            </w:r>
            <w:sdt>
              <w:sdtPr>
                <w:tag w:val="PTS_09"/>
                <w:alias w:val="PTS_09"/>
                <w:text/>
              </w:sdtPr>
              <w:sdtContent>
                <w:r>
                  <w:rPr>
                    <w:rFonts w:ascii="Arial" w:hAnsi="Arial"/>
                    <w:color w:val="FFFFFF"/>
                    <w:sz w:val="15"/>
                  </w:rPr>
                  <w:t>1</w:t>
                </w:r>
              </w:sdtContent>
            </w:sdt>
          </w:p>
        </w:tc>
      </w:tr>
      <w:tr>
        <w:trPr>
          <w:cantSplit/>
        </w:trPr>
        <w:tc>
          <w:tcPr>
            <w:tcW w:type="dxa" w:w="10318"/>
            <w:tcMar>
              <w:top w:w="70" w:type="dxa"/>
              <w:start w:w="100" w:type="dxa"/>
              <w:bottom w:w="70" w:type="dxa"/>
              <w:end w:w="100" w:type="dxa"/>
            </w:tcMar>
            <w:gridSpan w:val="2"/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sdt>
              <w:sdtPr>
                <w:tag w:val="Q_09"/>
                <w:alias w:val="Q_09"/>
                <w:text/>
              </w:sdtPr>
              <w:sdtContent>
                <w:r>
                  <w:rPr>
                    <w:rFonts w:ascii="Arial" w:hAnsi="Arial"/>
                    <w:b/>
                    <w:color w:val="18252E"/>
                    <w:sz w:val="21"/>
                  </w:rPr>
                  <w:t>Escribe aquí el enunciado de la pregunta.</w:t>
                </w:r>
              </w:sdtContent>
            </w:sdt>
          </w:p>
        </w:tc>
      </w:tr>
      <w:tr>
        <w:trPr>
          <w:cantSplit/>
        </w:trPr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A. </w:t>
            </w:r>
            <w:sdt>
              <w:sdtPr>
                <w:tag w:val="Q_09_A"/>
                <w:alias w:val="Q_09_A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A.</w:t>
                </w:r>
              </w:sdtContent>
            </w:sdt>
          </w:p>
        </w:tc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B. </w:t>
            </w:r>
            <w:sdt>
              <w:sdtPr>
                <w:tag w:val="Q_09_B"/>
                <w:alias w:val="Q_09_B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B.</w:t>
                </w:r>
              </w:sdtContent>
            </w:sdt>
          </w:p>
        </w:tc>
      </w:tr>
      <w:tr>
        <w:trPr>
          <w:cantSplit/>
        </w:trPr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C. </w:t>
            </w:r>
            <w:sdt>
              <w:sdtPr>
                <w:tag w:val="Q_09_C"/>
                <w:alias w:val="Q_09_C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C.</w:t>
                </w:r>
              </w:sdtContent>
            </w:sdt>
          </w:p>
        </w:tc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D. </w:t>
            </w:r>
            <w:sdt>
              <w:sdtPr>
                <w:tag w:val="Q_09_D"/>
                <w:alias w:val="Q_09_D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D.</w:t>
                </w:r>
              </w:sdtContent>
            </w:sdt>
          </w:p>
        </w:tc>
      </w:tr>
    </w:tbl>
    <w:p>
      <w:pPr>
        <w:spacing w:before="0" w:after="60" w:line="24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2"/>
        <w:gridCol w:w="5102"/>
      </w:tblGrid>
      <w:tr>
        <w:trPr>
          <w:cantSplit/>
        </w:trPr>
        <w:tc>
          <w:tcPr>
            <w:tcW w:type="dxa" w:w="10318"/>
            <w:tcMar>
              <w:top w:w="70" w:type="dxa"/>
              <w:start w:w="100" w:type="dxa"/>
              <w:bottom w:w="70" w:type="dxa"/>
              <w:end w:w="100" w:type="dxa"/>
            </w:tcMar>
            <w:gridSpan w:val="2"/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  <w:shd w:fill="203646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color w:val="FFFFFF"/>
                <w:sz w:val="17"/>
              </w:rPr>
              <w:t>PREGUNTA 10</w:t>
            </w:r>
            <w:r>
              <w:rPr>
                <w:rFonts w:ascii="Arial" w:hAnsi="Arial"/>
                <w:color w:val="D6E1E5"/>
                <w:sz w:val="15"/>
              </w:rPr>
              <w:t xml:space="preserve">     Puntos: </w:t>
            </w:r>
            <w:sdt>
              <w:sdtPr>
                <w:tag w:val="PTS_10"/>
                <w:alias w:val="PTS_10"/>
                <w:text/>
              </w:sdtPr>
              <w:sdtContent>
                <w:r>
                  <w:rPr>
                    <w:rFonts w:ascii="Arial" w:hAnsi="Arial"/>
                    <w:color w:val="FFFFFF"/>
                    <w:sz w:val="15"/>
                  </w:rPr>
                  <w:t>1</w:t>
                </w:r>
              </w:sdtContent>
            </w:sdt>
          </w:p>
        </w:tc>
      </w:tr>
      <w:tr>
        <w:trPr>
          <w:cantSplit/>
        </w:trPr>
        <w:tc>
          <w:tcPr>
            <w:tcW w:type="dxa" w:w="10318"/>
            <w:tcMar>
              <w:top w:w="70" w:type="dxa"/>
              <w:start w:w="100" w:type="dxa"/>
              <w:bottom w:w="70" w:type="dxa"/>
              <w:end w:w="100" w:type="dxa"/>
            </w:tcMar>
            <w:gridSpan w:val="2"/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sdt>
              <w:sdtPr>
                <w:tag w:val="Q_10"/>
                <w:alias w:val="Q_10"/>
                <w:text/>
              </w:sdtPr>
              <w:sdtContent>
                <w:r>
                  <w:rPr>
                    <w:rFonts w:ascii="Arial" w:hAnsi="Arial"/>
                    <w:b/>
                    <w:color w:val="18252E"/>
                    <w:sz w:val="21"/>
                  </w:rPr>
                  <w:t>Escribe aquí el enunciado de la pregunta.</w:t>
                </w:r>
              </w:sdtContent>
            </w:sdt>
          </w:p>
        </w:tc>
      </w:tr>
      <w:tr>
        <w:trPr>
          <w:cantSplit/>
        </w:trPr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A. </w:t>
            </w:r>
            <w:sdt>
              <w:sdtPr>
                <w:tag w:val="Q_10_A"/>
                <w:alias w:val="Q_10_A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A.</w:t>
                </w:r>
              </w:sdtContent>
            </w:sdt>
          </w:p>
        </w:tc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B. </w:t>
            </w:r>
            <w:sdt>
              <w:sdtPr>
                <w:tag w:val="Q_10_B"/>
                <w:alias w:val="Q_10_B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B.</w:t>
                </w:r>
              </w:sdtContent>
            </w:sdt>
          </w:p>
        </w:tc>
      </w:tr>
      <w:tr>
        <w:trPr>
          <w:cantSplit/>
        </w:trPr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C. </w:t>
            </w:r>
            <w:sdt>
              <w:sdtPr>
                <w:tag w:val="Q_10_C"/>
                <w:alias w:val="Q_10_C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C.</w:t>
                </w:r>
              </w:sdtContent>
            </w:sdt>
          </w:p>
        </w:tc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D. </w:t>
            </w:r>
            <w:sdt>
              <w:sdtPr>
                <w:tag w:val="Q_10_D"/>
                <w:alias w:val="Q_10_D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D.</w:t>
                </w:r>
              </w:sdtContent>
            </w:sdt>
          </w:p>
        </w:tc>
      </w:tr>
    </w:tbl>
    <w:p>
      <w:pPr>
        <w:spacing w:before="0" w:after="60" w:line="24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2"/>
        <w:gridCol w:w="5102"/>
      </w:tblGrid>
      <w:tr>
        <w:trPr>
          <w:cantSplit/>
        </w:trPr>
        <w:tc>
          <w:tcPr>
            <w:tcW w:type="dxa" w:w="10318"/>
            <w:tcMar>
              <w:top w:w="70" w:type="dxa"/>
              <w:start w:w="100" w:type="dxa"/>
              <w:bottom w:w="70" w:type="dxa"/>
              <w:end w:w="100" w:type="dxa"/>
            </w:tcMar>
            <w:gridSpan w:val="2"/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  <w:shd w:fill="203646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color w:val="FFFFFF"/>
                <w:sz w:val="17"/>
              </w:rPr>
              <w:t>PREGUNTA 11</w:t>
            </w:r>
            <w:r>
              <w:rPr>
                <w:rFonts w:ascii="Arial" w:hAnsi="Arial"/>
                <w:color w:val="D6E1E5"/>
                <w:sz w:val="15"/>
              </w:rPr>
              <w:t xml:space="preserve">     Puntos: </w:t>
            </w:r>
            <w:sdt>
              <w:sdtPr>
                <w:tag w:val="PTS_11"/>
                <w:alias w:val="PTS_11"/>
                <w:text/>
              </w:sdtPr>
              <w:sdtContent>
                <w:r>
                  <w:rPr>
                    <w:rFonts w:ascii="Arial" w:hAnsi="Arial"/>
                    <w:color w:val="FFFFFF"/>
                    <w:sz w:val="15"/>
                  </w:rPr>
                  <w:t>1</w:t>
                </w:r>
              </w:sdtContent>
            </w:sdt>
          </w:p>
        </w:tc>
      </w:tr>
      <w:tr>
        <w:trPr>
          <w:cantSplit/>
        </w:trPr>
        <w:tc>
          <w:tcPr>
            <w:tcW w:type="dxa" w:w="10318"/>
            <w:tcMar>
              <w:top w:w="70" w:type="dxa"/>
              <w:start w:w="100" w:type="dxa"/>
              <w:bottom w:w="70" w:type="dxa"/>
              <w:end w:w="100" w:type="dxa"/>
            </w:tcMar>
            <w:gridSpan w:val="2"/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sdt>
              <w:sdtPr>
                <w:tag w:val="Q_11"/>
                <w:alias w:val="Q_11"/>
                <w:text/>
              </w:sdtPr>
              <w:sdtContent>
                <w:r>
                  <w:rPr>
                    <w:rFonts w:ascii="Arial" w:hAnsi="Arial"/>
                    <w:b/>
                    <w:color w:val="18252E"/>
                    <w:sz w:val="21"/>
                  </w:rPr>
                  <w:t>Escribe aquí el enunciado de la pregunta.</w:t>
                </w:r>
              </w:sdtContent>
            </w:sdt>
          </w:p>
        </w:tc>
      </w:tr>
      <w:tr>
        <w:trPr>
          <w:cantSplit/>
        </w:trPr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A. </w:t>
            </w:r>
            <w:sdt>
              <w:sdtPr>
                <w:tag w:val="Q_11_A"/>
                <w:alias w:val="Q_11_A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A.</w:t>
                </w:r>
              </w:sdtContent>
            </w:sdt>
          </w:p>
        </w:tc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B. </w:t>
            </w:r>
            <w:sdt>
              <w:sdtPr>
                <w:tag w:val="Q_11_B"/>
                <w:alias w:val="Q_11_B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B.</w:t>
                </w:r>
              </w:sdtContent>
            </w:sdt>
          </w:p>
        </w:tc>
      </w:tr>
      <w:tr>
        <w:trPr>
          <w:cantSplit/>
        </w:trPr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C. </w:t>
            </w:r>
            <w:sdt>
              <w:sdtPr>
                <w:tag w:val="Q_11_C"/>
                <w:alias w:val="Q_11_C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C.</w:t>
                </w:r>
              </w:sdtContent>
            </w:sdt>
          </w:p>
        </w:tc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D. </w:t>
            </w:r>
            <w:sdt>
              <w:sdtPr>
                <w:tag w:val="Q_11_D"/>
                <w:alias w:val="Q_11_D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D.</w:t>
                </w:r>
              </w:sdtContent>
            </w:sdt>
          </w:p>
        </w:tc>
      </w:tr>
    </w:tbl>
    <w:p>
      <w:pPr>
        <w:spacing w:before="0" w:after="60" w:line="24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2"/>
        <w:gridCol w:w="5102"/>
      </w:tblGrid>
      <w:tr>
        <w:trPr>
          <w:cantSplit/>
        </w:trPr>
        <w:tc>
          <w:tcPr>
            <w:tcW w:type="dxa" w:w="10318"/>
            <w:tcMar>
              <w:top w:w="70" w:type="dxa"/>
              <w:start w:w="100" w:type="dxa"/>
              <w:bottom w:w="70" w:type="dxa"/>
              <w:end w:w="100" w:type="dxa"/>
            </w:tcMar>
            <w:gridSpan w:val="2"/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  <w:shd w:fill="203646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color w:val="FFFFFF"/>
                <w:sz w:val="17"/>
              </w:rPr>
              <w:t>PREGUNTA 12</w:t>
            </w:r>
            <w:r>
              <w:rPr>
                <w:rFonts w:ascii="Arial" w:hAnsi="Arial"/>
                <w:color w:val="D6E1E5"/>
                <w:sz w:val="15"/>
              </w:rPr>
              <w:t xml:space="preserve">     Puntos: </w:t>
            </w:r>
            <w:sdt>
              <w:sdtPr>
                <w:tag w:val="PTS_12"/>
                <w:alias w:val="PTS_12"/>
                <w:text/>
              </w:sdtPr>
              <w:sdtContent>
                <w:r>
                  <w:rPr>
                    <w:rFonts w:ascii="Arial" w:hAnsi="Arial"/>
                    <w:color w:val="FFFFFF"/>
                    <w:sz w:val="15"/>
                  </w:rPr>
                  <w:t>1</w:t>
                </w:r>
              </w:sdtContent>
            </w:sdt>
          </w:p>
        </w:tc>
      </w:tr>
      <w:tr>
        <w:trPr>
          <w:cantSplit/>
        </w:trPr>
        <w:tc>
          <w:tcPr>
            <w:tcW w:type="dxa" w:w="10318"/>
            <w:tcMar>
              <w:top w:w="70" w:type="dxa"/>
              <w:start w:w="100" w:type="dxa"/>
              <w:bottom w:w="70" w:type="dxa"/>
              <w:end w:w="100" w:type="dxa"/>
            </w:tcMar>
            <w:gridSpan w:val="2"/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sdt>
              <w:sdtPr>
                <w:tag w:val="Q_12"/>
                <w:alias w:val="Q_12"/>
                <w:text/>
              </w:sdtPr>
              <w:sdtContent>
                <w:r>
                  <w:rPr>
                    <w:rFonts w:ascii="Arial" w:hAnsi="Arial"/>
                    <w:b/>
                    <w:color w:val="18252E"/>
                    <w:sz w:val="21"/>
                  </w:rPr>
                  <w:t>Escribe aquí el enunciado de la pregunta.</w:t>
                </w:r>
              </w:sdtContent>
            </w:sdt>
          </w:p>
        </w:tc>
      </w:tr>
      <w:tr>
        <w:trPr>
          <w:cantSplit/>
        </w:trPr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A. </w:t>
            </w:r>
            <w:sdt>
              <w:sdtPr>
                <w:tag w:val="Q_12_A"/>
                <w:alias w:val="Q_12_A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A.</w:t>
                </w:r>
              </w:sdtContent>
            </w:sdt>
          </w:p>
        </w:tc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B. </w:t>
            </w:r>
            <w:sdt>
              <w:sdtPr>
                <w:tag w:val="Q_12_B"/>
                <w:alias w:val="Q_12_B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B.</w:t>
                </w:r>
              </w:sdtContent>
            </w:sdt>
          </w:p>
        </w:tc>
      </w:tr>
      <w:tr>
        <w:trPr>
          <w:cantSplit/>
        </w:trPr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C. </w:t>
            </w:r>
            <w:sdt>
              <w:sdtPr>
                <w:tag w:val="Q_12_C"/>
                <w:alias w:val="Q_12_C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C.</w:t>
                </w:r>
              </w:sdtContent>
            </w:sdt>
          </w:p>
        </w:tc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D. </w:t>
            </w:r>
            <w:sdt>
              <w:sdtPr>
                <w:tag w:val="Q_12_D"/>
                <w:alias w:val="Q_12_D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D.</w:t>
                </w:r>
              </w:sdtContent>
            </w:sdt>
          </w:p>
        </w:tc>
      </w:tr>
    </w:tbl>
    <w:p>
      <w:pPr>
        <w:spacing w:before="0" w:after="60" w:line="240" w:lineRule="auto"/>
      </w:pPr>
    </w:p>
    <w:p>
      <w:r>
        <w:br w:type="page"/>
      </w:r>
    </w:p>
    <w:p>
      <w:pPr>
        <w:spacing w:before="0" w:after="60" w:line="240" w:lineRule="auto"/>
        <w:pBdr>
          <w:bottom w:val="single" w:sz="7" w:space="1" w:color="DCE5E7"/>
        </w:pBdr>
      </w:pPr>
      <w:r>
        <w:rPr>
          <w:rFonts w:ascii="Arial" w:hAnsi="Arial"/>
          <w:b/>
          <w:color w:val="5F6D75"/>
          <w:sz w:val="16"/>
        </w:rPr>
        <w:t>PREGUNTAS 13–16</w:t>
      </w:r>
    </w:p>
    <w:p>
      <w:pPr>
        <w:spacing w:before="0" w:after="20" w:line="24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2"/>
        <w:gridCol w:w="5102"/>
      </w:tblGrid>
      <w:tr>
        <w:trPr>
          <w:cantSplit/>
        </w:trPr>
        <w:tc>
          <w:tcPr>
            <w:tcW w:type="dxa" w:w="10318"/>
            <w:tcMar>
              <w:top w:w="70" w:type="dxa"/>
              <w:start w:w="100" w:type="dxa"/>
              <w:bottom w:w="70" w:type="dxa"/>
              <w:end w:w="100" w:type="dxa"/>
            </w:tcMar>
            <w:gridSpan w:val="2"/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  <w:shd w:fill="203646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color w:val="FFFFFF"/>
                <w:sz w:val="17"/>
              </w:rPr>
              <w:t>PREGUNTA 13</w:t>
            </w:r>
            <w:r>
              <w:rPr>
                <w:rFonts w:ascii="Arial" w:hAnsi="Arial"/>
                <w:color w:val="D6E1E5"/>
                <w:sz w:val="15"/>
              </w:rPr>
              <w:t xml:space="preserve">     Puntos: </w:t>
            </w:r>
            <w:sdt>
              <w:sdtPr>
                <w:tag w:val="PTS_13"/>
                <w:alias w:val="PTS_13"/>
                <w:text/>
              </w:sdtPr>
              <w:sdtContent>
                <w:r>
                  <w:rPr>
                    <w:rFonts w:ascii="Arial" w:hAnsi="Arial"/>
                    <w:color w:val="FFFFFF"/>
                    <w:sz w:val="15"/>
                  </w:rPr>
                  <w:t>1</w:t>
                </w:r>
              </w:sdtContent>
            </w:sdt>
          </w:p>
        </w:tc>
      </w:tr>
      <w:tr>
        <w:trPr>
          <w:cantSplit/>
        </w:trPr>
        <w:tc>
          <w:tcPr>
            <w:tcW w:type="dxa" w:w="10318"/>
            <w:tcMar>
              <w:top w:w="70" w:type="dxa"/>
              <w:start w:w="100" w:type="dxa"/>
              <w:bottom w:w="70" w:type="dxa"/>
              <w:end w:w="100" w:type="dxa"/>
            </w:tcMar>
            <w:gridSpan w:val="2"/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sdt>
              <w:sdtPr>
                <w:tag w:val="Q_13"/>
                <w:alias w:val="Q_13"/>
                <w:text/>
              </w:sdtPr>
              <w:sdtContent>
                <w:r>
                  <w:rPr>
                    <w:rFonts w:ascii="Arial" w:hAnsi="Arial"/>
                    <w:b/>
                    <w:color w:val="18252E"/>
                    <w:sz w:val="21"/>
                  </w:rPr>
                  <w:t>Escribe aquí el enunciado de la pregunta.</w:t>
                </w:r>
              </w:sdtContent>
            </w:sdt>
          </w:p>
        </w:tc>
      </w:tr>
      <w:tr>
        <w:trPr>
          <w:cantSplit/>
        </w:trPr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A. </w:t>
            </w:r>
            <w:sdt>
              <w:sdtPr>
                <w:tag w:val="Q_13_A"/>
                <w:alias w:val="Q_13_A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A.</w:t>
                </w:r>
              </w:sdtContent>
            </w:sdt>
          </w:p>
        </w:tc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B. </w:t>
            </w:r>
            <w:sdt>
              <w:sdtPr>
                <w:tag w:val="Q_13_B"/>
                <w:alias w:val="Q_13_B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B.</w:t>
                </w:r>
              </w:sdtContent>
            </w:sdt>
          </w:p>
        </w:tc>
      </w:tr>
      <w:tr>
        <w:trPr>
          <w:cantSplit/>
        </w:trPr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C. </w:t>
            </w:r>
            <w:sdt>
              <w:sdtPr>
                <w:tag w:val="Q_13_C"/>
                <w:alias w:val="Q_13_C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C.</w:t>
                </w:r>
              </w:sdtContent>
            </w:sdt>
          </w:p>
        </w:tc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D. </w:t>
            </w:r>
            <w:sdt>
              <w:sdtPr>
                <w:tag w:val="Q_13_D"/>
                <w:alias w:val="Q_13_D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D.</w:t>
                </w:r>
              </w:sdtContent>
            </w:sdt>
          </w:p>
        </w:tc>
      </w:tr>
    </w:tbl>
    <w:p>
      <w:pPr>
        <w:spacing w:before="0" w:after="60" w:line="24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2"/>
        <w:gridCol w:w="5102"/>
      </w:tblGrid>
      <w:tr>
        <w:trPr>
          <w:cantSplit/>
        </w:trPr>
        <w:tc>
          <w:tcPr>
            <w:tcW w:type="dxa" w:w="10318"/>
            <w:tcMar>
              <w:top w:w="70" w:type="dxa"/>
              <w:start w:w="100" w:type="dxa"/>
              <w:bottom w:w="70" w:type="dxa"/>
              <w:end w:w="100" w:type="dxa"/>
            </w:tcMar>
            <w:gridSpan w:val="2"/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  <w:shd w:fill="203646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color w:val="FFFFFF"/>
                <w:sz w:val="17"/>
              </w:rPr>
              <w:t>PREGUNTA 14</w:t>
            </w:r>
            <w:r>
              <w:rPr>
                <w:rFonts w:ascii="Arial" w:hAnsi="Arial"/>
                <w:color w:val="D6E1E5"/>
                <w:sz w:val="15"/>
              </w:rPr>
              <w:t xml:space="preserve">     Puntos: </w:t>
            </w:r>
            <w:sdt>
              <w:sdtPr>
                <w:tag w:val="PTS_14"/>
                <w:alias w:val="PTS_14"/>
                <w:text/>
              </w:sdtPr>
              <w:sdtContent>
                <w:r>
                  <w:rPr>
                    <w:rFonts w:ascii="Arial" w:hAnsi="Arial"/>
                    <w:color w:val="FFFFFF"/>
                    <w:sz w:val="15"/>
                  </w:rPr>
                  <w:t>1</w:t>
                </w:r>
              </w:sdtContent>
            </w:sdt>
          </w:p>
        </w:tc>
      </w:tr>
      <w:tr>
        <w:trPr>
          <w:cantSplit/>
        </w:trPr>
        <w:tc>
          <w:tcPr>
            <w:tcW w:type="dxa" w:w="10318"/>
            <w:tcMar>
              <w:top w:w="70" w:type="dxa"/>
              <w:start w:w="100" w:type="dxa"/>
              <w:bottom w:w="70" w:type="dxa"/>
              <w:end w:w="100" w:type="dxa"/>
            </w:tcMar>
            <w:gridSpan w:val="2"/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sdt>
              <w:sdtPr>
                <w:tag w:val="Q_14"/>
                <w:alias w:val="Q_14"/>
                <w:text/>
              </w:sdtPr>
              <w:sdtContent>
                <w:r>
                  <w:rPr>
                    <w:rFonts w:ascii="Arial" w:hAnsi="Arial"/>
                    <w:b/>
                    <w:color w:val="18252E"/>
                    <w:sz w:val="21"/>
                  </w:rPr>
                  <w:t>Escribe aquí el enunciado de la pregunta.</w:t>
                </w:r>
              </w:sdtContent>
            </w:sdt>
          </w:p>
        </w:tc>
      </w:tr>
      <w:tr>
        <w:trPr>
          <w:cantSplit/>
        </w:trPr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A. </w:t>
            </w:r>
            <w:sdt>
              <w:sdtPr>
                <w:tag w:val="Q_14_A"/>
                <w:alias w:val="Q_14_A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A.</w:t>
                </w:r>
              </w:sdtContent>
            </w:sdt>
          </w:p>
        </w:tc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B. </w:t>
            </w:r>
            <w:sdt>
              <w:sdtPr>
                <w:tag w:val="Q_14_B"/>
                <w:alias w:val="Q_14_B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B.</w:t>
                </w:r>
              </w:sdtContent>
            </w:sdt>
          </w:p>
        </w:tc>
      </w:tr>
      <w:tr>
        <w:trPr>
          <w:cantSplit/>
        </w:trPr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C. </w:t>
            </w:r>
            <w:sdt>
              <w:sdtPr>
                <w:tag w:val="Q_14_C"/>
                <w:alias w:val="Q_14_C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C.</w:t>
                </w:r>
              </w:sdtContent>
            </w:sdt>
          </w:p>
        </w:tc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D. </w:t>
            </w:r>
            <w:sdt>
              <w:sdtPr>
                <w:tag w:val="Q_14_D"/>
                <w:alias w:val="Q_14_D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D.</w:t>
                </w:r>
              </w:sdtContent>
            </w:sdt>
          </w:p>
        </w:tc>
      </w:tr>
    </w:tbl>
    <w:p>
      <w:pPr>
        <w:spacing w:before="0" w:after="60" w:line="24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2"/>
        <w:gridCol w:w="5102"/>
      </w:tblGrid>
      <w:tr>
        <w:trPr>
          <w:cantSplit/>
        </w:trPr>
        <w:tc>
          <w:tcPr>
            <w:tcW w:type="dxa" w:w="10318"/>
            <w:tcMar>
              <w:top w:w="70" w:type="dxa"/>
              <w:start w:w="100" w:type="dxa"/>
              <w:bottom w:w="70" w:type="dxa"/>
              <w:end w:w="100" w:type="dxa"/>
            </w:tcMar>
            <w:gridSpan w:val="2"/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  <w:shd w:fill="203646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color w:val="FFFFFF"/>
                <w:sz w:val="17"/>
              </w:rPr>
              <w:t>PREGUNTA 15</w:t>
            </w:r>
            <w:r>
              <w:rPr>
                <w:rFonts w:ascii="Arial" w:hAnsi="Arial"/>
                <w:color w:val="D6E1E5"/>
                <w:sz w:val="15"/>
              </w:rPr>
              <w:t xml:space="preserve">     Puntos: </w:t>
            </w:r>
            <w:sdt>
              <w:sdtPr>
                <w:tag w:val="PTS_15"/>
                <w:alias w:val="PTS_15"/>
                <w:text/>
              </w:sdtPr>
              <w:sdtContent>
                <w:r>
                  <w:rPr>
                    <w:rFonts w:ascii="Arial" w:hAnsi="Arial"/>
                    <w:color w:val="FFFFFF"/>
                    <w:sz w:val="15"/>
                  </w:rPr>
                  <w:t>1</w:t>
                </w:r>
              </w:sdtContent>
            </w:sdt>
          </w:p>
        </w:tc>
      </w:tr>
      <w:tr>
        <w:trPr>
          <w:cantSplit/>
        </w:trPr>
        <w:tc>
          <w:tcPr>
            <w:tcW w:type="dxa" w:w="10318"/>
            <w:tcMar>
              <w:top w:w="70" w:type="dxa"/>
              <w:start w:w="100" w:type="dxa"/>
              <w:bottom w:w="70" w:type="dxa"/>
              <w:end w:w="100" w:type="dxa"/>
            </w:tcMar>
            <w:gridSpan w:val="2"/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sdt>
              <w:sdtPr>
                <w:tag w:val="Q_15"/>
                <w:alias w:val="Q_15"/>
                <w:text/>
              </w:sdtPr>
              <w:sdtContent>
                <w:r>
                  <w:rPr>
                    <w:rFonts w:ascii="Arial" w:hAnsi="Arial"/>
                    <w:b/>
                    <w:color w:val="18252E"/>
                    <w:sz w:val="21"/>
                  </w:rPr>
                  <w:t>Escribe aquí el enunciado de la pregunta.</w:t>
                </w:r>
              </w:sdtContent>
            </w:sdt>
          </w:p>
        </w:tc>
      </w:tr>
      <w:tr>
        <w:trPr>
          <w:cantSplit/>
        </w:trPr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A. </w:t>
            </w:r>
            <w:sdt>
              <w:sdtPr>
                <w:tag w:val="Q_15_A"/>
                <w:alias w:val="Q_15_A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A.</w:t>
                </w:r>
              </w:sdtContent>
            </w:sdt>
          </w:p>
        </w:tc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B. </w:t>
            </w:r>
            <w:sdt>
              <w:sdtPr>
                <w:tag w:val="Q_15_B"/>
                <w:alias w:val="Q_15_B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B.</w:t>
                </w:r>
              </w:sdtContent>
            </w:sdt>
          </w:p>
        </w:tc>
      </w:tr>
      <w:tr>
        <w:trPr>
          <w:cantSplit/>
        </w:trPr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C. </w:t>
            </w:r>
            <w:sdt>
              <w:sdtPr>
                <w:tag w:val="Q_15_C"/>
                <w:alias w:val="Q_15_C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C.</w:t>
                </w:r>
              </w:sdtContent>
            </w:sdt>
          </w:p>
        </w:tc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D. </w:t>
            </w:r>
            <w:sdt>
              <w:sdtPr>
                <w:tag w:val="Q_15_D"/>
                <w:alias w:val="Q_15_D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D.</w:t>
                </w:r>
              </w:sdtContent>
            </w:sdt>
          </w:p>
        </w:tc>
      </w:tr>
    </w:tbl>
    <w:p>
      <w:pPr>
        <w:spacing w:before="0" w:after="60" w:line="24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2"/>
        <w:gridCol w:w="5102"/>
      </w:tblGrid>
      <w:tr>
        <w:trPr>
          <w:cantSplit/>
        </w:trPr>
        <w:tc>
          <w:tcPr>
            <w:tcW w:type="dxa" w:w="10318"/>
            <w:tcMar>
              <w:top w:w="70" w:type="dxa"/>
              <w:start w:w="100" w:type="dxa"/>
              <w:bottom w:w="70" w:type="dxa"/>
              <w:end w:w="100" w:type="dxa"/>
            </w:tcMar>
            <w:gridSpan w:val="2"/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  <w:shd w:fill="203646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color w:val="FFFFFF"/>
                <w:sz w:val="17"/>
              </w:rPr>
              <w:t>PREGUNTA 16</w:t>
            </w:r>
            <w:r>
              <w:rPr>
                <w:rFonts w:ascii="Arial" w:hAnsi="Arial"/>
                <w:color w:val="D6E1E5"/>
                <w:sz w:val="15"/>
              </w:rPr>
              <w:t xml:space="preserve">     Puntos: </w:t>
            </w:r>
            <w:sdt>
              <w:sdtPr>
                <w:tag w:val="PTS_16"/>
                <w:alias w:val="PTS_16"/>
                <w:text/>
              </w:sdtPr>
              <w:sdtContent>
                <w:r>
                  <w:rPr>
                    <w:rFonts w:ascii="Arial" w:hAnsi="Arial"/>
                    <w:color w:val="FFFFFF"/>
                    <w:sz w:val="15"/>
                  </w:rPr>
                  <w:t>1</w:t>
                </w:r>
              </w:sdtContent>
            </w:sdt>
          </w:p>
        </w:tc>
      </w:tr>
      <w:tr>
        <w:trPr>
          <w:cantSplit/>
        </w:trPr>
        <w:tc>
          <w:tcPr>
            <w:tcW w:type="dxa" w:w="10318"/>
            <w:tcMar>
              <w:top w:w="70" w:type="dxa"/>
              <w:start w:w="100" w:type="dxa"/>
              <w:bottom w:w="70" w:type="dxa"/>
              <w:end w:w="100" w:type="dxa"/>
            </w:tcMar>
            <w:gridSpan w:val="2"/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sdt>
              <w:sdtPr>
                <w:tag w:val="Q_16"/>
                <w:alias w:val="Q_16"/>
                <w:text/>
              </w:sdtPr>
              <w:sdtContent>
                <w:r>
                  <w:rPr>
                    <w:rFonts w:ascii="Arial" w:hAnsi="Arial"/>
                    <w:b/>
                    <w:color w:val="18252E"/>
                    <w:sz w:val="21"/>
                  </w:rPr>
                  <w:t>Escribe aquí el enunciado de la pregunta.</w:t>
                </w:r>
              </w:sdtContent>
            </w:sdt>
          </w:p>
        </w:tc>
      </w:tr>
      <w:tr>
        <w:trPr>
          <w:cantSplit/>
        </w:trPr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A. </w:t>
            </w:r>
            <w:sdt>
              <w:sdtPr>
                <w:tag w:val="Q_16_A"/>
                <w:alias w:val="Q_16_A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A.</w:t>
                </w:r>
              </w:sdtContent>
            </w:sdt>
          </w:p>
        </w:tc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B. </w:t>
            </w:r>
            <w:sdt>
              <w:sdtPr>
                <w:tag w:val="Q_16_B"/>
                <w:alias w:val="Q_16_B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B.</w:t>
                </w:r>
              </w:sdtContent>
            </w:sdt>
          </w:p>
        </w:tc>
      </w:tr>
      <w:tr>
        <w:trPr>
          <w:cantSplit/>
        </w:trPr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C. </w:t>
            </w:r>
            <w:sdt>
              <w:sdtPr>
                <w:tag w:val="Q_16_C"/>
                <w:alias w:val="Q_16_C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C.</w:t>
                </w:r>
              </w:sdtContent>
            </w:sdt>
          </w:p>
        </w:tc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D. </w:t>
            </w:r>
            <w:sdt>
              <w:sdtPr>
                <w:tag w:val="Q_16_D"/>
                <w:alias w:val="Q_16_D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D.</w:t>
                </w:r>
              </w:sdtContent>
            </w:sdt>
          </w:p>
        </w:tc>
      </w:tr>
    </w:tbl>
    <w:p>
      <w:pPr>
        <w:spacing w:before="0" w:after="60" w:line="240" w:lineRule="auto"/>
      </w:pPr>
    </w:p>
    <w:p>
      <w:r>
        <w:br w:type="page"/>
      </w:r>
    </w:p>
    <w:p>
      <w:pPr>
        <w:spacing w:before="0" w:after="60" w:line="240" w:lineRule="auto"/>
        <w:pBdr>
          <w:bottom w:val="single" w:sz="7" w:space="1" w:color="DCE5E7"/>
        </w:pBdr>
      </w:pPr>
      <w:r>
        <w:rPr>
          <w:rFonts w:ascii="Arial" w:hAnsi="Arial"/>
          <w:b/>
          <w:color w:val="5F6D75"/>
          <w:sz w:val="16"/>
        </w:rPr>
        <w:t>PREGUNTAS 17–20</w:t>
      </w:r>
    </w:p>
    <w:p>
      <w:pPr>
        <w:spacing w:before="0" w:after="20" w:line="24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2"/>
        <w:gridCol w:w="5102"/>
      </w:tblGrid>
      <w:tr>
        <w:trPr>
          <w:cantSplit/>
        </w:trPr>
        <w:tc>
          <w:tcPr>
            <w:tcW w:type="dxa" w:w="10318"/>
            <w:tcMar>
              <w:top w:w="70" w:type="dxa"/>
              <w:start w:w="100" w:type="dxa"/>
              <w:bottom w:w="70" w:type="dxa"/>
              <w:end w:w="100" w:type="dxa"/>
            </w:tcMar>
            <w:gridSpan w:val="2"/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  <w:shd w:fill="203646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color w:val="FFFFFF"/>
                <w:sz w:val="17"/>
              </w:rPr>
              <w:t>PREGUNTA 17</w:t>
            </w:r>
            <w:r>
              <w:rPr>
                <w:rFonts w:ascii="Arial" w:hAnsi="Arial"/>
                <w:color w:val="D6E1E5"/>
                <w:sz w:val="15"/>
              </w:rPr>
              <w:t xml:space="preserve">     Puntos: </w:t>
            </w:r>
            <w:sdt>
              <w:sdtPr>
                <w:tag w:val="PTS_17"/>
                <w:alias w:val="PTS_17"/>
                <w:text/>
              </w:sdtPr>
              <w:sdtContent>
                <w:r>
                  <w:rPr>
                    <w:rFonts w:ascii="Arial" w:hAnsi="Arial"/>
                    <w:color w:val="FFFFFF"/>
                    <w:sz w:val="15"/>
                  </w:rPr>
                  <w:t>1</w:t>
                </w:r>
              </w:sdtContent>
            </w:sdt>
          </w:p>
        </w:tc>
      </w:tr>
      <w:tr>
        <w:trPr>
          <w:cantSplit/>
        </w:trPr>
        <w:tc>
          <w:tcPr>
            <w:tcW w:type="dxa" w:w="10318"/>
            <w:tcMar>
              <w:top w:w="70" w:type="dxa"/>
              <w:start w:w="100" w:type="dxa"/>
              <w:bottom w:w="70" w:type="dxa"/>
              <w:end w:w="100" w:type="dxa"/>
            </w:tcMar>
            <w:gridSpan w:val="2"/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sdt>
              <w:sdtPr>
                <w:tag w:val="Q_17"/>
                <w:alias w:val="Q_17"/>
                <w:text/>
              </w:sdtPr>
              <w:sdtContent>
                <w:r>
                  <w:rPr>
                    <w:rFonts w:ascii="Arial" w:hAnsi="Arial"/>
                    <w:b/>
                    <w:color w:val="18252E"/>
                    <w:sz w:val="21"/>
                  </w:rPr>
                  <w:t>Escribe aquí el enunciado de la pregunta.</w:t>
                </w:r>
              </w:sdtContent>
            </w:sdt>
          </w:p>
        </w:tc>
      </w:tr>
      <w:tr>
        <w:trPr>
          <w:cantSplit/>
        </w:trPr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A. </w:t>
            </w:r>
            <w:sdt>
              <w:sdtPr>
                <w:tag w:val="Q_17_A"/>
                <w:alias w:val="Q_17_A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A.</w:t>
                </w:r>
              </w:sdtContent>
            </w:sdt>
          </w:p>
        </w:tc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B. </w:t>
            </w:r>
            <w:sdt>
              <w:sdtPr>
                <w:tag w:val="Q_17_B"/>
                <w:alias w:val="Q_17_B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B.</w:t>
                </w:r>
              </w:sdtContent>
            </w:sdt>
          </w:p>
        </w:tc>
      </w:tr>
      <w:tr>
        <w:trPr>
          <w:cantSplit/>
        </w:trPr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C. </w:t>
            </w:r>
            <w:sdt>
              <w:sdtPr>
                <w:tag w:val="Q_17_C"/>
                <w:alias w:val="Q_17_C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C.</w:t>
                </w:r>
              </w:sdtContent>
            </w:sdt>
          </w:p>
        </w:tc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D. </w:t>
            </w:r>
            <w:sdt>
              <w:sdtPr>
                <w:tag w:val="Q_17_D"/>
                <w:alias w:val="Q_17_D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D.</w:t>
                </w:r>
              </w:sdtContent>
            </w:sdt>
          </w:p>
        </w:tc>
      </w:tr>
    </w:tbl>
    <w:p>
      <w:pPr>
        <w:spacing w:before="0" w:after="60" w:line="24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2"/>
        <w:gridCol w:w="5102"/>
      </w:tblGrid>
      <w:tr>
        <w:trPr>
          <w:cantSplit/>
        </w:trPr>
        <w:tc>
          <w:tcPr>
            <w:tcW w:type="dxa" w:w="10318"/>
            <w:tcMar>
              <w:top w:w="70" w:type="dxa"/>
              <w:start w:w="100" w:type="dxa"/>
              <w:bottom w:w="70" w:type="dxa"/>
              <w:end w:w="100" w:type="dxa"/>
            </w:tcMar>
            <w:gridSpan w:val="2"/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  <w:shd w:fill="203646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color w:val="FFFFFF"/>
                <w:sz w:val="17"/>
              </w:rPr>
              <w:t>PREGUNTA 18</w:t>
            </w:r>
            <w:r>
              <w:rPr>
                <w:rFonts w:ascii="Arial" w:hAnsi="Arial"/>
                <w:color w:val="D6E1E5"/>
                <w:sz w:val="15"/>
              </w:rPr>
              <w:t xml:space="preserve">     Puntos: </w:t>
            </w:r>
            <w:sdt>
              <w:sdtPr>
                <w:tag w:val="PTS_18"/>
                <w:alias w:val="PTS_18"/>
                <w:text/>
              </w:sdtPr>
              <w:sdtContent>
                <w:r>
                  <w:rPr>
                    <w:rFonts w:ascii="Arial" w:hAnsi="Arial"/>
                    <w:color w:val="FFFFFF"/>
                    <w:sz w:val="15"/>
                  </w:rPr>
                  <w:t>1</w:t>
                </w:r>
              </w:sdtContent>
            </w:sdt>
          </w:p>
        </w:tc>
      </w:tr>
      <w:tr>
        <w:trPr>
          <w:cantSplit/>
        </w:trPr>
        <w:tc>
          <w:tcPr>
            <w:tcW w:type="dxa" w:w="10318"/>
            <w:tcMar>
              <w:top w:w="70" w:type="dxa"/>
              <w:start w:w="100" w:type="dxa"/>
              <w:bottom w:w="70" w:type="dxa"/>
              <w:end w:w="100" w:type="dxa"/>
            </w:tcMar>
            <w:gridSpan w:val="2"/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sdt>
              <w:sdtPr>
                <w:tag w:val="Q_18"/>
                <w:alias w:val="Q_18"/>
                <w:text/>
              </w:sdtPr>
              <w:sdtContent>
                <w:r>
                  <w:rPr>
                    <w:rFonts w:ascii="Arial" w:hAnsi="Arial"/>
                    <w:b/>
                    <w:color w:val="18252E"/>
                    <w:sz w:val="21"/>
                  </w:rPr>
                  <w:t>Escribe aquí el enunciado de la pregunta.</w:t>
                </w:r>
              </w:sdtContent>
            </w:sdt>
          </w:p>
        </w:tc>
      </w:tr>
      <w:tr>
        <w:trPr>
          <w:cantSplit/>
        </w:trPr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A. </w:t>
            </w:r>
            <w:sdt>
              <w:sdtPr>
                <w:tag w:val="Q_18_A"/>
                <w:alias w:val="Q_18_A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A.</w:t>
                </w:r>
              </w:sdtContent>
            </w:sdt>
          </w:p>
        </w:tc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B. </w:t>
            </w:r>
            <w:sdt>
              <w:sdtPr>
                <w:tag w:val="Q_18_B"/>
                <w:alias w:val="Q_18_B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B.</w:t>
                </w:r>
              </w:sdtContent>
            </w:sdt>
          </w:p>
        </w:tc>
      </w:tr>
      <w:tr>
        <w:trPr>
          <w:cantSplit/>
        </w:trPr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C. </w:t>
            </w:r>
            <w:sdt>
              <w:sdtPr>
                <w:tag w:val="Q_18_C"/>
                <w:alias w:val="Q_18_C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C.</w:t>
                </w:r>
              </w:sdtContent>
            </w:sdt>
          </w:p>
        </w:tc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D. </w:t>
            </w:r>
            <w:sdt>
              <w:sdtPr>
                <w:tag w:val="Q_18_D"/>
                <w:alias w:val="Q_18_D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D.</w:t>
                </w:r>
              </w:sdtContent>
            </w:sdt>
          </w:p>
        </w:tc>
      </w:tr>
    </w:tbl>
    <w:p>
      <w:pPr>
        <w:spacing w:before="0" w:after="60" w:line="24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2"/>
        <w:gridCol w:w="5102"/>
      </w:tblGrid>
      <w:tr>
        <w:trPr>
          <w:cantSplit/>
        </w:trPr>
        <w:tc>
          <w:tcPr>
            <w:tcW w:type="dxa" w:w="10318"/>
            <w:tcMar>
              <w:top w:w="70" w:type="dxa"/>
              <w:start w:w="100" w:type="dxa"/>
              <w:bottom w:w="70" w:type="dxa"/>
              <w:end w:w="100" w:type="dxa"/>
            </w:tcMar>
            <w:gridSpan w:val="2"/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  <w:shd w:fill="203646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color w:val="FFFFFF"/>
                <w:sz w:val="17"/>
              </w:rPr>
              <w:t>PREGUNTA 19</w:t>
            </w:r>
            <w:r>
              <w:rPr>
                <w:rFonts w:ascii="Arial" w:hAnsi="Arial"/>
                <w:color w:val="D6E1E5"/>
                <w:sz w:val="15"/>
              </w:rPr>
              <w:t xml:space="preserve">     Puntos: </w:t>
            </w:r>
            <w:sdt>
              <w:sdtPr>
                <w:tag w:val="PTS_19"/>
                <w:alias w:val="PTS_19"/>
                <w:text/>
              </w:sdtPr>
              <w:sdtContent>
                <w:r>
                  <w:rPr>
                    <w:rFonts w:ascii="Arial" w:hAnsi="Arial"/>
                    <w:color w:val="FFFFFF"/>
                    <w:sz w:val="15"/>
                  </w:rPr>
                  <w:t>1</w:t>
                </w:r>
              </w:sdtContent>
            </w:sdt>
          </w:p>
        </w:tc>
      </w:tr>
      <w:tr>
        <w:trPr>
          <w:cantSplit/>
        </w:trPr>
        <w:tc>
          <w:tcPr>
            <w:tcW w:type="dxa" w:w="10318"/>
            <w:tcMar>
              <w:top w:w="70" w:type="dxa"/>
              <w:start w:w="100" w:type="dxa"/>
              <w:bottom w:w="70" w:type="dxa"/>
              <w:end w:w="100" w:type="dxa"/>
            </w:tcMar>
            <w:gridSpan w:val="2"/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sdt>
              <w:sdtPr>
                <w:tag w:val="Q_19"/>
                <w:alias w:val="Q_19"/>
                <w:text/>
              </w:sdtPr>
              <w:sdtContent>
                <w:r>
                  <w:rPr>
                    <w:rFonts w:ascii="Arial" w:hAnsi="Arial"/>
                    <w:b/>
                    <w:color w:val="18252E"/>
                    <w:sz w:val="21"/>
                  </w:rPr>
                  <w:t>Escribe aquí el enunciado de la pregunta.</w:t>
                </w:r>
              </w:sdtContent>
            </w:sdt>
          </w:p>
        </w:tc>
      </w:tr>
      <w:tr>
        <w:trPr>
          <w:cantSplit/>
        </w:trPr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A. </w:t>
            </w:r>
            <w:sdt>
              <w:sdtPr>
                <w:tag w:val="Q_19_A"/>
                <w:alias w:val="Q_19_A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A.</w:t>
                </w:r>
              </w:sdtContent>
            </w:sdt>
          </w:p>
        </w:tc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B. </w:t>
            </w:r>
            <w:sdt>
              <w:sdtPr>
                <w:tag w:val="Q_19_B"/>
                <w:alias w:val="Q_19_B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B.</w:t>
                </w:r>
              </w:sdtContent>
            </w:sdt>
          </w:p>
        </w:tc>
      </w:tr>
      <w:tr>
        <w:trPr>
          <w:cantSplit/>
        </w:trPr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C. </w:t>
            </w:r>
            <w:sdt>
              <w:sdtPr>
                <w:tag w:val="Q_19_C"/>
                <w:alias w:val="Q_19_C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C.</w:t>
                </w:r>
              </w:sdtContent>
            </w:sdt>
          </w:p>
        </w:tc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D. </w:t>
            </w:r>
            <w:sdt>
              <w:sdtPr>
                <w:tag w:val="Q_19_D"/>
                <w:alias w:val="Q_19_D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D.</w:t>
                </w:r>
              </w:sdtContent>
            </w:sdt>
          </w:p>
        </w:tc>
      </w:tr>
    </w:tbl>
    <w:p>
      <w:pPr>
        <w:spacing w:before="0" w:after="60" w:line="24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2"/>
        <w:gridCol w:w="5102"/>
      </w:tblGrid>
      <w:tr>
        <w:trPr>
          <w:cantSplit/>
        </w:trPr>
        <w:tc>
          <w:tcPr>
            <w:tcW w:type="dxa" w:w="10318"/>
            <w:tcMar>
              <w:top w:w="70" w:type="dxa"/>
              <w:start w:w="100" w:type="dxa"/>
              <w:bottom w:w="70" w:type="dxa"/>
              <w:end w:w="100" w:type="dxa"/>
            </w:tcMar>
            <w:gridSpan w:val="2"/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  <w:shd w:fill="203646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color w:val="FFFFFF"/>
                <w:sz w:val="17"/>
              </w:rPr>
              <w:t>PREGUNTA 20</w:t>
            </w:r>
            <w:r>
              <w:rPr>
                <w:rFonts w:ascii="Arial" w:hAnsi="Arial"/>
                <w:color w:val="D6E1E5"/>
                <w:sz w:val="15"/>
              </w:rPr>
              <w:t xml:space="preserve">     Puntos: </w:t>
            </w:r>
            <w:sdt>
              <w:sdtPr>
                <w:tag w:val="PTS_20"/>
                <w:alias w:val="PTS_20"/>
                <w:text/>
              </w:sdtPr>
              <w:sdtContent>
                <w:r>
                  <w:rPr>
                    <w:rFonts w:ascii="Arial" w:hAnsi="Arial"/>
                    <w:color w:val="FFFFFF"/>
                    <w:sz w:val="15"/>
                  </w:rPr>
                  <w:t>1</w:t>
                </w:r>
              </w:sdtContent>
            </w:sdt>
          </w:p>
        </w:tc>
      </w:tr>
      <w:tr>
        <w:trPr>
          <w:cantSplit/>
        </w:trPr>
        <w:tc>
          <w:tcPr>
            <w:tcW w:type="dxa" w:w="10318"/>
            <w:tcMar>
              <w:top w:w="70" w:type="dxa"/>
              <w:start w:w="100" w:type="dxa"/>
              <w:bottom w:w="70" w:type="dxa"/>
              <w:end w:w="100" w:type="dxa"/>
            </w:tcMar>
            <w:gridSpan w:val="2"/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sdt>
              <w:sdtPr>
                <w:tag w:val="Q_20"/>
                <w:alias w:val="Q_20"/>
                <w:text/>
              </w:sdtPr>
              <w:sdtContent>
                <w:r>
                  <w:rPr>
                    <w:rFonts w:ascii="Arial" w:hAnsi="Arial"/>
                    <w:b/>
                    <w:color w:val="18252E"/>
                    <w:sz w:val="21"/>
                  </w:rPr>
                  <w:t>Escribe aquí el enunciado de la pregunta.</w:t>
                </w:r>
              </w:sdtContent>
            </w:sdt>
          </w:p>
        </w:tc>
      </w:tr>
      <w:tr>
        <w:trPr>
          <w:cantSplit/>
        </w:trPr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A. </w:t>
            </w:r>
            <w:sdt>
              <w:sdtPr>
                <w:tag w:val="Q_20_A"/>
                <w:alias w:val="Q_20_A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A.</w:t>
                </w:r>
              </w:sdtContent>
            </w:sdt>
          </w:p>
        </w:tc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B. </w:t>
            </w:r>
            <w:sdt>
              <w:sdtPr>
                <w:tag w:val="Q_20_B"/>
                <w:alias w:val="Q_20_B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B.</w:t>
                </w:r>
              </w:sdtContent>
            </w:sdt>
          </w:p>
        </w:tc>
      </w:tr>
      <w:tr>
        <w:trPr>
          <w:cantSplit/>
        </w:trPr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C. </w:t>
            </w:r>
            <w:sdt>
              <w:sdtPr>
                <w:tag w:val="Q_20_C"/>
                <w:alias w:val="Q_20_C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C.</w:t>
                </w:r>
              </w:sdtContent>
            </w:sdt>
          </w:p>
        </w:tc>
        <w:tc>
          <w:tcPr>
            <w:tcW w:type="dxa" w:w="5159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6" w:color="DCE5E7"/>
              <w:left w:val="single" w:sz="6" w:color="DCE5E7"/>
              <w:bottom w:val="single" w:sz="6" w:color="DCE5E7"/>
              <w:right w:val="single" w:sz="6" w:color="DCE5E7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color w:val="2F6F73"/>
                <w:sz w:val="20"/>
              </w:rPr>
              <w:t xml:space="preserve">□  </w:t>
            </w:r>
            <w:r>
              <w:rPr>
                <w:rFonts w:ascii="Arial" w:hAnsi="Arial"/>
                <w:b/>
                <w:color w:val="2F6F73"/>
                <w:sz w:val="19"/>
              </w:rPr>
              <w:t xml:space="preserve">D. </w:t>
            </w:r>
            <w:sdt>
              <w:sdtPr>
                <w:tag w:val="Q_20_D"/>
                <w:alias w:val="Q_20_D"/>
                <w:text/>
              </w:sdtPr>
              <w:sdtContent>
                <w:r>
                  <w:rPr>
                    <w:rFonts w:ascii="Arial" w:hAnsi="Arial"/>
                    <w:color w:val="18252E"/>
                    <w:sz w:val="18"/>
                  </w:rPr>
                  <w:t>Escribe aquí la respuesta D.</w:t>
                </w:r>
              </w:sdtContent>
            </w:sdt>
          </w:p>
        </w:tc>
      </w:tr>
    </w:tbl>
    <w:p>
      <w:pPr>
        <w:spacing w:before="0" w:after="60" w:line="240" w:lineRule="auto"/>
      </w:pPr>
    </w:p>
    <w:p>
      <w:r>
        <w:br w:type="page"/>
      </w:r>
    </w:p>
    <w:p>
      <w:pPr>
        <w:spacing w:before="0" w:after="40" w:line="240" w:lineRule="auto"/>
      </w:pPr>
      <w:r>
        <w:rPr>
          <w:rFonts w:ascii="Arial" w:hAnsi="Arial"/>
          <w:b/>
          <w:color w:val="203646"/>
          <w:sz w:val="34"/>
        </w:rPr>
        <w:t>HOJA DE RESPUESTAS</w:t>
      </w:r>
    </w:p>
    <w:p>
      <w:pPr>
        <w:spacing w:before="0" w:after="160" w:line="240" w:lineRule="auto"/>
      </w:pPr>
      <w:r>
        <w:rPr>
          <w:rFonts w:ascii="Arial" w:hAnsi="Arial"/>
          <w:color w:val="5F6D75"/>
          <w:sz w:val="17"/>
        </w:rPr>
        <w:t>Marca una sola casilla por pregunta. Esta hoja puede imprimirse separada del cuestionario.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587"/>
        <w:gridCol w:w="4082"/>
        <w:gridCol w:w="1247"/>
        <w:gridCol w:w="3288"/>
      </w:tblGrid>
      <w:tr>
        <w:tc>
          <w:tcPr>
            <w:tcW w:type="dxa" w:w="2579"/>
            <w:tcBorders>
              <w:bottom w:val="single" w:sz="6" w:color="DCE5E7"/>
            </w:tcBorders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18252E"/>
                <w:sz w:val="17"/>
              </w:rPr>
              <w:t>NOMBRE</w:t>
            </w:r>
          </w:p>
        </w:tc>
        <w:tc>
          <w:tcPr>
            <w:tcW w:type="dxa" w:w="2579"/>
            <w:tcBorders>
              <w:bottom w:val="single" w:sz="6" w:color="DCE5E7"/>
            </w:tcBorders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 w:line="240" w:lineRule="auto"/>
            </w:pPr>
            <w:sdt>
              <w:sdtPr>
                <w:tag w:val="ALUMNO_RESP"/>
                <w:alias w:val="ALUMNO_RESP"/>
                <w:text/>
              </w:sdtPr>
              <w:sdtContent>
                <w:r>
                  <w:rPr>
                    <w:rFonts w:ascii="Arial" w:hAnsi="Arial"/>
                    <w:color w:val="18252E"/>
                    <w:sz w:val="17"/>
                  </w:rPr>
                  <w:t>Nombre y apellidos</w:t>
                </w:r>
              </w:sdtContent>
            </w:sdt>
          </w:p>
        </w:tc>
        <w:tc>
          <w:tcPr>
            <w:tcW w:type="dxa" w:w="2579"/>
            <w:tcBorders>
              <w:bottom w:val="single" w:sz="6" w:color="DCE5E7"/>
            </w:tcBorders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18252E"/>
                <w:sz w:val="17"/>
              </w:rPr>
              <w:t>FECHA</w:t>
            </w:r>
          </w:p>
        </w:tc>
        <w:tc>
          <w:tcPr>
            <w:tcW w:type="dxa" w:w="2579"/>
            <w:tcBorders>
              <w:bottom w:val="single" w:sz="6" w:color="DCE5E7"/>
            </w:tcBorders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 w:line="240" w:lineRule="auto"/>
            </w:pPr>
            <w:sdt>
              <w:sdtPr>
                <w:tag w:val="FECHA_RESP"/>
                <w:alias w:val="FECHA_RESP"/>
                <w:text/>
              </w:sdtPr>
              <w:sdtContent>
                <w:r>
                  <w:rPr>
                    <w:rFonts w:ascii="Arial" w:hAnsi="Arial"/>
                    <w:color w:val="18252E"/>
                    <w:sz w:val="17"/>
                  </w:rPr>
                  <w:t>dd/mm/aaaa</w:t>
                </w:r>
              </w:sdtContent>
            </w:sdt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2"/>
        <w:gridCol w:w="1032"/>
        <w:gridCol w:w="1032"/>
        <w:gridCol w:w="1032"/>
        <w:gridCol w:w="1032"/>
        <w:gridCol w:w="1032"/>
        <w:gridCol w:w="1032"/>
        <w:gridCol w:w="1032"/>
        <w:gridCol w:w="1032"/>
        <w:gridCol w:w="1032"/>
      </w:tblGrid>
      <w:tr>
        <w:trPr>
          <w:tblHeader w:val="true"/>
        </w:trPr>
        <w:tc>
          <w:tcPr>
            <w:tcW w:type="dxa" w:w="567"/>
            <w:shd w:fill="203646"/>
            <w:tcMar>
              <w:top w:w="80" w:type="dxa"/>
              <w:start w:w="50" w:type="dxa"/>
              <w:bottom w:w="80" w:type="dxa"/>
              <w:end w:w="5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Nº</w:t>
            </w:r>
          </w:p>
        </w:tc>
        <w:tc>
          <w:tcPr>
            <w:tcW w:type="dxa" w:w="737"/>
            <w:shd w:fill="203646"/>
            <w:tcMar>
              <w:top w:w="80" w:type="dxa"/>
              <w:start w:w="50" w:type="dxa"/>
              <w:bottom w:w="80" w:type="dxa"/>
              <w:end w:w="5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A</w:t>
            </w:r>
          </w:p>
        </w:tc>
        <w:tc>
          <w:tcPr>
            <w:tcW w:type="dxa" w:w="737"/>
            <w:shd w:fill="203646"/>
            <w:tcMar>
              <w:top w:w="80" w:type="dxa"/>
              <w:start w:w="50" w:type="dxa"/>
              <w:bottom w:w="80" w:type="dxa"/>
              <w:end w:w="5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B</w:t>
            </w:r>
          </w:p>
        </w:tc>
        <w:tc>
          <w:tcPr>
            <w:tcW w:type="dxa" w:w="737"/>
            <w:shd w:fill="203646"/>
            <w:tcMar>
              <w:top w:w="80" w:type="dxa"/>
              <w:start w:w="50" w:type="dxa"/>
              <w:bottom w:w="80" w:type="dxa"/>
              <w:end w:w="5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C</w:t>
            </w:r>
          </w:p>
        </w:tc>
        <w:tc>
          <w:tcPr>
            <w:tcW w:type="dxa" w:w="737"/>
            <w:shd w:fill="203646"/>
            <w:tcMar>
              <w:top w:w="80" w:type="dxa"/>
              <w:start w:w="50" w:type="dxa"/>
              <w:bottom w:w="80" w:type="dxa"/>
              <w:end w:w="5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D</w:t>
            </w:r>
          </w:p>
        </w:tc>
        <w:tc>
          <w:tcPr>
            <w:tcW w:type="dxa" w:w="567"/>
            <w:shd w:fill="203646"/>
            <w:tcMar>
              <w:top w:w="80" w:type="dxa"/>
              <w:start w:w="50" w:type="dxa"/>
              <w:bottom w:w="80" w:type="dxa"/>
              <w:end w:w="5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Nº</w:t>
            </w:r>
          </w:p>
        </w:tc>
        <w:tc>
          <w:tcPr>
            <w:tcW w:type="dxa" w:w="737"/>
            <w:shd w:fill="203646"/>
            <w:tcMar>
              <w:top w:w="80" w:type="dxa"/>
              <w:start w:w="50" w:type="dxa"/>
              <w:bottom w:w="80" w:type="dxa"/>
              <w:end w:w="5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A</w:t>
            </w:r>
          </w:p>
        </w:tc>
        <w:tc>
          <w:tcPr>
            <w:tcW w:type="dxa" w:w="737"/>
            <w:shd w:fill="203646"/>
            <w:tcMar>
              <w:top w:w="80" w:type="dxa"/>
              <w:start w:w="50" w:type="dxa"/>
              <w:bottom w:w="80" w:type="dxa"/>
              <w:end w:w="5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B</w:t>
            </w:r>
          </w:p>
        </w:tc>
        <w:tc>
          <w:tcPr>
            <w:tcW w:type="dxa" w:w="737"/>
            <w:shd w:fill="203646"/>
            <w:tcMar>
              <w:top w:w="80" w:type="dxa"/>
              <w:start w:w="50" w:type="dxa"/>
              <w:bottom w:w="80" w:type="dxa"/>
              <w:end w:w="5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C</w:t>
            </w:r>
          </w:p>
        </w:tc>
        <w:tc>
          <w:tcPr>
            <w:tcW w:type="dxa" w:w="737"/>
            <w:shd w:fill="203646"/>
            <w:tcMar>
              <w:top w:w="80" w:type="dxa"/>
              <w:start w:w="50" w:type="dxa"/>
              <w:bottom w:w="80" w:type="dxa"/>
              <w:end w:w="5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D</w:t>
            </w:r>
          </w:p>
        </w:tc>
      </w:tr>
      <w:tr>
        <w:tc>
          <w:tcPr>
            <w:tcW w:type="dxa" w:w="56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203646"/>
                <w:sz w:val="18"/>
              </w:rPr>
              <w:t>1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56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203646"/>
                <w:sz w:val="18"/>
              </w:rPr>
              <w:t>11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</w:tr>
      <w:tr>
        <w:tc>
          <w:tcPr>
            <w:tcW w:type="dxa" w:w="56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203646"/>
                <w:sz w:val="18"/>
              </w:rPr>
              <w:t>2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56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203646"/>
                <w:sz w:val="18"/>
              </w:rPr>
              <w:t>12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</w:tr>
      <w:tr>
        <w:tc>
          <w:tcPr>
            <w:tcW w:type="dxa" w:w="56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203646"/>
                <w:sz w:val="18"/>
              </w:rPr>
              <w:t>3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56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203646"/>
                <w:sz w:val="18"/>
              </w:rPr>
              <w:t>13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</w:tr>
      <w:tr>
        <w:tc>
          <w:tcPr>
            <w:tcW w:type="dxa" w:w="56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203646"/>
                <w:sz w:val="18"/>
              </w:rPr>
              <w:t>4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56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203646"/>
                <w:sz w:val="18"/>
              </w:rPr>
              <w:t>14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</w:tr>
      <w:tr>
        <w:tc>
          <w:tcPr>
            <w:tcW w:type="dxa" w:w="56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203646"/>
                <w:sz w:val="18"/>
              </w:rPr>
              <w:t>5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56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203646"/>
                <w:sz w:val="18"/>
              </w:rPr>
              <w:t>15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</w:tr>
      <w:tr>
        <w:tc>
          <w:tcPr>
            <w:tcW w:type="dxa" w:w="56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203646"/>
                <w:sz w:val="18"/>
              </w:rPr>
              <w:t>6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56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203646"/>
                <w:sz w:val="18"/>
              </w:rPr>
              <w:t>16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</w:tr>
      <w:tr>
        <w:tc>
          <w:tcPr>
            <w:tcW w:type="dxa" w:w="56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203646"/>
                <w:sz w:val="18"/>
              </w:rPr>
              <w:t>7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56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203646"/>
                <w:sz w:val="18"/>
              </w:rPr>
              <w:t>17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</w:tr>
      <w:tr>
        <w:tc>
          <w:tcPr>
            <w:tcW w:type="dxa" w:w="56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203646"/>
                <w:sz w:val="18"/>
              </w:rPr>
              <w:t>8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56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203646"/>
                <w:sz w:val="18"/>
              </w:rPr>
              <w:t>18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</w:tr>
      <w:tr>
        <w:tc>
          <w:tcPr>
            <w:tcW w:type="dxa" w:w="56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203646"/>
                <w:sz w:val="18"/>
              </w:rPr>
              <w:t>9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56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203646"/>
                <w:sz w:val="18"/>
              </w:rPr>
              <w:t>19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</w:tr>
      <w:tr>
        <w:tc>
          <w:tcPr>
            <w:tcW w:type="dxa" w:w="56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203646"/>
                <w:sz w:val="18"/>
              </w:rPr>
              <w:t>10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56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203646"/>
                <w:sz w:val="18"/>
              </w:rPr>
              <w:t>20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  <w:tc>
          <w:tcPr>
            <w:tcW w:type="dxa" w:w="737"/>
            <w:tcMar>
              <w:top w:w="110" w:type="dxa"/>
              <w:start w:w="35" w:type="dxa"/>
              <w:bottom w:w="110" w:type="dxa"/>
              <w:end w:w="35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2F6F73"/>
                <w:sz w:val="18"/>
              </w:rPr>
              <w:t>□</w:t>
            </w:r>
          </w:p>
        </w:tc>
      </w:tr>
    </w:tbl>
    <w:p>
      <w:pPr>
        <w:spacing w:before="200" w:after="60" w:line="240" w:lineRule="auto"/>
      </w:pPr>
      <w:r>
        <w:rPr>
          <w:rFonts w:ascii="Arial" w:hAnsi="Arial"/>
          <w:b/>
          <w:color w:val="203646"/>
          <w:sz w:val="17"/>
        </w:rPr>
        <w:t>Observaciones del participante</w:t>
      </w:r>
    </w:p>
    <w:p>
      <w:pPr>
        <w:spacing w:before="0" w:after="100" w:line="240" w:lineRule="auto"/>
        <w:pBdr>
          <w:bottom w:val="single" w:sz="6" w:space="1" w:color="DCE5E7"/>
        </w:pBdr>
      </w:pPr>
    </w:p>
    <w:p>
      <w:pPr>
        <w:spacing w:before="0" w:after="100" w:line="240" w:lineRule="auto"/>
        <w:pBdr>
          <w:bottom w:val="single" w:sz="6" w:space="1" w:color="DCE5E7"/>
        </w:pBdr>
      </w:pPr>
    </w:p>
    <w:p>
      <w:pPr>
        <w:spacing w:before="0" w:after="100" w:line="240" w:lineRule="auto"/>
        <w:pBdr>
          <w:bottom w:val="single" w:sz="6" w:space="1" w:color="DCE5E7"/>
        </w:pBdr>
      </w:pPr>
    </w:p>
    <w:p>
      <w:pPr>
        <w:spacing w:before="0" w:after="100" w:line="240" w:lineRule="auto"/>
        <w:pBdr>
          <w:bottom w:val="single" w:sz="6" w:space="1" w:color="DCE5E7"/>
        </w:pBdr>
      </w:pP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fill="F8EEEE"/>
            <w:tcBorders>
              <w:top w:val="single" w:sz="8" w:color="D8A8A8"/>
              <w:left w:val="single" w:sz="8" w:color="D8A8A8"/>
              <w:bottom w:val="single" w:sz="8" w:color="D8A8A8"/>
              <w:right w:val="single" w:sz="8" w:color="D8A8A8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9A3434"/>
                <w:sz w:val="17"/>
              </w:rPr>
              <w:t>USO DOCENTE · RETIRAR ESTA PÁGINA ANTES DE ENTREGAR EL TEST</w:t>
            </w:r>
          </w:p>
        </w:tc>
      </w:tr>
    </w:tbl>
    <w:p>
      <w:pPr>
        <w:spacing w:before="200" w:after="40" w:line="240" w:lineRule="auto"/>
      </w:pPr>
      <w:r>
        <w:rPr>
          <w:rFonts w:ascii="Arial" w:hAnsi="Arial"/>
          <w:b/>
          <w:color w:val="203646"/>
          <w:sz w:val="34"/>
        </w:rPr>
        <w:t>CLAVE DE CORRECCIÓN</w:t>
      </w:r>
    </w:p>
    <w:p>
      <w:pPr>
        <w:spacing w:before="0" w:after="160" w:line="240" w:lineRule="auto"/>
      </w:pPr>
      <w:r>
        <w:rPr>
          <w:rFonts w:ascii="Arial" w:hAnsi="Arial"/>
          <w:color w:val="5F6D75"/>
          <w:sz w:val="17"/>
        </w:rPr>
        <w:t>Define la respuesta correcta y la puntuación. Los campos pueden editarse directamente en Word.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720"/>
        <w:gridCol w:w="1720"/>
        <w:gridCol w:w="1720"/>
        <w:gridCol w:w="1720"/>
        <w:gridCol w:w="1720"/>
        <w:gridCol w:w="1720"/>
      </w:tblGrid>
      <w:tr>
        <w:tc>
          <w:tcPr>
            <w:tcW w:type="dxa" w:w="1720"/>
            <w:shd w:fill="F2F5F6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5F6D75"/>
                <w:sz w:val="16"/>
              </w:rPr>
              <w:t>Acierto</w:t>
            </w:r>
          </w:p>
        </w:tc>
        <w:tc>
          <w:tcPr>
            <w:tcW w:type="dxa" w:w="1720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spacing w:before="0" w:after="0" w:line="240" w:lineRule="auto"/>
            </w:pPr>
            <w:sdt>
              <w:sdtPr>
                <w:tag w:val="SCORE_OK"/>
                <w:alias w:val="SCORE_OK"/>
                <w:text/>
              </w:sdtPr>
              <w:sdtContent>
                <w:r>
                  <w:rPr>
                    <w:rFonts w:ascii="Arial" w:hAnsi="Arial"/>
                    <w:b w:val="0"/>
                    <w:color w:val="18252E"/>
                    <w:sz w:val="16"/>
                  </w:rPr>
                  <w:t>+1 punto</w:t>
                </w:r>
              </w:sdtContent>
            </w:sdt>
          </w:p>
        </w:tc>
        <w:tc>
          <w:tcPr>
            <w:tcW w:type="dxa" w:w="1720"/>
            <w:shd w:fill="F2F5F6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5F6D75"/>
                <w:sz w:val="16"/>
              </w:rPr>
              <w:t>Error</w:t>
            </w:r>
          </w:p>
        </w:tc>
        <w:tc>
          <w:tcPr>
            <w:tcW w:type="dxa" w:w="1720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spacing w:before="0" w:after="0" w:line="240" w:lineRule="auto"/>
            </w:pPr>
            <w:sdt>
              <w:sdtPr>
                <w:tag w:val="SCORE_BAD"/>
                <w:alias w:val="SCORE_BAD"/>
                <w:text/>
              </w:sdtPr>
              <w:sdtContent>
                <w:r>
                  <w:rPr>
                    <w:rFonts w:ascii="Arial" w:hAnsi="Arial"/>
                    <w:b w:val="0"/>
                    <w:color w:val="18252E"/>
                    <w:sz w:val="16"/>
                  </w:rPr>
                  <w:t>0 puntos</w:t>
                </w:r>
              </w:sdtContent>
            </w:sdt>
          </w:p>
        </w:tc>
        <w:tc>
          <w:tcPr>
            <w:tcW w:type="dxa" w:w="1720"/>
            <w:shd w:fill="F2F5F6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5F6D75"/>
                <w:sz w:val="16"/>
              </w:rPr>
              <w:t>En blanco</w:t>
            </w:r>
          </w:p>
        </w:tc>
        <w:tc>
          <w:tcPr>
            <w:tcW w:type="dxa" w:w="1720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spacing w:before="0" w:after="0" w:line="240" w:lineRule="auto"/>
            </w:pPr>
            <w:sdt>
              <w:sdtPr>
                <w:tag w:val="SCORE_BLANK"/>
                <w:alias w:val="SCORE_BLANK"/>
                <w:text/>
              </w:sdtPr>
              <w:sdtContent>
                <w:r>
                  <w:rPr>
                    <w:rFonts w:ascii="Arial" w:hAnsi="Arial"/>
                    <w:b w:val="0"/>
                    <w:color w:val="18252E"/>
                    <w:sz w:val="16"/>
                  </w:rPr>
                  <w:t>0 puntos</w:t>
                </w:r>
              </w:sdtContent>
            </w:sdt>
          </w:p>
        </w:tc>
      </w:tr>
      <w:tr>
        <w:tc>
          <w:tcPr>
            <w:tcW w:type="dxa" w:w="3440"/>
            <w:gridSpan w:val="2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color w:val="5F6D75"/>
                <w:sz w:val="16"/>
              </w:rPr>
              <w:t xml:space="preserve">Puntuación máxima: </w:t>
            </w:r>
            <w:sdt>
              <w:sdtPr>
                <w:tag w:val="SCORE_MAX"/>
                <w:alias w:val="SCORE_MAX"/>
                <w:text/>
              </w:sdtPr>
              <w:sdtContent>
                <w:r>
                  <w:rPr>
                    <w:rFonts w:ascii="Arial" w:hAnsi="Arial"/>
                    <w:color w:val="18252E"/>
                    <w:sz w:val="16"/>
                  </w:rPr>
                  <w:t>20 puntos</w:t>
                </w:r>
              </w:sdtContent>
            </w:sdt>
          </w:p>
        </w:tc>
        <w:tc>
          <w:tcPr>
            <w:tcW w:type="dxa" w:w="3440"/>
            <w:gridSpan w:val="2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color w:val="5F6D75"/>
                <w:sz w:val="16"/>
              </w:rPr>
              <w:t xml:space="preserve">Nota de corte: </w:t>
            </w:r>
            <w:sdt>
              <w:sdtPr>
                <w:tag w:val="PASS_MARK"/>
                <w:alias w:val="PASS_MARK"/>
                <w:text/>
              </w:sdtPr>
              <w:sdtContent>
                <w:r>
                  <w:rPr>
                    <w:rFonts w:ascii="Arial" w:hAnsi="Arial"/>
                    <w:color w:val="18252E"/>
                    <w:sz w:val="16"/>
                  </w:rPr>
                  <w:t>10 puntos</w:t>
                </w:r>
              </w:sdtContent>
            </w:sdt>
          </w:p>
        </w:tc>
        <w:tc>
          <w:tcPr>
            <w:tcW w:type="dxa" w:w="3440"/>
            <w:gridSpan w:val="2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color w:val="5F6D75"/>
                <w:sz w:val="16"/>
              </w:rPr>
              <w:t xml:space="preserve">Versión: </w:t>
            </w:r>
            <w:sdt>
              <w:sdtPr>
                <w:tag w:val="VERSION_KEY"/>
                <w:alias w:val="VERSION_KEY"/>
                <w:text/>
              </w:sdtPr>
              <w:sdtContent>
                <w:r>
                  <w:rPr>
                    <w:rFonts w:ascii="Arial" w:hAnsi="Arial"/>
                    <w:color w:val="18252E"/>
                    <w:sz w:val="16"/>
                  </w:rPr>
                  <w:t>A</w:t>
                </w:r>
              </w:sdtContent>
            </w:sdt>
          </w:p>
        </w:tc>
      </w:tr>
    </w:tbl>
    <w:p>
      <w:pPr>
        <w:spacing w:after="6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720"/>
        <w:gridCol w:w="1720"/>
        <w:gridCol w:w="1720"/>
        <w:gridCol w:w="1720"/>
        <w:gridCol w:w="1720"/>
        <w:gridCol w:w="1720"/>
      </w:tblGrid>
      <w:tr>
        <w:tc>
          <w:tcPr>
            <w:tcW w:type="dxa" w:w="1720"/>
            <w:shd w:fill="203646"/>
            <w:tcMar>
              <w:top w:w="75" w:type="dxa"/>
              <w:start w:w="50" w:type="dxa"/>
              <w:bottom w:w="75" w:type="dxa"/>
              <w:end w:w="5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Nº</w:t>
            </w:r>
          </w:p>
        </w:tc>
        <w:tc>
          <w:tcPr>
            <w:tcW w:type="dxa" w:w="1720"/>
            <w:shd w:fill="203646"/>
            <w:tcMar>
              <w:top w:w="75" w:type="dxa"/>
              <w:start w:w="50" w:type="dxa"/>
              <w:bottom w:w="75" w:type="dxa"/>
              <w:end w:w="5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Correcta</w:t>
            </w:r>
          </w:p>
        </w:tc>
        <w:tc>
          <w:tcPr>
            <w:tcW w:type="dxa" w:w="1720"/>
            <w:shd w:fill="203646"/>
            <w:tcMar>
              <w:top w:w="75" w:type="dxa"/>
              <w:start w:w="50" w:type="dxa"/>
              <w:bottom w:w="75" w:type="dxa"/>
              <w:end w:w="5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Puntos</w:t>
            </w:r>
          </w:p>
        </w:tc>
        <w:tc>
          <w:tcPr>
            <w:tcW w:type="dxa" w:w="1720"/>
            <w:shd w:fill="203646"/>
            <w:tcMar>
              <w:top w:w="75" w:type="dxa"/>
              <w:start w:w="50" w:type="dxa"/>
              <w:bottom w:w="75" w:type="dxa"/>
              <w:end w:w="5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Nº</w:t>
            </w:r>
          </w:p>
        </w:tc>
        <w:tc>
          <w:tcPr>
            <w:tcW w:type="dxa" w:w="1720"/>
            <w:shd w:fill="203646"/>
            <w:tcMar>
              <w:top w:w="75" w:type="dxa"/>
              <w:start w:w="50" w:type="dxa"/>
              <w:bottom w:w="75" w:type="dxa"/>
              <w:end w:w="5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Correcta</w:t>
            </w:r>
          </w:p>
        </w:tc>
        <w:tc>
          <w:tcPr>
            <w:tcW w:type="dxa" w:w="1720"/>
            <w:shd w:fill="203646"/>
            <w:tcMar>
              <w:top w:w="75" w:type="dxa"/>
              <w:start w:w="50" w:type="dxa"/>
              <w:bottom w:w="75" w:type="dxa"/>
              <w:end w:w="5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Puntos</w:t>
            </w:r>
          </w:p>
        </w:tc>
      </w:tr>
      <w:tr>
        <w:tc>
          <w:tcPr>
            <w:tcW w:type="dxa" w:w="1720"/>
            <w:tcMar>
              <w:top w:w="90" w:type="dxa"/>
              <w:start w:w="50" w:type="dxa"/>
              <w:bottom w:w="90" w:type="dxa"/>
              <w:end w:w="5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203646"/>
                <w:sz w:val="17"/>
              </w:rPr>
              <w:t>1</w:t>
            </w:r>
          </w:p>
        </w:tc>
        <w:tc>
          <w:tcPr>
            <w:tcW w:type="dxa" w:w="1720"/>
            <w:tcMar>
              <w:top w:w="90" w:type="dxa"/>
              <w:start w:w="50" w:type="dxa"/>
              <w:bottom w:w="90" w:type="dxa"/>
              <w:end w:w="5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sdt>
              <w:sdtPr>
                <w:tag w:val="K_01"/>
                <w:alias w:val="K_01"/>
                <w:text/>
              </w:sdtPr>
              <w:sdtContent>
                <w:r>
                  <w:rPr>
                    <w:rFonts w:ascii="Arial" w:hAnsi="Arial"/>
                    <w:b w:val="0"/>
                    <w:color w:val="18252E"/>
                    <w:sz w:val="17"/>
                  </w:rPr>
                  <w:t>A/B/C/D</w:t>
                </w:r>
              </w:sdtContent>
            </w:sdt>
          </w:p>
        </w:tc>
        <w:tc>
          <w:tcPr>
            <w:tcW w:type="dxa" w:w="1720"/>
            <w:tcMar>
              <w:top w:w="90" w:type="dxa"/>
              <w:start w:w="50" w:type="dxa"/>
              <w:bottom w:w="90" w:type="dxa"/>
              <w:end w:w="5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sdt>
              <w:sdtPr>
                <w:tag w:val="KP_01"/>
                <w:alias w:val="KP_01"/>
                <w:text/>
              </w:sdtPr>
              <w:sdtContent>
                <w:r>
                  <w:rPr>
                    <w:rFonts w:ascii="Arial" w:hAnsi="Arial"/>
                    <w:b w:val="0"/>
                    <w:color w:val="18252E"/>
                    <w:sz w:val="17"/>
                  </w:rPr>
                  <w:t>1</w:t>
                </w:r>
              </w:sdtContent>
            </w:sdt>
          </w:p>
        </w:tc>
        <w:tc>
          <w:tcPr>
            <w:tcW w:type="dxa" w:w="1720"/>
            <w:tcMar>
              <w:top w:w="90" w:type="dxa"/>
              <w:start w:w="50" w:type="dxa"/>
              <w:bottom w:w="90" w:type="dxa"/>
              <w:end w:w="5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203646"/>
                <w:sz w:val="17"/>
              </w:rPr>
              <w:t>11</w:t>
            </w:r>
          </w:p>
        </w:tc>
        <w:tc>
          <w:tcPr>
            <w:tcW w:type="dxa" w:w="1720"/>
            <w:tcMar>
              <w:top w:w="90" w:type="dxa"/>
              <w:start w:w="50" w:type="dxa"/>
              <w:bottom w:w="90" w:type="dxa"/>
              <w:end w:w="5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sdt>
              <w:sdtPr>
                <w:tag w:val="K_11"/>
                <w:alias w:val="K_11"/>
                <w:text/>
              </w:sdtPr>
              <w:sdtContent>
                <w:r>
                  <w:rPr>
                    <w:rFonts w:ascii="Arial" w:hAnsi="Arial"/>
                    <w:b w:val="0"/>
                    <w:color w:val="18252E"/>
                    <w:sz w:val="17"/>
                  </w:rPr>
                  <w:t>A/B/C/D</w:t>
                </w:r>
              </w:sdtContent>
            </w:sdt>
          </w:p>
        </w:tc>
        <w:tc>
          <w:tcPr>
            <w:tcW w:type="dxa" w:w="1720"/>
            <w:tcMar>
              <w:top w:w="90" w:type="dxa"/>
              <w:start w:w="50" w:type="dxa"/>
              <w:bottom w:w="90" w:type="dxa"/>
              <w:end w:w="5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sdt>
              <w:sdtPr>
                <w:tag w:val="KP_11"/>
                <w:alias w:val="KP_11"/>
                <w:text/>
              </w:sdtPr>
              <w:sdtContent>
                <w:r>
                  <w:rPr>
                    <w:rFonts w:ascii="Arial" w:hAnsi="Arial"/>
                    <w:b w:val="0"/>
                    <w:color w:val="18252E"/>
                    <w:sz w:val="17"/>
                  </w:rPr>
                  <w:t>1</w:t>
                </w:r>
              </w:sdtContent>
            </w:sdt>
          </w:p>
        </w:tc>
      </w:tr>
      <w:tr>
        <w:tc>
          <w:tcPr>
            <w:tcW w:type="dxa" w:w="1720"/>
            <w:tcMar>
              <w:top w:w="90" w:type="dxa"/>
              <w:start w:w="50" w:type="dxa"/>
              <w:bottom w:w="90" w:type="dxa"/>
              <w:end w:w="5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203646"/>
                <w:sz w:val="17"/>
              </w:rPr>
              <w:t>2</w:t>
            </w:r>
          </w:p>
        </w:tc>
        <w:tc>
          <w:tcPr>
            <w:tcW w:type="dxa" w:w="1720"/>
            <w:tcMar>
              <w:top w:w="90" w:type="dxa"/>
              <w:start w:w="50" w:type="dxa"/>
              <w:bottom w:w="90" w:type="dxa"/>
              <w:end w:w="5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sdt>
              <w:sdtPr>
                <w:tag w:val="K_02"/>
                <w:alias w:val="K_02"/>
                <w:text/>
              </w:sdtPr>
              <w:sdtContent>
                <w:r>
                  <w:rPr>
                    <w:rFonts w:ascii="Arial" w:hAnsi="Arial"/>
                    <w:b w:val="0"/>
                    <w:color w:val="18252E"/>
                    <w:sz w:val="17"/>
                  </w:rPr>
                  <w:t>A/B/C/D</w:t>
                </w:r>
              </w:sdtContent>
            </w:sdt>
          </w:p>
        </w:tc>
        <w:tc>
          <w:tcPr>
            <w:tcW w:type="dxa" w:w="1720"/>
            <w:tcMar>
              <w:top w:w="90" w:type="dxa"/>
              <w:start w:w="50" w:type="dxa"/>
              <w:bottom w:w="90" w:type="dxa"/>
              <w:end w:w="5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sdt>
              <w:sdtPr>
                <w:tag w:val="KP_02"/>
                <w:alias w:val="KP_02"/>
                <w:text/>
              </w:sdtPr>
              <w:sdtContent>
                <w:r>
                  <w:rPr>
                    <w:rFonts w:ascii="Arial" w:hAnsi="Arial"/>
                    <w:b w:val="0"/>
                    <w:color w:val="18252E"/>
                    <w:sz w:val="17"/>
                  </w:rPr>
                  <w:t>1</w:t>
                </w:r>
              </w:sdtContent>
            </w:sdt>
          </w:p>
        </w:tc>
        <w:tc>
          <w:tcPr>
            <w:tcW w:type="dxa" w:w="1720"/>
            <w:tcMar>
              <w:top w:w="90" w:type="dxa"/>
              <w:start w:w="50" w:type="dxa"/>
              <w:bottom w:w="90" w:type="dxa"/>
              <w:end w:w="5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203646"/>
                <w:sz w:val="17"/>
              </w:rPr>
              <w:t>12</w:t>
            </w:r>
          </w:p>
        </w:tc>
        <w:tc>
          <w:tcPr>
            <w:tcW w:type="dxa" w:w="1720"/>
            <w:tcMar>
              <w:top w:w="90" w:type="dxa"/>
              <w:start w:w="50" w:type="dxa"/>
              <w:bottom w:w="90" w:type="dxa"/>
              <w:end w:w="5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sdt>
              <w:sdtPr>
                <w:tag w:val="K_12"/>
                <w:alias w:val="K_12"/>
                <w:text/>
              </w:sdtPr>
              <w:sdtContent>
                <w:r>
                  <w:rPr>
                    <w:rFonts w:ascii="Arial" w:hAnsi="Arial"/>
                    <w:b w:val="0"/>
                    <w:color w:val="18252E"/>
                    <w:sz w:val="17"/>
                  </w:rPr>
                  <w:t>A/B/C/D</w:t>
                </w:r>
              </w:sdtContent>
            </w:sdt>
          </w:p>
        </w:tc>
        <w:tc>
          <w:tcPr>
            <w:tcW w:type="dxa" w:w="1720"/>
            <w:tcMar>
              <w:top w:w="90" w:type="dxa"/>
              <w:start w:w="50" w:type="dxa"/>
              <w:bottom w:w="90" w:type="dxa"/>
              <w:end w:w="5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sdt>
              <w:sdtPr>
                <w:tag w:val="KP_12"/>
                <w:alias w:val="KP_12"/>
                <w:text/>
              </w:sdtPr>
              <w:sdtContent>
                <w:r>
                  <w:rPr>
                    <w:rFonts w:ascii="Arial" w:hAnsi="Arial"/>
                    <w:b w:val="0"/>
                    <w:color w:val="18252E"/>
                    <w:sz w:val="17"/>
                  </w:rPr>
                  <w:t>1</w:t>
                </w:r>
              </w:sdtContent>
            </w:sdt>
          </w:p>
        </w:tc>
      </w:tr>
      <w:tr>
        <w:tc>
          <w:tcPr>
            <w:tcW w:type="dxa" w:w="1720"/>
            <w:tcMar>
              <w:top w:w="90" w:type="dxa"/>
              <w:start w:w="50" w:type="dxa"/>
              <w:bottom w:w="90" w:type="dxa"/>
              <w:end w:w="5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203646"/>
                <w:sz w:val="17"/>
              </w:rPr>
              <w:t>3</w:t>
            </w:r>
          </w:p>
        </w:tc>
        <w:tc>
          <w:tcPr>
            <w:tcW w:type="dxa" w:w="1720"/>
            <w:tcMar>
              <w:top w:w="90" w:type="dxa"/>
              <w:start w:w="50" w:type="dxa"/>
              <w:bottom w:w="90" w:type="dxa"/>
              <w:end w:w="5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sdt>
              <w:sdtPr>
                <w:tag w:val="K_03"/>
                <w:alias w:val="K_03"/>
                <w:text/>
              </w:sdtPr>
              <w:sdtContent>
                <w:r>
                  <w:rPr>
                    <w:rFonts w:ascii="Arial" w:hAnsi="Arial"/>
                    <w:b w:val="0"/>
                    <w:color w:val="18252E"/>
                    <w:sz w:val="17"/>
                  </w:rPr>
                  <w:t>A/B/C/D</w:t>
                </w:r>
              </w:sdtContent>
            </w:sdt>
          </w:p>
        </w:tc>
        <w:tc>
          <w:tcPr>
            <w:tcW w:type="dxa" w:w="1720"/>
            <w:tcMar>
              <w:top w:w="90" w:type="dxa"/>
              <w:start w:w="50" w:type="dxa"/>
              <w:bottom w:w="90" w:type="dxa"/>
              <w:end w:w="5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sdt>
              <w:sdtPr>
                <w:tag w:val="KP_03"/>
                <w:alias w:val="KP_03"/>
                <w:text/>
              </w:sdtPr>
              <w:sdtContent>
                <w:r>
                  <w:rPr>
                    <w:rFonts w:ascii="Arial" w:hAnsi="Arial"/>
                    <w:b w:val="0"/>
                    <w:color w:val="18252E"/>
                    <w:sz w:val="17"/>
                  </w:rPr>
                  <w:t>1</w:t>
                </w:r>
              </w:sdtContent>
            </w:sdt>
          </w:p>
        </w:tc>
        <w:tc>
          <w:tcPr>
            <w:tcW w:type="dxa" w:w="1720"/>
            <w:tcMar>
              <w:top w:w="90" w:type="dxa"/>
              <w:start w:w="50" w:type="dxa"/>
              <w:bottom w:w="90" w:type="dxa"/>
              <w:end w:w="5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203646"/>
                <w:sz w:val="17"/>
              </w:rPr>
              <w:t>13</w:t>
            </w:r>
          </w:p>
        </w:tc>
        <w:tc>
          <w:tcPr>
            <w:tcW w:type="dxa" w:w="1720"/>
            <w:tcMar>
              <w:top w:w="90" w:type="dxa"/>
              <w:start w:w="50" w:type="dxa"/>
              <w:bottom w:w="90" w:type="dxa"/>
              <w:end w:w="5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sdt>
              <w:sdtPr>
                <w:tag w:val="K_13"/>
                <w:alias w:val="K_13"/>
                <w:text/>
              </w:sdtPr>
              <w:sdtContent>
                <w:r>
                  <w:rPr>
                    <w:rFonts w:ascii="Arial" w:hAnsi="Arial"/>
                    <w:b w:val="0"/>
                    <w:color w:val="18252E"/>
                    <w:sz w:val="17"/>
                  </w:rPr>
                  <w:t>A/B/C/D</w:t>
                </w:r>
              </w:sdtContent>
            </w:sdt>
          </w:p>
        </w:tc>
        <w:tc>
          <w:tcPr>
            <w:tcW w:type="dxa" w:w="1720"/>
            <w:tcMar>
              <w:top w:w="90" w:type="dxa"/>
              <w:start w:w="50" w:type="dxa"/>
              <w:bottom w:w="90" w:type="dxa"/>
              <w:end w:w="5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sdt>
              <w:sdtPr>
                <w:tag w:val="KP_13"/>
                <w:alias w:val="KP_13"/>
                <w:text/>
              </w:sdtPr>
              <w:sdtContent>
                <w:r>
                  <w:rPr>
                    <w:rFonts w:ascii="Arial" w:hAnsi="Arial"/>
                    <w:b w:val="0"/>
                    <w:color w:val="18252E"/>
                    <w:sz w:val="17"/>
                  </w:rPr>
                  <w:t>1</w:t>
                </w:r>
              </w:sdtContent>
            </w:sdt>
          </w:p>
        </w:tc>
      </w:tr>
      <w:tr>
        <w:tc>
          <w:tcPr>
            <w:tcW w:type="dxa" w:w="1720"/>
            <w:tcMar>
              <w:top w:w="90" w:type="dxa"/>
              <w:start w:w="50" w:type="dxa"/>
              <w:bottom w:w="90" w:type="dxa"/>
              <w:end w:w="5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203646"/>
                <w:sz w:val="17"/>
              </w:rPr>
              <w:t>4</w:t>
            </w:r>
          </w:p>
        </w:tc>
        <w:tc>
          <w:tcPr>
            <w:tcW w:type="dxa" w:w="1720"/>
            <w:tcMar>
              <w:top w:w="90" w:type="dxa"/>
              <w:start w:w="50" w:type="dxa"/>
              <w:bottom w:w="90" w:type="dxa"/>
              <w:end w:w="5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sdt>
              <w:sdtPr>
                <w:tag w:val="K_04"/>
                <w:alias w:val="K_04"/>
                <w:text/>
              </w:sdtPr>
              <w:sdtContent>
                <w:r>
                  <w:rPr>
                    <w:rFonts w:ascii="Arial" w:hAnsi="Arial"/>
                    <w:b w:val="0"/>
                    <w:color w:val="18252E"/>
                    <w:sz w:val="17"/>
                  </w:rPr>
                  <w:t>A/B/C/D</w:t>
                </w:r>
              </w:sdtContent>
            </w:sdt>
          </w:p>
        </w:tc>
        <w:tc>
          <w:tcPr>
            <w:tcW w:type="dxa" w:w="1720"/>
            <w:tcMar>
              <w:top w:w="90" w:type="dxa"/>
              <w:start w:w="50" w:type="dxa"/>
              <w:bottom w:w="90" w:type="dxa"/>
              <w:end w:w="5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sdt>
              <w:sdtPr>
                <w:tag w:val="KP_04"/>
                <w:alias w:val="KP_04"/>
                <w:text/>
              </w:sdtPr>
              <w:sdtContent>
                <w:r>
                  <w:rPr>
                    <w:rFonts w:ascii="Arial" w:hAnsi="Arial"/>
                    <w:b w:val="0"/>
                    <w:color w:val="18252E"/>
                    <w:sz w:val="17"/>
                  </w:rPr>
                  <w:t>1</w:t>
                </w:r>
              </w:sdtContent>
            </w:sdt>
          </w:p>
        </w:tc>
        <w:tc>
          <w:tcPr>
            <w:tcW w:type="dxa" w:w="1720"/>
            <w:tcMar>
              <w:top w:w="90" w:type="dxa"/>
              <w:start w:w="50" w:type="dxa"/>
              <w:bottom w:w="90" w:type="dxa"/>
              <w:end w:w="5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203646"/>
                <w:sz w:val="17"/>
              </w:rPr>
              <w:t>14</w:t>
            </w:r>
          </w:p>
        </w:tc>
        <w:tc>
          <w:tcPr>
            <w:tcW w:type="dxa" w:w="1720"/>
            <w:tcMar>
              <w:top w:w="90" w:type="dxa"/>
              <w:start w:w="50" w:type="dxa"/>
              <w:bottom w:w="90" w:type="dxa"/>
              <w:end w:w="5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sdt>
              <w:sdtPr>
                <w:tag w:val="K_14"/>
                <w:alias w:val="K_14"/>
                <w:text/>
              </w:sdtPr>
              <w:sdtContent>
                <w:r>
                  <w:rPr>
                    <w:rFonts w:ascii="Arial" w:hAnsi="Arial"/>
                    <w:b w:val="0"/>
                    <w:color w:val="18252E"/>
                    <w:sz w:val="17"/>
                  </w:rPr>
                  <w:t>A/B/C/D</w:t>
                </w:r>
              </w:sdtContent>
            </w:sdt>
          </w:p>
        </w:tc>
        <w:tc>
          <w:tcPr>
            <w:tcW w:type="dxa" w:w="1720"/>
            <w:tcMar>
              <w:top w:w="90" w:type="dxa"/>
              <w:start w:w="50" w:type="dxa"/>
              <w:bottom w:w="90" w:type="dxa"/>
              <w:end w:w="5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sdt>
              <w:sdtPr>
                <w:tag w:val="KP_14"/>
                <w:alias w:val="KP_14"/>
                <w:text/>
              </w:sdtPr>
              <w:sdtContent>
                <w:r>
                  <w:rPr>
                    <w:rFonts w:ascii="Arial" w:hAnsi="Arial"/>
                    <w:b w:val="0"/>
                    <w:color w:val="18252E"/>
                    <w:sz w:val="17"/>
                  </w:rPr>
                  <w:t>1</w:t>
                </w:r>
              </w:sdtContent>
            </w:sdt>
          </w:p>
        </w:tc>
      </w:tr>
      <w:tr>
        <w:tc>
          <w:tcPr>
            <w:tcW w:type="dxa" w:w="1720"/>
            <w:tcMar>
              <w:top w:w="90" w:type="dxa"/>
              <w:start w:w="50" w:type="dxa"/>
              <w:bottom w:w="90" w:type="dxa"/>
              <w:end w:w="5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203646"/>
                <w:sz w:val="17"/>
              </w:rPr>
              <w:t>5</w:t>
            </w:r>
          </w:p>
        </w:tc>
        <w:tc>
          <w:tcPr>
            <w:tcW w:type="dxa" w:w="1720"/>
            <w:tcMar>
              <w:top w:w="90" w:type="dxa"/>
              <w:start w:w="50" w:type="dxa"/>
              <w:bottom w:w="90" w:type="dxa"/>
              <w:end w:w="5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sdt>
              <w:sdtPr>
                <w:tag w:val="K_05"/>
                <w:alias w:val="K_05"/>
                <w:text/>
              </w:sdtPr>
              <w:sdtContent>
                <w:r>
                  <w:rPr>
                    <w:rFonts w:ascii="Arial" w:hAnsi="Arial"/>
                    <w:b w:val="0"/>
                    <w:color w:val="18252E"/>
                    <w:sz w:val="17"/>
                  </w:rPr>
                  <w:t>A/B/C/D</w:t>
                </w:r>
              </w:sdtContent>
            </w:sdt>
          </w:p>
        </w:tc>
        <w:tc>
          <w:tcPr>
            <w:tcW w:type="dxa" w:w="1720"/>
            <w:tcMar>
              <w:top w:w="90" w:type="dxa"/>
              <w:start w:w="50" w:type="dxa"/>
              <w:bottom w:w="90" w:type="dxa"/>
              <w:end w:w="5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sdt>
              <w:sdtPr>
                <w:tag w:val="KP_05"/>
                <w:alias w:val="KP_05"/>
                <w:text/>
              </w:sdtPr>
              <w:sdtContent>
                <w:r>
                  <w:rPr>
                    <w:rFonts w:ascii="Arial" w:hAnsi="Arial"/>
                    <w:b w:val="0"/>
                    <w:color w:val="18252E"/>
                    <w:sz w:val="17"/>
                  </w:rPr>
                  <w:t>1</w:t>
                </w:r>
              </w:sdtContent>
            </w:sdt>
          </w:p>
        </w:tc>
        <w:tc>
          <w:tcPr>
            <w:tcW w:type="dxa" w:w="1720"/>
            <w:tcMar>
              <w:top w:w="90" w:type="dxa"/>
              <w:start w:w="50" w:type="dxa"/>
              <w:bottom w:w="90" w:type="dxa"/>
              <w:end w:w="5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203646"/>
                <w:sz w:val="17"/>
              </w:rPr>
              <w:t>15</w:t>
            </w:r>
          </w:p>
        </w:tc>
        <w:tc>
          <w:tcPr>
            <w:tcW w:type="dxa" w:w="1720"/>
            <w:tcMar>
              <w:top w:w="90" w:type="dxa"/>
              <w:start w:w="50" w:type="dxa"/>
              <w:bottom w:w="90" w:type="dxa"/>
              <w:end w:w="5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sdt>
              <w:sdtPr>
                <w:tag w:val="K_15"/>
                <w:alias w:val="K_15"/>
                <w:text/>
              </w:sdtPr>
              <w:sdtContent>
                <w:r>
                  <w:rPr>
                    <w:rFonts w:ascii="Arial" w:hAnsi="Arial"/>
                    <w:b w:val="0"/>
                    <w:color w:val="18252E"/>
                    <w:sz w:val="17"/>
                  </w:rPr>
                  <w:t>A/B/C/D</w:t>
                </w:r>
              </w:sdtContent>
            </w:sdt>
          </w:p>
        </w:tc>
        <w:tc>
          <w:tcPr>
            <w:tcW w:type="dxa" w:w="1720"/>
            <w:tcMar>
              <w:top w:w="90" w:type="dxa"/>
              <w:start w:w="50" w:type="dxa"/>
              <w:bottom w:w="90" w:type="dxa"/>
              <w:end w:w="5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sdt>
              <w:sdtPr>
                <w:tag w:val="KP_15"/>
                <w:alias w:val="KP_15"/>
                <w:text/>
              </w:sdtPr>
              <w:sdtContent>
                <w:r>
                  <w:rPr>
                    <w:rFonts w:ascii="Arial" w:hAnsi="Arial"/>
                    <w:b w:val="0"/>
                    <w:color w:val="18252E"/>
                    <w:sz w:val="17"/>
                  </w:rPr>
                  <w:t>1</w:t>
                </w:r>
              </w:sdtContent>
            </w:sdt>
          </w:p>
        </w:tc>
      </w:tr>
      <w:tr>
        <w:tc>
          <w:tcPr>
            <w:tcW w:type="dxa" w:w="1720"/>
            <w:tcMar>
              <w:top w:w="90" w:type="dxa"/>
              <w:start w:w="50" w:type="dxa"/>
              <w:bottom w:w="90" w:type="dxa"/>
              <w:end w:w="5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203646"/>
                <w:sz w:val="17"/>
              </w:rPr>
              <w:t>6</w:t>
            </w:r>
          </w:p>
        </w:tc>
        <w:tc>
          <w:tcPr>
            <w:tcW w:type="dxa" w:w="1720"/>
            <w:tcMar>
              <w:top w:w="90" w:type="dxa"/>
              <w:start w:w="50" w:type="dxa"/>
              <w:bottom w:w="90" w:type="dxa"/>
              <w:end w:w="5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sdt>
              <w:sdtPr>
                <w:tag w:val="K_06"/>
                <w:alias w:val="K_06"/>
                <w:text/>
              </w:sdtPr>
              <w:sdtContent>
                <w:r>
                  <w:rPr>
                    <w:rFonts w:ascii="Arial" w:hAnsi="Arial"/>
                    <w:b w:val="0"/>
                    <w:color w:val="18252E"/>
                    <w:sz w:val="17"/>
                  </w:rPr>
                  <w:t>A/B/C/D</w:t>
                </w:r>
              </w:sdtContent>
            </w:sdt>
          </w:p>
        </w:tc>
        <w:tc>
          <w:tcPr>
            <w:tcW w:type="dxa" w:w="1720"/>
            <w:tcMar>
              <w:top w:w="90" w:type="dxa"/>
              <w:start w:w="50" w:type="dxa"/>
              <w:bottom w:w="90" w:type="dxa"/>
              <w:end w:w="5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sdt>
              <w:sdtPr>
                <w:tag w:val="KP_06"/>
                <w:alias w:val="KP_06"/>
                <w:text/>
              </w:sdtPr>
              <w:sdtContent>
                <w:r>
                  <w:rPr>
                    <w:rFonts w:ascii="Arial" w:hAnsi="Arial"/>
                    <w:b w:val="0"/>
                    <w:color w:val="18252E"/>
                    <w:sz w:val="17"/>
                  </w:rPr>
                  <w:t>1</w:t>
                </w:r>
              </w:sdtContent>
            </w:sdt>
          </w:p>
        </w:tc>
        <w:tc>
          <w:tcPr>
            <w:tcW w:type="dxa" w:w="1720"/>
            <w:tcMar>
              <w:top w:w="90" w:type="dxa"/>
              <w:start w:w="50" w:type="dxa"/>
              <w:bottom w:w="90" w:type="dxa"/>
              <w:end w:w="5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203646"/>
                <w:sz w:val="17"/>
              </w:rPr>
              <w:t>16</w:t>
            </w:r>
          </w:p>
        </w:tc>
        <w:tc>
          <w:tcPr>
            <w:tcW w:type="dxa" w:w="1720"/>
            <w:tcMar>
              <w:top w:w="90" w:type="dxa"/>
              <w:start w:w="50" w:type="dxa"/>
              <w:bottom w:w="90" w:type="dxa"/>
              <w:end w:w="5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sdt>
              <w:sdtPr>
                <w:tag w:val="K_16"/>
                <w:alias w:val="K_16"/>
                <w:text/>
              </w:sdtPr>
              <w:sdtContent>
                <w:r>
                  <w:rPr>
                    <w:rFonts w:ascii="Arial" w:hAnsi="Arial"/>
                    <w:b w:val="0"/>
                    <w:color w:val="18252E"/>
                    <w:sz w:val="17"/>
                  </w:rPr>
                  <w:t>A/B/C/D</w:t>
                </w:r>
              </w:sdtContent>
            </w:sdt>
          </w:p>
        </w:tc>
        <w:tc>
          <w:tcPr>
            <w:tcW w:type="dxa" w:w="1720"/>
            <w:tcMar>
              <w:top w:w="90" w:type="dxa"/>
              <w:start w:w="50" w:type="dxa"/>
              <w:bottom w:w="90" w:type="dxa"/>
              <w:end w:w="5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sdt>
              <w:sdtPr>
                <w:tag w:val="KP_16"/>
                <w:alias w:val="KP_16"/>
                <w:text/>
              </w:sdtPr>
              <w:sdtContent>
                <w:r>
                  <w:rPr>
                    <w:rFonts w:ascii="Arial" w:hAnsi="Arial"/>
                    <w:b w:val="0"/>
                    <w:color w:val="18252E"/>
                    <w:sz w:val="17"/>
                  </w:rPr>
                  <w:t>1</w:t>
                </w:r>
              </w:sdtContent>
            </w:sdt>
          </w:p>
        </w:tc>
      </w:tr>
      <w:tr>
        <w:tc>
          <w:tcPr>
            <w:tcW w:type="dxa" w:w="1720"/>
            <w:tcMar>
              <w:top w:w="90" w:type="dxa"/>
              <w:start w:w="50" w:type="dxa"/>
              <w:bottom w:w="90" w:type="dxa"/>
              <w:end w:w="5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203646"/>
                <w:sz w:val="17"/>
              </w:rPr>
              <w:t>7</w:t>
            </w:r>
          </w:p>
        </w:tc>
        <w:tc>
          <w:tcPr>
            <w:tcW w:type="dxa" w:w="1720"/>
            <w:tcMar>
              <w:top w:w="90" w:type="dxa"/>
              <w:start w:w="50" w:type="dxa"/>
              <w:bottom w:w="90" w:type="dxa"/>
              <w:end w:w="5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sdt>
              <w:sdtPr>
                <w:tag w:val="K_07"/>
                <w:alias w:val="K_07"/>
                <w:text/>
              </w:sdtPr>
              <w:sdtContent>
                <w:r>
                  <w:rPr>
                    <w:rFonts w:ascii="Arial" w:hAnsi="Arial"/>
                    <w:b w:val="0"/>
                    <w:color w:val="18252E"/>
                    <w:sz w:val="17"/>
                  </w:rPr>
                  <w:t>A/B/C/D</w:t>
                </w:r>
              </w:sdtContent>
            </w:sdt>
          </w:p>
        </w:tc>
        <w:tc>
          <w:tcPr>
            <w:tcW w:type="dxa" w:w="1720"/>
            <w:tcMar>
              <w:top w:w="90" w:type="dxa"/>
              <w:start w:w="50" w:type="dxa"/>
              <w:bottom w:w="90" w:type="dxa"/>
              <w:end w:w="5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sdt>
              <w:sdtPr>
                <w:tag w:val="KP_07"/>
                <w:alias w:val="KP_07"/>
                <w:text/>
              </w:sdtPr>
              <w:sdtContent>
                <w:r>
                  <w:rPr>
                    <w:rFonts w:ascii="Arial" w:hAnsi="Arial"/>
                    <w:b w:val="0"/>
                    <w:color w:val="18252E"/>
                    <w:sz w:val="17"/>
                  </w:rPr>
                  <w:t>1</w:t>
                </w:r>
              </w:sdtContent>
            </w:sdt>
          </w:p>
        </w:tc>
        <w:tc>
          <w:tcPr>
            <w:tcW w:type="dxa" w:w="1720"/>
            <w:tcMar>
              <w:top w:w="90" w:type="dxa"/>
              <w:start w:w="50" w:type="dxa"/>
              <w:bottom w:w="90" w:type="dxa"/>
              <w:end w:w="5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203646"/>
                <w:sz w:val="17"/>
              </w:rPr>
              <w:t>17</w:t>
            </w:r>
          </w:p>
        </w:tc>
        <w:tc>
          <w:tcPr>
            <w:tcW w:type="dxa" w:w="1720"/>
            <w:tcMar>
              <w:top w:w="90" w:type="dxa"/>
              <w:start w:w="50" w:type="dxa"/>
              <w:bottom w:w="90" w:type="dxa"/>
              <w:end w:w="5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sdt>
              <w:sdtPr>
                <w:tag w:val="K_17"/>
                <w:alias w:val="K_17"/>
                <w:text/>
              </w:sdtPr>
              <w:sdtContent>
                <w:r>
                  <w:rPr>
                    <w:rFonts w:ascii="Arial" w:hAnsi="Arial"/>
                    <w:b w:val="0"/>
                    <w:color w:val="18252E"/>
                    <w:sz w:val="17"/>
                  </w:rPr>
                  <w:t>A/B/C/D</w:t>
                </w:r>
              </w:sdtContent>
            </w:sdt>
          </w:p>
        </w:tc>
        <w:tc>
          <w:tcPr>
            <w:tcW w:type="dxa" w:w="1720"/>
            <w:tcMar>
              <w:top w:w="90" w:type="dxa"/>
              <w:start w:w="50" w:type="dxa"/>
              <w:bottom w:w="90" w:type="dxa"/>
              <w:end w:w="5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sdt>
              <w:sdtPr>
                <w:tag w:val="KP_17"/>
                <w:alias w:val="KP_17"/>
                <w:text/>
              </w:sdtPr>
              <w:sdtContent>
                <w:r>
                  <w:rPr>
                    <w:rFonts w:ascii="Arial" w:hAnsi="Arial"/>
                    <w:b w:val="0"/>
                    <w:color w:val="18252E"/>
                    <w:sz w:val="17"/>
                  </w:rPr>
                  <w:t>1</w:t>
                </w:r>
              </w:sdtContent>
            </w:sdt>
          </w:p>
        </w:tc>
      </w:tr>
      <w:tr>
        <w:tc>
          <w:tcPr>
            <w:tcW w:type="dxa" w:w="1720"/>
            <w:tcMar>
              <w:top w:w="90" w:type="dxa"/>
              <w:start w:w="50" w:type="dxa"/>
              <w:bottom w:w="90" w:type="dxa"/>
              <w:end w:w="5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203646"/>
                <w:sz w:val="17"/>
              </w:rPr>
              <w:t>8</w:t>
            </w:r>
          </w:p>
        </w:tc>
        <w:tc>
          <w:tcPr>
            <w:tcW w:type="dxa" w:w="1720"/>
            <w:tcMar>
              <w:top w:w="90" w:type="dxa"/>
              <w:start w:w="50" w:type="dxa"/>
              <w:bottom w:w="90" w:type="dxa"/>
              <w:end w:w="5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sdt>
              <w:sdtPr>
                <w:tag w:val="K_08"/>
                <w:alias w:val="K_08"/>
                <w:text/>
              </w:sdtPr>
              <w:sdtContent>
                <w:r>
                  <w:rPr>
                    <w:rFonts w:ascii="Arial" w:hAnsi="Arial"/>
                    <w:b w:val="0"/>
                    <w:color w:val="18252E"/>
                    <w:sz w:val="17"/>
                  </w:rPr>
                  <w:t>A/B/C/D</w:t>
                </w:r>
              </w:sdtContent>
            </w:sdt>
          </w:p>
        </w:tc>
        <w:tc>
          <w:tcPr>
            <w:tcW w:type="dxa" w:w="1720"/>
            <w:tcMar>
              <w:top w:w="90" w:type="dxa"/>
              <w:start w:w="50" w:type="dxa"/>
              <w:bottom w:w="90" w:type="dxa"/>
              <w:end w:w="5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sdt>
              <w:sdtPr>
                <w:tag w:val="KP_08"/>
                <w:alias w:val="KP_08"/>
                <w:text/>
              </w:sdtPr>
              <w:sdtContent>
                <w:r>
                  <w:rPr>
                    <w:rFonts w:ascii="Arial" w:hAnsi="Arial"/>
                    <w:b w:val="0"/>
                    <w:color w:val="18252E"/>
                    <w:sz w:val="17"/>
                  </w:rPr>
                  <w:t>1</w:t>
                </w:r>
              </w:sdtContent>
            </w:sdt>
          </w:p>
        </w:tc>
        <w:tc>
          <w:tcPr>
            <w:tcW w:type="dxa" w:w="1720"/>
            <w:tcMar>
              <w:top w:w="90" w:type="dxa"/>
              <w:start w:w="50" w:type="dxa"/>
              <w:bottom w:w="90" w:type="dxa"/>
              <w:end w:w="5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203646"/>
                <w:sz w:val="17"/>
              </w:rPr>
              <w:t>18</w:t>
            </w:r>
          </w:p>
        </w:tc>
        <w:tc>
          <w:tcPr>
            <w:tcW w:type="dxa" w:w="1720"/>
            <w:tcMar>
              <w:top w:w="90" w:type="dxa"/>
              <w:start w:w="50" w:type="dxa"/>
              <w:bottom w:w="90" w:type="dxa"/>
              <w:end w:w="5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sdt>
              <w:sdtPr>
                <w:tag w:val="K_18"/>
                <w:alias w:val="K_18"/>
                <w:text/>
              </w:sdtPr>
              <w:sdtContent>
                <w:r>
                  <w:rPr>
                    <w:rFonts w:ascii="Arial" w:hAnsi="Arial"/>
                    <w:b w:val="0"/>
                    <w:color w:val="18252E"/>
                    <w:sz w:val="17"/>
                  </w:rPr>
                  <w:t>A/B/C/D</w:t>
                </w:r>
              </w:sdtContent>
            </w:sdt>
          </w:p>
        </w:tc>
        <w:tc>
          <w:tcPr>
            <w:tcW w:type="dxa" w:w="1720"/>
            <w:tcMar>
              <w:top w:w="90" w:type="dxa"/>
              <w:start w:w="50" w:type="dxa"/>
              <w:bottom w:w="90" w:type="dxa"/>
              <w:end w:w="5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sdt>
              <w:sdtPr>
                <w:tag w:val="KP_18"/>
                <w:alias w:val="KP_18"/>
                <w:text/>
              </w:sdtPr>
              <w:sdtContent>
                <w:r>
                  <w:rPr>
                    <w:rFonts w:ascii="Arial" w:hAnsi="Arial"/>
                    <w:b w:val="0"/>
                    <w:color w:val="18252E"/>
                    <w:sz w:val="17"/>
                  </w:rPr>
                  <w:t>1</w:t>
                </w:r>
              </w:sdtContent>
            </w:sdt>
          </w:p>
        </w:tc>
      </w:tr>
      <w:tr>
        <w:tc>
          <w:tcPr>
            <w:tcW w:type="dxa" w:w="1720"/>
            <w:tcMar>
              <w:top w:w="90" w:type="dxa"/>
              <w:start w:w="50" w:type="dxa"/>
              <w:bottom w:w="90" w:type="dxa"/>
              <w:end w:w="5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203646"/>
                <w:sz w:val="17"/>
              </w:rPr>
              <w:t>9</w:t>
            </w:r>
          </w:p>
        </w:tc>
        <w:tc>
          <w:tcPr>
            <w:tcW w:type="dxa" w:w="1720"/>
            <w:tcMar>
              <w:top w:w="90" w:type="dxa"/>
              <w:start w:w="50" w:type="dxa"/>
              <w:bottom w:w="90" w:type="dxa"/>
              <w:end w:w="5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sdt>
              <w:sdtPr>
                <w:tag w:val="K_09"/>
                <w:alias w:val="K_09"/>
                <w:text/>
              </w:sdtPr>
              <w:sdtContent>
                <w:r>
                  <w:rPr>
                    <w:rFonts w:ascii="Arial" w:hAnsi="Arial"/>
                    <w:b w:val="0"/>
                    <w:color w:val="18252E"/>
                    <w:sz w:val="17"/>
                  </w:rPr>
                  <w:t>A/B/C/D</w:t>
                </w:r>
              </w:sdtContent>
            </w:sdt>
          </w:p>
        </w:tc>
        <w:tc>
          <w:tcPr>
            <w:tcW w:type="dxa" w:w="1720"/>
            <w:tcMar>
              <w:top w:w="90" w:type="dxa"/>
              <w:start w:w="50" w:type="dxa"/>
              <w:bottom w:w="90" w:type="dxa"/>
              <w:end w:w="5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sdt>
              <w:sdtPr>
                <w:tag w:val="KP_09"/>
                <w:alias w:val="KP_09"/>
                <w:text/>
              </w:sdtPr>
              <w:sdtContent>
                <w:r>
                  <w:rPr>
                    <w:rFonts w:ascii="Arial" w:hAnsi="Arial"/>
                    <w:b w:val="0"/>
                    <w:color w:val="18252E"/>
                    <w:sz w:val="17"/>
                  </w:rPr>
                  <w:t>1</w:t>
                </w:r>
              </w:sdtContent>
            </w:sdt>
          </w:p>
        </w:tc>
        <w:tc>
          <w:tcPr>
            <w:tcW w:type="dxa" w:w="1720"/>
            <w:tcMar>
              <w:top w:w="90" w:type="dxa"/>
              <w:start w:w="50" w:type="dxa"/>
              <w:bottom w:w="90" w:type="dxa"/>
              <w:end w:w="5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203646"/>
                <w:sz w:val="17"/>
              </w:rPr>
              <w:t>19</w:t>
            </w:r>
          </w:p>
        </w:tc>
        <w:tc>
          <w:tcPr>
            <w:tcW w:type="dxa" w:w="1720"/>
            <w:tcMar>
              <w:top w:w="90" w:type="dxa"/>
              <w:start w:w="50" w:type="dxa"/>
              <w:bottom w:w="90" w:type="dxa"/>
              <w:end w:w="5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sdt>
              <w:sdtPr>
                <w:tag w:val="K_19"/>
                <w:alias w:val="K_19"/>
                <w:text/>
              </w:sdtPr>
              <w:sdtContent>
                <w:r>
                  <w:rPr>
                    <w:rFonts w:ascii="Arial" w:hAnsi="Arial"/>
                    <w:b w:val="0"/>
                    <w:color w:val="18252E"/>
                    <w:sz w:val="17"/>
                  </w:rPr>
                  <w:t>A/B/C/D</w:t>
                </w:r>
              </w:sdtContent>
            </w:sdt>
          </w:p>
        </w:tc>
        <w:tc>
          <w:tcPr>
            <w:tcW w:type="dxa" w:w="1720"/>
            <w:tcMar>
              <w:top w:w="90" w:type="dxa"/>
              <w:start w:w="50" w:type="dxa"/>
              <w:bottom w:w="90" w:type="dxa"/>
              <w:end w:w="5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sdt>
              <w:sdtPr>
                <w:tag w:val="KP_19"/>
                <w:alias w:val="KP_19"/>
                <w:text/>
              </w:sdtPr>
              <w:sdtContent>
                <w:r>
                  <w:rPr>
                    <w:rFonts w:ascii="Arial" w:hAnsi="Arial"/>
                    <w:b w:val="0"/>
                    <w:color w:val="18252E"/>
                    <w:sz w:val="17"/>
                  </w:rPr>
                  <w:t>1</w:t>
                </w:r>
              </w:sdtContent>
            </w:sdt>
          </w:p>
        </w:tc>
      </w:tr>
      <w:tr>
        <w:tc>
          <w:tcPr>
            <w:tcW w:type="dxa" w:w="1720"/>
            <w:tcMar>
              <w:top w:w="90" w:type="dxa"/>
              <w:start w:w="50" w:type="dxa"/>
              <w:bottom w:w="90" w:type="dxa"/>
              <w:end w:w="5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203646"/>
                <w:sz w:val="17"/>
              </w:rPr>
              <w:t>10</w:t>
            </w:r>
          </w:p>
        </w:tc>
        <w:tc>
          <w:tcPr>
            <w:tcW w:type="dxa" w:w="1720"/>
            <w:tcMar>
              <w:top w:w="90" w:type="dxa"/>
              <w:start w:w="50" w:type="dxa"/>
              <w:bottom w:w="90" w:type="dxa"/>
              <w:end w:w="5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sdt>
              <w:sdtPr>
                <w:tag w:val="K_10"/>
                <w:alias w:val="K_10"/>
                <w:text/>
              </w:sdtPr>
              <w:sdtContent>
                <w:r>
                  <w:rPr>
                    <w:rFonts w:ascii="Arial" w:hAnsi="Arial"/>
                    <w:b w:val="0"/>
                    <w:color w:val="18252E"/>
                    <w:sz w:val="17"/>
                  </w:rPr>
                  <w:t>A/B/C/D</w:t>
                </w:r>
              </w:sdtContent>
            </w:sdt>
          </w:p>
        </w:tc>
        <w:tc>
          <w:tcPr>
            <w:tcW w:type="dxa" w:w="1720"/>
            <w:tcMar>
              <w:top w:w="90" w:type="dxa"/>
              <w:start w:w="50" w:type="dxa"/>
              <w:bottom w:w="90" w:type="dxa"/>
              <w:end w:w="5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sdt>
              <w:sdtPr>
                <w:tag w:val="KP_10"/>
                <w:alias w:val="KP_10"/>
                <w:text/>
              </w:sdtPr>
              <w:sdtContent>
                <w:r>
                  <w:rPr>
                    <w:rFonts w:ascii="Arial" w:hAnsi="Arial"/>
                    <w:b w:val="0"/>
                    <w:color w:val="18252E"/>
                    <w:sz w:val="17"/>
                  </w:rPr>
                  <w:t>1</w:t>
                </w:r>
              </w:sdtContent>
            </w:sdt>
          </w:p>
        </w:tc>
        <w:tc>
          <w:tcPr>
            <w:tcW w:type="dxa" w:w="1720"/>
            <w:tcMar>
              <w:top w:w="90" w:type="dxa"/>
              <w:start w:w="50" w:type="dxa"/>
              <w:bottom w:w="90" w:type="dxa"/>
              <w:end w:w="5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203646"/>
                <w:sz w:val="17"/>
              </w:rPr>
              <w:t>20</w:t>
            </w:r>
          </w:p>
        </w:tc>
        <w:tc>
          <w:tcPr>
            <w:tcW w:type="dxa" w:w="1720"/>
            <w:tcMar>
              <w:top w:w="90" w:type="dxa"/>
              <w:start w:w="50" w:type="dxa"/>
              <w:bottom w:w="90" w:type="dxa"/>
              <w:end w:w="5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sdt>
              <w:sdtPr>
                <w:tag w:val="K_20"/>
                <w:alias w:val="K_20"/>
                <w:text/>
              </w:sdtPr>
              <w:sdtContent>
                <w:r>
                  <w:rPr>
                    <w:rFonts w:ascii="Arial" w:hAnsi="Arial"/>
                    <w:b w:val="0"/>
                    <w:color w:val="18252E"/>
                    <w:sz w:val="17"/>
                  </w:rPr>
                  <w:t>A/B/C/D</w:t>
                </w:r>
              </w:sdtContent>
            </w:sdt>
          </w:p>
        </w:tc>
        <w:tc>
          <w:tcPr>
            <w:tcW w:type="dxa" w:w="1720"/>
            <w:tcMar>
              <w:top w:w="90" w:type="dxa"/>
              <w:start w:w="50" w:type="dxa"/>
              <w:bottom w:w="90" w:type="dxa"/>
              <w:end w:w="50" w:type="dxa"/>
            </w:tcMar>
            <w:tcBorders>
              <w:top w:val="single" w:sz="5" w:color="DCE5E7"/>
              <w:left w:val="single" w:sz="5" w:color="DCE5E7"/>
              <w:bottom w:val="single" w:sz="5" w:color="DCE5E7"/>
              <w:right w:val="single" w:sz="5" w:color="DCE5E7"/>
            </w:tcBorders>
          </w:tcPr>
          <w:p>
            <w:pPr>
              <w:jc w:val="center"/>
            </w:pPr>
            <w:sdt>
              <w:sdtPr>
                <w:tag w:val="KP_20"/>
                <w:alias w:val="KP_20"/>
                <w:text/>
              </w:sdtPr>
              <w:sdtContent>
                <w:r>
                  <w:rPr>
                    <w:rFonts w:ascii="Arial" w:hAnsi="Arial"/>
                    <w:b w:val="0"/>
                    <w:color w:val="18252E"/>
                    <w:sz w:val="17"/>
                  </w:rPr>
                  <w:t>1</w:t>
                </w:r>
              </w:sdtContent>
            </w:sdt>
          </w:p>
        </w:tc>
      </w:tr>
    </w:tbl>
    <w:p>
      <w:pPr>
        <w:spacing w:before="200" w:after="60" w:line="240" w:lineRule="auto"/>
      </w:pPr>
      <w:r>
        <w:rPr>
          <w:rFonts w:ascii="Arial" w:hAnsi="Arial"/>
          <w:b/>
          <w:color w:val="203646"/>
          <w:sz w:val="17"/>
        </w:rPr>
        <w:t>Notas de corrección</w:t>
      </w:r>
    </w:p>
    <w:p>
      <w:pPr>
        <w:spacing w:before="0" w:after="80" w:line="240" w:lineRule="auto"/>
        <w:pBdr>
          <w:bottom w:val="single" w:sz="6" w:space="1" w:color="DCE5E7"/>
        </w:pBdr>
      </w:pPr>
      <w:sdt>
        <w:sdtPr>
          <w:tag w:val="CORRECCION_01"/>
          <w:alias w:val="CORRECCION_01"/>
          <w:text/>
        </w:sdtPr>
        <w:sdtContent>
          <w:r>
            <w:rPr>
              <w:rFonts w:ascii="Arial" w:hAnsi="Arial"/>
              <w:color w:val="18252E"/>
              <w:sz w:val="17"/>
            </w:rPr>
            <w:t>Añade una nota de corrección (opcional).</w:t>
          </w:r>
        </w:sdtContent>
      </w:sdt>
    </w:p>
    <w:p>
      <w:pPr>
        <w:spacing w:before="0" w:after="80" w:line="240" w:lineRule="auto"/>
        <w:pBdr>
          <w:bottom w:val="single" w:sz="6" w:space="1" w:color="DCE5E7"/>
        </w:pBdr>
      </w:pPr>
      <w:sdt>
        <w:sdtPr>
          <w:tag w:val="CORRECCION_02"/>
          <w:alias w:val="CORRECCION_02"/>
          <w:text/>
        </w:sdtPr>
        <w:sdtContent>
          <w:r>
            <w:rPr>
              <w:rFonts w:ascii="Arial" w:hAnsi="Arial"/>
              <w:color w:val="18252E"/>
              <w:sz w:val="17"/>
            </w:rPr>
            <w:t>Añade una nota de corrección (opcional).</w:t>
          </w:r>
        </w:sdtContent>
      </w:sdt>
    </w:p>
    <w:p>
      <w:pPr>
        <w:spacing w:before="0" w:after="80" w:line="240" w:lineRule="auto"/>
        <w:pBdr>
          <w:bottom w:val="single" w:sz="6" w:space="1" w:color="DCE5E7"/>
        </w:pBdr>
      </w:pPr>
      <w:sdt>
        <w:sdtPr>
          <w:tag w:val="CORRECCION_03"/>
          <w:alias w:val="CORRECCION_03"/>
          <w:text/>
        </w:sdtPr>
        <w:sdtContent>
          <w:r>
            <w:rPr>
              <w:rFonts w:ascii="Arial" w:hAnsi="Arial"/>
              <w:color w:val="18252E"/>
              <w:sz w:val="17"/>
            </w:rPr>
            <w:t>Añade una nota de corrección (opcional).</w:t>
          </w:r>
        </w:sdtContent>
      </w:sdt>
    </w:p>
    <w:p>
      <w:pPr>
        <w:spacing w:before="0" w:after="80" w:line="240" w:lineRule="auto"/>
        <w:pBdr>
          <w:bottom w:val="single" w:sz="6" w:space="1" w:color="DCE5E7"/>
        </w:pBdr>
      </w:pPr>
      <w:sdt>
        <w:sdtPr>
          <w:tag w:val="CORRECCION_04"/>
          <w:alias w:val="CORRECCION_04"/>
          <w:text/>
        </w:sdtPr>
        <w:sdtContent>
          <w:r>
            <w:rPr>
              <w:rFonts w:ascii="Arial" w:hAnsi="Arial"/>
              <w:color w:val="18252E"/>
              <w:sz w:val="17"/>
            </w:rPr>
            <w:t>Añade una nota de corrección (opcional).</w:t>
          </w:r>
        </w:sdtContent>
      </w:sdt>
    </w:p>
    <w:sectPr>
      <w:headerReference w:type="default" r:id="rId9"/>
      <w:footerReference w:type="default" r:id="rId10"/>
      <w:pgSz w:w="11906" w:h="16838"/>
      <w:pgMar w:top="680" w:right="794" w:bottom="680" w:left="794" w:header="283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Arial" w:hAnsi="Arial"/>
        <w:color w:val="5F6D75"/>
        <w:sz w:val="16"/>
      </w:rPr>
      <w:t xml:space="preserve">Página </w:t>
    </w:r>
    <w:r>
      <w:rPr>
        <w:rFonts w:ascii="Arial" w:hAnsi="Arial"/>
        <w:color w:val="5F6D75"/>
        <w:sz w:val="16"/>
      </w:rPr>
      <w:fldChar w:fldCharType="begin"/>
      <w:instrText xml:space="preserve"> PAGE </w:instrText>
      <w:fldChar w:fldCharType="end"/>
    </w:r>
    <w:r>
      <w:rPr>
        <w:rFonts w:ascii="Arial" w:hAnsi="Arial"/>
        <w:color w:val="5F6D75"/>
        <w:sz w:val="16"/>
      </w:rPr>
      <w:t xml:space="preserve"> de </w:t>
    </w:r>
    <w:r>
      <w:rPr>
        <w:rFonts w:ascii="Arial" w:hAnsi="Arial"/>
        <w:color w:val="5F6D75"/>
        <w:sz w:val="16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40" w:lineRule="auto"/>
      <w:jc w:val="right"/>
      <w:pBdr>
        <w:bottom w:val="single" w:sz="8" w:space="1" w:color="DCE5E7"/>
      </w:pBdr>
    </w:pPr>
    <w:r>
      <w:rPr>
        <w:rFonts w:ascii="Arial" w:hAnsi="Arial"/>
        <w:b/>
        <w:color w:val="5F6D75"/>
        <w:sz w:val="15"/>
      </w:rPr>
      <w:t>PLANTILLA · TEST DE 4 RESPUESTAS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test de 4 respuestas</dc:title>
  <dc:subject>Plantilla editable de examen tipo test con cuatro opciones</dc:subject>
  <dc:creator/>
  <cp:keywords>plantilla, test, cuatro respuestas, Word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