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 w:line="240" w:lineRule="auto"/>
      </w:pPr>
      <w:r>
        <w:rPr>
          <w:b/>
          <w:color w:val="172D3C"/>
          <w:sz w:val="30"/>
        </w:rPr>
        <w:t>REGISTRO DE JORNADA LABORAL</w:t>
      </w:r>
    </w:p>
    <w:p>
      <w:pPr>
        <w:spacing w:after="100" w:before="0" w:line="240" w:lineRule="auto"/>
      </w:pPr>
      <w:r>
        <w:rPr>
          <w:b/>
          <w:color w:val="167A81"/>
          <w:sz w:val="16"/>
        </w:rPr>
        <w:t>CONTROL MENSUAL  /  PLANTILLA EDITABLE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402"/>
        <w:gridCol w:w="1587"/>
        <w:gridCol w:w="3855"/>
      </w:tblGrid>
      <w:tr>
        <w:trPr>
          <w:trHeight w:val="425" w:hRule="atLeast"/>
        </w:trPr>
        <w:tc>
          <w:tcPr>
            <w:tcW w:type="dxa" w:w="1814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526671"/>
                <w:sz w:val="15"/>
              </w:rPr>
              <w:t>EMPRESA / ORGANIZACIÓN</w:t>
            </w:r>
          </w:p>
        </w:tc>
        <w:tc>
          <w:tcPr>
            <w:tcW w:type="dxa" w:w="3402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[Nombre de la empresa]</w:t>
            </w:r>
          </w:p>
        </w:tc>
        <w:tc>
          <w:tcPr>
            <w:tcW w:type="dxa" w:w="1587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526671"/>
                <w:sz w:val="15"/>
              </w:rPr>
              <w:t>MES / AÑO</w:t>
            </w:r>
          </w:p>
        </w:tc>
        <w:tc>
          <w:tcPr>
            <w:tcW w:type="dxa" w:w="3855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[MM / AAAA]</w:t>
            </w:r>
          </w:p>
        </w:tc>
      </w:tr>
      <w:tr>
        <w:trPr>
          <w:trHeight w:val="425" w:hRule="atLeast"/>
        </w:trPr>
        <w:tc>
          <w:tcPr>
            <w:tcW w:type="dxa" w:w="1814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526671"/>
                <w:sz w:val="15"/>
              </w:rPr>
              <w:t>PERSONA TRABAJADORA</w:t>
            </w:r>
          </w:p>
        </w:tc>
        <w:tc>
          <w:tcPr>
            <w:tcW w:type="dxa" w:w="3402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[Nombre y apellidos]</w:t>
            </w:r>
          </w:p>
        </w:tc>
        <w:tc>
          <w:tcPr>
            <w:tcW w:type="dxa" w:w="1587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5F8F9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526671"/>
                <w:sz w:val="15"/>
              </w:rPr>
              <w:t>CENTRO / ÁREA</w:t>
            </w:r>
          </w:p>
        </w:tc>
        <w:tc>
          <w:tcPr>
            <w:tcW w:type="dxa" w:w="3855"/>
            <w:tcMar>
              <w:top w:w="26" w:type="dxa"/>
              <w:start w:w="80" w:type="dxa"/>
              <w:bottom w:w="26" w:type="dxa"/>
              <w:end w:w="80" w:type="dxa"/>
              <w:left w:w="65" w:type="dxa"/>
              <w:right w:w="65" w:type="dxa"/>
            </w:tcMar>
            <w:shd w:fill="FFFFFF"/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[Centro o departamento]</w:t>
            </w:r>
          </w:p>
        </w:tc>
      </w:tr>
    </w:tbl>
    <w:p>
      <w:pPr>
        <w:spacing w:before="80" w:after="100" w:line="240" w:lineRule="auto"/>
      </w:pPr>
      <w:r>
        <w:rPr>
          <w:b/>
          <w:color w:val="167A81"/>
          <w:sz w:val="16"/>
        </w:rPr>
        <w:t xml:space="preserve">Ejemplo de uso  </w:t>
      </w:r>
      <w:r>
        <w:rPr>
          <w:color w:val="526671"/>
          <w:sz w:val="16"/>
        </w:rPr>
        <w:t>Las tres primeras filas están cumplimentadas como muestra. Sustitúyelas por tus propios datos.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1304"/>
        <w:gridCol w:w="1304"/>
        <w:gridCol w:w="1077"/>
        <w:gridCol w:w="1531"/>
        <w:gridCol w:w="4819"/>
      </w:tblGrid>
      <w:tr>
        <w:trPr>
          <w:trHeight w:val="510" w:hRule="atLeast"/>
          <w:tblHeader w:val="true"/>
        </w:trPr>
        <w:tc>
          <w:tcPr>
            <w:tcW w:type="dxa" w:w="624"/>
            <w:shd w:fill="172D3C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DÍA</w:t>
            </w:r>
          </w:p>
        </w:tc>
        <w:tc>
          <w:tcPr>
            <w:tcW w:type="dxa" w:w="1304"/>
            <w:shd w:fill="172D3C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ENTRADA</w:t>
            </w:r>
          </w:p>
        </w:tc>
        <w:tc>
          <w:tcPr>
            <w:tcW w:type="dxa" w:w="1304"/>
            <w:shd w:fill="172D3C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SALIDA</w:t>
            </w:r>
          </w:p>
        </w:tc>
        <w:tc>
          <w:tcPr>
            <w:tcW w:type="dxa" w:w="1077"/>
            <w:shd w:fill="172D3C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PAUSA¹</w:t>
              <w:br/>
              <w:t>(min)</w:t>
            </w:r>
          </w:p>
        </w:tc>
        <w:tc>
          <w:tcPr>
            <w:tcW w:type="dxa" w:w="1531"/>
            <w:shd w:fill="172D3C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HORAS</w:t>
              <w:br/>
              <w:t>EFECTIVAS</w:t>
            </w:r>
          </w:p>
        </w:tc>
        <w:tc>
          <w:tcPr>
            <w:tcW w:type="dxa" w:w="4819"/>
            <w:shd w:fill="172D3C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OBSERVACIONES / INCIDENCIAS</w:t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172D3C"/>
                <w:sz w:val="15"/>
              </w:rPr>
              <w:t>01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09:00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17:30</w:t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30</w:t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08:00</w:t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Jornada habitual</w:t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172D3C"/>
                <w:sz w:val="15"/>
              </w:rPr>
              <w:t>02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08:30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17:00</w:t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30</w:t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08:00</w:t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Jornada habitual</w:t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172D3C"/>
                <w:sz w:val="15"/>
              </w:rPr>
              <w:t>03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09:00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15:00</w:t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</w:t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06:00</w:t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EAF3F3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172D3C"/>
                <w:sz w:val="15"/>
              </w:rPr>
              <w:t>Salida anticipada acordada</w:t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04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05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06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07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08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09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10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11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12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13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14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15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16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17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18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19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20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21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22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23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24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25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26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27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28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29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30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shd w:fill="F5F8F9"/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  <w:tr>
        <w:trPr>
          <w:trHeight w:val="343" w:hRule="atLeast"/>
          <w:cantSplit/>
        </w:trPr>
        <w:tc>
          <w:tcPr>
            <w:tcW w:type="dxa" w:w="62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/>
                <w:color w:val="243A47"/>
                <w:sz w:val="15"/>
              </w:rPr>
              <w:t>31</w:t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304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077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1531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  <w:tc>
          <w:tcPr>
            <w:tcW w:type="dxa" w:w="4819"/>
            <w:tcMar>
              <w:top w:w="23" w:type="dxa"/>
              <w:start w:w="90" w:type="dxa"/>
              <w:bottom w:w="23" w:type="dxa"/>
              <w:end w:w="90" w:type="dxa"/>
              <w:left w:w="45" w:type="dxa"/>
              <w:right w:w="45" w:type="dxa"/>
            </w:tcMar>
            <w:vAlign w:val="center"/>
            <w:tcBorders>
              <w:bottom w:val="single" w:sz="4" w:color="CFD8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</w:rPr>
            </w:r>
            <w:r>
              <w:rPr>
                <w:rFonts w:ascii="Aptos" w:hAnsi="Aptos"/>
                <w:b w:val="0"/>
                <w:color w:val="243A47"/>
                <w:sz w:val="15"/>
              </w:rPr>
            </w:r>
          </w:p>
        </w:tc>
      </w:tr>
    </w:tbl>
    <w:p>
      <w:pPr>
        <w:spacing w:before="100" w:after="60" w:line="240" w:lineRule="auto"/>
      </w:pPr>
      <w:r>
        <w:rPr>
          <w:b/>
          <w:color w:val="167A81"/>
          <w:sz w:val="17"/>
        </w:rPr>
        <w:t>CIERRE DEL 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964"/>
        <w:gridCol w:w="1531"/>
        <w:gridCol w:w="1814"/>
        <w:gridCol w:w="2154"/>
        <w:gridCol w:w="2608"/>
      </w:tblGrid>
      <w:tr>
        <w:trPr>
          <w:trHeight w:val="510" w:hRule="atLeast"/>
        </w:trPr>
        <w:tc>
          <w:tcPr>
            <w:tcW w:type="dxa" w:w="1587"/>
            <w:shd w:fill="EAF3F3"/>
            <w:tcMar>
              <w:top w:w="85" w:type="dxa"/>
              <w:start w:w="80" w:type="dxa"/>
              <w:bottom w:w="85" w:type="dxa"/>
              <w:end w:w="80" w:type="dxa"/>
              <w:left w:w="57" w:type="dxa"/>
              <w:right w:w="57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167A81"/>
                <w:sz w:val="14"/>
              </w:rPr>
              <w:t>DÍAS TRABAJADOS</w:t>
            </w:r>
          </w:p>
        </w:tc>
        <w:tc>
          <w:tcPr>
            <w:tcW w:type="dxa" w:w="964"/>
            <w:shd w:fill="FFFFFF"/>
            <w:tcMar>
              <w:top w:w="85" w:type="dxa"/>
              <w:start w:w="80" w:type="dxa"/>
              <w:bottom w:w="85" w:type="dxa"/>
              <w:end w:w="80" w:type="dxa"/>
              <w:left w:w="57" w:type="dxa"/>
              <w:right w:w="57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 w:val="0"/>
                <w:color w:val="172D3C"/>
                <w:sz w:val="14"/>
              </w:rPr>
              <w:t>[     ]</w:t>
            </w:r>
          </w:p>
        </w:tc>
        <w:tc>
          <w:tcPr>
            <w:tcW w:type="dxa" w:w="1531"/>
            <w:shd w:fill="EAF3F3"/>
            <w:tcMar>
              <w:top w:w="85" w:type="dxa"/>
              <w:start w:w="80" w:type="dxa"/>
              <w:bottom w:w="85" w:type="dxa"/>
              <w:end w:w="80" w:type="dxa"/>
              <w:left w:w="57" w:type="dxa"/>
              <w:right w:w="57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167A81"/>
                <w:sz w:val="14"/>
              </w:rPr>
              <w:t>HORAS TOTALES</w:t>
            </w:r>
          </w:p>
        </w:tc>
        <w:tc>
          <w:tcPr>
            <w:tcW w:type="dxa" w:w="1814"/>
            <w:shd w:fill="FFFFFF"/>
            <w:tcMar>
              <w:top w:w="85" w:type="dxa"/>
              <w:start w:w="80" w:type="dxa"/>
              <w:bottom w:w="85" w:type="dxa"/>
              <w:end w:w="80" w:type="dxa"/>
              <w:left w:w="57" w:type="dxa"/>
              <w:right w:w="57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 w:val="0"/>
                <w:color w:val="172D3C"/>
                <w:sz w:val="14"/>
              </w:rPr>
              <w:t>[      h      min ]</w:t>
            </w:r>
          </w:p>
        </w:tc>
        <w:tc>
          <w:tcPr>
            <w:tcW w:type="dxa" w:w="2154"/>
            <w:shd w:fill="EAF3F3"/>
            <w:tcMar>
              <w:top w:w="85" w:type="dxa"/>
              <w:start w:w="80" w:type="dxa"/>
              <w:bottom w:w="85" w:type="dxa"/>
              <w:end w:w="80" w:type="dxa"/>
              <w:left w:w="57" w:type="dxa"/>
              <w:right w:w="57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/>
                <w:color w:val="167A81"/>
                <w:sz w:val="14"/>
              </w:rPr>
              <w:t>INCIDENCIAS / NOTAS</w:t>
            </w:r>
          </w:p>
        </w:tc>
        <w:tc>
          <w:tcPr>
            <w:tcW w:type="dxa" w:w="2608"/>
            <w:shd w:fill="FFFFFF"/>
            <w:tcMar>
              <w:top w:w="85" w:type="dxa"/>
              <w:start w:w="80" w:type="dxa"/>
              <w:bottom w:w="85" w:type="dxa"/>
              <w:end w:w="80" w:type="dxa"/>
              <w:left w:w="57" w:type="dxa"/>
              <w:right w:w="57" w:type="dxa"/>
            </w:tcMar>
            <w:vAlign w:val="center"/>
            <w:tcBorders>
              <w:bottom w:val="single" w:sz="5" w:color="CFD8DC"/>
            </w:tcBorders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 w:val="0"/>
                <w:color w:val="172D3C"/>
                <w:sz w:val="14"/>
              </w:rPr>
              <w:t>[Completar al cerrar el mes]</w:t>
            </w:r>
          </w:p>
        </w:tc>
      </w:tr>
    </w:tbl>
    <w:p>
      <w:pPr>
        <w:spacing w:before="80" w:after="120" w:line="252" w:lineRule="auto"/>
      </w:pPr>
      <w:r>
        <w:rPr>
          <w:b/>
          <w:color w:val="167A81"/>
          <w:sz w:val="14"/>
        </w:rPr>
        <w:t xml:space="preserve">¹ Pausa no computable. </w:t>
      </w:r>
      <w:r>
        <w:rPr>
          <w:color w:val="526671"/>
          <w:sz w:val="14"/>
        </w:rPr>
        <w:t>Horas efectivas = tiempo entre entrada y salida − pausa no computable. Anota «+1 día» junto a la salida si termina al día siguiente. En días sin trabajo, deja los horarios vacíos e indica el motivo en observaciones. Elimina los días inexistentes del mes.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c>
          <w:tcPr>
            <w:tcW w:type="dxa" w:w="5329"/>
            <w:tcMar>
              <w:top w:w="57" w:type="dxa"/>
              <w:start w:w="80" w:type="dxa"/>
              <w:bottom w:w="57" w:type="dxa"/>
              <w:end w:w="100" w:type="dxa"/>
              <w:left w:w="65" w:type="dxa"/>
              <w:right w:w="6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 w:val="0"/>
                <w:color w:val="526671"/>
                <w:sz w:val="14"/>
              </w:rPr>
              <w:t>REVISIÓN DE LA PERSONA TRABAJADORA     Firma: ____________________     Fecha: ____ / ____ / ______</w:t>
            </w:r>
          </w:p>
        </w:tc>
        <w:tc>
          <w:tcPr>
            <w:tcW w:type="dxa" w:w="5329"/>
            <w:tcMar>
              <w:top w:w="57" w:type="dxa"/>
              <w:start w:w="80" w:type="dxa"/>
              <w:bottom w:w="57" w:type="dxa"/>
              <w:end w:w="100" w:type="dxa"/>
              <w:left w:w="65" w:type="dxa"/>
              <w:right w:w="6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4"/>
              </w:rPr>
            </w:r>
            <w:r>
              <w:rPr>
                <w:rFonts w:ascii="Aptos" w:hAnsi="Aptos"/>
                <w:b w:val="0"/>
                <w:color w:val="526671"/>
                <w:sz w:val="14"/>
              </w:rPr>
              <w:t>REVISIÓN DE LA EMPRESA / RESPONSABLE     Firma: ____________________     Fecha: ____ / ____ / 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624" w:bottom="567" w:left="624" w:header="22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color w:val="526671"/>
        <w:sz w:val="14"/>
      </w:rPr>
      <w:t>Plantilla mensual · Registro de jornada laboral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ptos" w:hAnsi="Aptos"/>
      <w:color w:val="222C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registro jornada laboral Word</dc:title>
  <dc:subject>Registro mensual editable de entradas, salidas, pausas y horas efectivas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