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7324B"/>
          <w:sz w:val="32"/>
        </w:rPr>
        <w:t>REGISTRO DE JORNADA LABORAL</w:t>
      </w:r>
    </w:p>
    <w:p>
      <w:pPr>
        <w:spacing w:after="240"/>
      </w:pPr>
      <w:r>
        <w:rPr>
          <w:color w:val="5F7180"/>
          <w:sz w:val="18"/>
        </w:rPr>
        <w:t>Plantilla mensual editable · Página 1 de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5018"/>
            <w:shd w:fill="F4F7F8"/>
            <w:tcBorders>
              <w:top w:val="single" w:sz="4" w:color="E1E8EA"/>
              <w:left w:val="single" w:sz="4" w:color="E1E8EA"/>
              <w:bottom w:val="single" w:sz="4" w:color="E1E8EA"/>
              <w:right w:val="single" w:sz="4" w:color="E1E8EA"/>
            </w:tcBorders>
            <w:tcMar>
              <w:top w:w="130" w:type="dxa"/>
              <w:start w:w="120" w:type="dxa"/>
              <w:bottom w:w="13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5F7180"/>
                <w:sz w:val="16"/>
              </w:rPr>
              <w:t xml:space="preserve">EMPRESA / ÁREA  </w:t>
            </w:r>
            <w:r>
              <w:rPr>
                <w:color w:val="263746"/>
                <w:sz w:val="18"/>
              </w:rPr>
              <w:t>________________________________</w:t>
            </w:r>
          </w:p>
        </w:tc>
        <w:tc>
          <w:tcPr>
            <w:tcW w:type="dxa" w:w="5018"/>
            <w:shd w:fill="F4F7F8"/>
            <w:tcBorders>
              <w:top w:val="single" w:sz="4" w:color="E1E8EA"/>
              <w:left w:val="single" w:sz="4" w:color="E1E8EA"/>
              <w:bottom w:val="single" w:sz="4" w:color="E1E8EA"/>
              <w:right w:val="single" w:sz="4" w:color="E1E8EA"/>
            </w:tcBorders>
            <w:tcMar>
              <w:top w:w="130" w:type="dxa"/>
              <w:start w:w="120" w:type="dxa"/>
              <w:bottom w:w="13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5F7180"/>
                <w:sz w:val="16"/>
              </w:rPr>
              <w:t xml:space="preserve">PERSONA TRABAJADORA  </w:t>
            </w:r>
            <w:r>
              <w:rPr>
                <w:color w:val="263746"/>
                <w:sz w:val="18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5018"/>
            <w:shd w:fill="F4F7F8"/>
            <w:tcBorders>
              <w:top w:val="single" w:sz="4" w:color="E1E8EA"/>
              <w:left w:val="single" w:sz="4" w:color="E1E8EA"/>
              <w:bottom w:val="single" w:sz="4" w:color="E1E8EA"/>
              <w:right w:val="single" w:sz="4" w:color="E1E8EA"/>
            </w:tcBorders>
            <w:tcMar>
              <w:top w:w="130" w:type="dxa"/>
              <w:start w:w="120" w:type="dxa"/>
              <w:bottom w:w="13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5F7180"/>
                <w:sz w:val="16"/>
              </w:rPr>
              <w:t xml:space="preserve">MES / AÑO  </w:t>
            </w:r>
            <w:r>
              <w:rPr>
                <w:color w:val="263746"/>
                <w:sz w:val="18"/>
              </w:rPr>
              <w:t>________ / __________</w:t>
            </w:r>
          </w:p>
        </w:tc>
        <w:tc>
          <w:tcPr>
            <w:tcW w:type="dxa" w:w="5018"/>
            <w:shd w:fill="F4F7F8"/>
            <w:tcBorders>
              <w:top w:val="single" w:sz="4" w:color="E1E8EA"/>
              <w:left w:val="single" w:sz="4" w:color="E1E8EA"/>
              <w:bottom w:val="single" w:sz="4" w:color="E1E8EA"/>
              <w:right w:val="single" w:sz="4" w:color="E1E8EA"/>
            </w:tcBorders>
            <w:tcMar>
              <w:top w:w="130" w:type="dxa"/>
              <w:start w:w="120" w:type="dxa"/>
              <w:bottom w:w="13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5F7180"/>
                <w:sz w:val="16"/>
              </w:rPr>
              <w:t xml:space="preserve">CENTRO / MODALIDAD  </w:t>
            </w:r>
            <w:r>
              <w:rPr>
                <w:color w:val="263746"/>
                <w:sz w:val="18"/>
              </w:rPr>
              <w:t>________________________________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color w:val="167C83"/>
          <w:sz w:val="17"/>
        </w:rPr>
        <w:t xml:space="preserve">Cómo usarla  </w:t>
      </w:r>
      <w:r>
        <w:rPr>
          <w:color w:val="5F7180"/>
          <w:sz w:val="17"/>
        </w:rPr>
        <w:t>Sustituye los tres registros de ejemplo (en color claro), completa las demás fechas y registra cada jornada real. La pausa se expresa en minutos.</w:t>
      </w:r>
    </w:p>
    <w:p>
      <w:pPr>
        <w:spacing w:before="40" w:after="100"/>
      </w:pPr>
      <w:r>
        <w:rPr>
          <w:b/>
          <w:color w:val="167C83"/>
          <w:sz w:val="20"/>
        </w:rPr>
        <w:t>01  ·  Jornadas del día 1 al 16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"/>
        <w:gridCol w:w="1219"/>
        <w:gridCol w:w="1134"/>
        <w:gridCol w:w="1134"/>
        <w:gridCol w:w="879"/>
        <w:gridCol w:w="1332"/>
        <w:gridCol w:w="3742"/>
      </w:tblGrid>
      <w:tr>
        <w:trPr>
          <w:trHeight w:val="420" w:hRule="atLeast"/>
        </w:trPr>
        <w:tc>
          <w:tcPr>
            <w:tcW w:type="dxa" w:w="595"/>
            <w:shd w:fill="17324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4" w:color="17324B"/>
              <w:left w:val="single" w:sz="4" w:color="17324B"/>
              <w:bottom w:val="single" w:sz="4" w:color="17324B"/>
              <w:right w:val="single" w:sz="4" w:color="17324B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DÍA</w:t>
            </w:r>
          </w:p>
        </w:tc>
        <w:tc>
          <w:tcPr>
            <w:tcW w:type="dxa" w:w="1219"/>
            <w:shd w:fill="17324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4" w:color="17324B"/>
              <w:left w:val="single" w:sz="4" w:color="17324B"/>
              <w:bottom w:val="single" w:sz="4" w:color="17324B"/>
              <w:right w:val="single" w:sz="4" w:color="17324B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FECHA</w:t>
            </w:r>
          </w:p>
        </w:tc>
        <w:tc>
          <w:tcPr>
            <w:tcW w:type="dxa" w:w="1134"/>
            <w:shd w:fill="17324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4" w:color="17324B"/>
              <w:left w:val="single" w:sz="4" w:color="17324B"/>
              <w:bottom w:val="single" w:sz="4" w:color="17324B"/>
              <w:right w:val="single" w:sz="4" w:color="17324B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ENTRADA</w:t>
            </w:r>
          </w:p>
        </w:tc>
        <w:tc>
          <w:tcPr>
            <w:tcW w:type="dxa" w:w="1134"/>
            <w:shd w:fill="17324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4" w:color="17324B"/>
              <w:left w:val="single" w:sz="4" w:color="17324B"/>
              <w:bottom w:val="single" w:sz="4" w:color="17324B"/>
              <w:right w:val="single" w:sz="4" w:color="17324B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SALIDA</w:t>
            </w:r>
          </w:p>
        </w:tc>
        <w:tc>
          <w:tcPr>
            <w:tcW w:type="dxa" w:w="879"/>
            <w:shd w:fill="17324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4" w:color="17324B"/>
              <w:left w:val="single" w:sz="4" w:color="17324B"/>
              <w:bottom w:val="single" w:sz="4" w:color="17324B"/>
              <w:right w:val="single" w:sz="4" w:color="17324B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PAUSA</w:t>
              <w:br/>
              <w:t>(min)</w:t>
            </w:r>
          </w:p>
        </w:tc>
        <w:tc>
          <w:tcPr>
            <w:tcW w:type="dxa" w:w="1332"/>
            <w:shd w:fill="17324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4" w:color="17324B"/>
              <w:left w:val="single" w:sz="4" w:color="17324B"/>
              <w:bottom w:val="single" w:sz="4" w:color="17324B"/>
              <w:right w:val="single" w:sz="4" w:color="17324B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HORAS</w:t>
              <w:br/>
              <w:t>EFECTIVAS</w:t>
            </w:r>
          </w:p>
        </w:tc>
        <w:tc>
          <w:tcPr>
            <w:tcW w:type="dxa" w:w="3742"/>
            <w:shd w:fill="17324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4" w:color="17324B"/>
              <w:left w:val="single" w:sz="4" w:color="17324B"/>
              <w:bottom w:val="single" w:sz="4" w:color="17324B"/>
              <w:right w:val="single" w:sz="4" w:color="17324B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INCIDENCIAS / OBSERVACIONES</w:t>
            </w:r>
          </w:p>
        </w:tc>
      </w:tr>
      <w:tr>
        <w:trPr>
          <w:trHeight w:val="391" w:hRule="atLeast"/>
        </w:trPr>
        <w:tc>
          <w:tcPr>
            <w:tcW w:type="dxa" w:w="595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01</w:t>
            </w:r>
          </w:p>
        </w:tc>
        <w:tc>
          <w:tcPr>
            <w:tcW w:type="dxa" w:w="1219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01 / __ / ____</w:t>
            </w:r>
          </w:p>
        </w:tc>
        <w:tc>
          <w:tcPr>
            <w:tcW w:type="dxa" w:w="1134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09:00</w:t>
            </w:r>
          </w:p>
        </w:tc>
        <w:tc>
          <w:tcPr>
            <w:tcW w:type="dxa" w:w="1134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17:30</w:t>
            </w:r>
          </w:p>
        </w:tc>
        <w:tc>
          <w:tcPr>
            <w:tcW w:type="dxa" w:w="879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30</w:t>
            </w:r>
          </w:p>
        </w:tc>
        <w:tc>
          <w:tcPr>
            <w:tcW w:type="dxa" w:w="1332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08:00</w:t>
            </w:r>
          </w:p>
        </w:tc>
        <w:tc>
          <w:tcPr>
            <w:tcW w:type="dxa" w:w="3742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Ejemplo · jornada habitual</w:t>
            </w:r>
          </w:p>
        </w:tc>
      </w:tr>
      <w:tr>
        <w:trPr>
          <w:trHeight w:val="391" w:hRule="atLeast"/>
        </w:trPr>
        <w:tc>
          <w:tcPr>
            <w:tcW w:type="dxa" w:w="595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02</w:t>
            </w:r>
          </w:p>
        </w:tc>
        <w:tc>
          <w:tcPr>
            <w:tcW w:type="dxa" w:w="1219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02 / __ / ____</w:t>
            </w:r>
          </w:p>
        </w:tc>
        <w:tc>
          <w:tcPr>
            <w:tcW w:type="dxa" w:w="1134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08:30</w:t>
            </w:r>
          </w:p>
        </w:tc>
        <w:tc>
          <w:tcPr>
            <w:tcW w:type="dxa" w:w="1134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17:00</w:t>
            </w:r>
          </w:p>
        </w:tc>
        <w:tc>
          <w:tcPr>
            <w:tcW w:type="dxa" w:w="879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30</w:t>
            </w:r>
          </w:p>
        </w:tc>
        <w:tc>
          <w:tcPr>
            <w:tcW w:type="dxa" w:w="1332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08:00</w:t>
            </w:r>
          </w:p>
        </w:tc>
        <w:tc>
          <w:tcPr>
            <w:tcW w:type="dxa" w:w="3742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Ejemplo · entrada anticipada</w:t>
            </w:r>
          </w:p>
        </w:tc>
      </w:tr>
      <w:tr>
        <w:trPr>
          <w:trHeight w:val="391" w:hRule="atLeast"/>
        </w:trPr>
        <w:tc>
          <w:tcPr>
            <w:tcW w:type="dxa" w:w="595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03</w:t>
            </w:r>
          </w:p>
        </w:tc>
        <w:tc>
          <w:tcPr>
            <w:tcW w:type="dxa" w:w="1219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03 / __ / ____</w:t>
            </w:r>
          </w:p>
        </w:tc>
        <w:tc>
          <w:tcPr>
            <w:tcW w:type="dxa" w:w="1134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09:00</w:t>
            </w:r>
          </w:p>
        </w:tc>
        <w:tc>
          <w:tcPr>
            <w:tcW w:type="dxa" w:w="1134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16:00</w:t>
            </w:r>
          </w:p>
        </w:tc>
        <w:tc>
          <w:tcPr>
            <w:tcW w:type="dxa" w:w="879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30</w:t>
            </w:r>
          </w:p>
        </w:tc>
        <w:tc>
          <w:tcPr>
            <w:tcW w:type="dxa" w:w="1332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06:30</w:t>
            </w:r>
          </w:p>
        </w:tc>
        <w:tc>
          <w:tcPr>
            <w:tcW w:type="dxa" w:w="3742"/>
            <w:shd w:fill="FFF3DF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Ejemplo · salida anticipada</w:t>
            </w:r>
          </w:p>
        </w:tc>
      </w:tr>
      <w:tr>
        <w:trPr>
          <w:trHeight w:val="391" w:hRule="atLeast"/>
        </w:trPr>
        <w:tc>
          <w:tcPr>
            <w:tcW w:type="dxa" w:w="595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04</w:t>
            </w:r>
          </w:p>
        </w:tc>
        <w:tc>
          <w:tcPr>
            <w:tcW w:type="dxa" w:w="121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05</w:t>
            </w:r>
          </w:p>
        </w:tc>
        <w:tc>
          <w:tcPr>
            <w:tcW w:type="dxa" w:w="121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06</w:t>
            </w:r>
          </w:p>
        </w:tc>
        <w:tc>
          <w:tcPr>
            <w:tcW w:type="dxa" w:w="121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07</w:t>
            </w:r>
          </w:p>
        </w:tc>
        <w:tc>
          <w:tcPr>
            <w:tcW w:type="dxa" w:w="121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08</w:t>
            </w:r>
          </w:p>
        </w:tc>
        <w:tc>
          <w:tcPr>
            <w:tcW w:type="dxa" w:w="121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09</w:t>
            </w:r>
          </w:p>
        </w:tc>
        <w:tc>
          <w:tcPr>
            <w:tcW w:type="dxa" w:w="121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10</w:t>
            </w:r>
          </w:p>
        </w:tc>
        <w:tc>
          <w:tcPr>
            <w:tcW w:type="dxa" w:w="121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11</w:t>
            </w:r>
          </w:p>
        </w:tc>
        <w:tc>
          <w:tcPr>
            <w:tcW w:type="dxa" w:w="121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12</w:t>
            </w:r>
          </w:p>
        </w:tc>
        <w:tc>
          <w:tcPr>
            <w:tcW w:type="dxa" w:w="121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13</w:t>
            </w:r>
          </w:p>
        </w:tc>
        <w:tc>
          <w:tcPr>
            <w:tcW w:type="dxa" w:w="121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14</w:t>
            </w:r>
          </w:p>
        </w:tc>
        <w:tc>
          <w:tcPr>
            <w:tcW w:type="dxa" w:w="121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15</w:t>
            </w:r>
          </w:p>
        </w:tc>
        <w:tc>
          <w:tcPr>
            <w:tcW w:type="dxa" w:w="121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16</w:t>
            </w:r>
          </w:p>
        </w:tc>
        <w:tc>
          <w:tcPr>
            <w:tcW w:type="dxa" w:w="121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</w:tbl>
    <w:p>
      <w:pPr>
        <w:spacing w:before="140"/>
      </w:pPr>
      <w:r>
        <w:rPr>
          <w:color w:val="5F7180"/>
          <w:sz w:val="16"/>
        </w:rPr>
        <w:t xml:space="preserve">Horas efectivas = tiempo entre entrada y salida − pausas no trabajadas. </w:t>
      </w:r>
      <w:r>
        <w:rPr>
          <w:color w:val="5F7180"/>
          <w:sz w:val="16"/>
        </w:rPr>
        <w:t>Si hay varios tramos o un turno nocturno, detállalos en observaciones.</w:t>
      </w:r>
    </w:p>
    <w:p>
      <w:r>
        <w:br w:type="page"/>
      </w:r>
    </w:p>
    <w:p>
      <w:pPr>
        <w:spacing w:after="40"/>
      </w:pPr>
      <w:r>
        <w:rPr>
          <w:b/>
          <w:color w:val="17324B"/>
          <w:sz w:val="32"/>
        </w:rPr>
        <w:t>REGISTRO DE JORNADA LABORAL</w:t>
      </w:r>
    </w:p>
    <w:p>
      <w:pPr>
        <w:spacing w:after="240"/>
      </w:pPr>
      <w:r>
        <w:rPr>
          <w:color w:val="5F7180"/>
          <w:sz w:val="18"/>
        </w:rPr>
        <w:t>Continuación del mismo mes · Página 2 de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5018"/>
            <w:shd w:fill="F4F7F8"/>
            <w:tcBorders>
              <w:top w:val="single" w:sz="4" w:color="E1E8EA"/>
              <w:left w:val="single" w:sz="4" w:color="E1E8EA"/>
              <w:bottom w:val="single" w:sz="4" w:color="E1E8EA"/>
              <w:right w:val="single" w:sz="4" w:color="E1E8EA"/>
            </w:tcBorders>
            <w:tcMar>
              <w:top w:w="130" w:type="dxa"/>
              <w:start w:w="120" w:type="dxa"/>
              <w:bottom w:w="13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5F7180"/>
                <w:sz w:val="16"/>
              </w:rPr>
              <w:t xml:space="preserve">PERSONA TRABAJADORA  </w:t>
            </w:r>
            <w:r>
              <w:rPr>
                <w:color w:val="263746"/>
                <w:sz w:val="18"/>
              </w:rPr>
              <w:t>________________________________</w:t>
            </w:r>
          </w:p>
        </w:tc>
        <w:tc>
          <w:tcPr>
            <w:tcW w:type="dxa" w:w="5018"/>
            <w:shd w:fill="F4F7F8"/>
            <w:tcBorders>
              <w:top w:val="single" w:sz="4" w:color="E1E8EA"/>
              <w:left w:val="single" w:sz="4" w:color="E1E8EA"/>
              <w:bottom w:val="single" w:sz="4" w:color="E1E8EA"/>
              <w:right w:val="single" w:sz="4" w:color="E1E8EA"/>
            </w:tcBorders>
            <w:tcMar>
              <w:top w:w="130" w:type="dxa"/>
              <w:start w:w="120" w:type="dxa"/>
              <w:bottom w:w="13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5F7180"/>
                <w:sz w:val="16"/>
              </w:rPr>
              <w:t xml:space="preserve">MES / AÑO  </w:t>
            </w:r>
            <w:r>
              <w:rPr>
                <w:color w:val="263746"/>
                <w:sz w:val="18"/>
              </w:rPr>
              <w:t>________ / __________</w:t>
            </w:r>
          </w:p>
        </w:tc>
      </w:tr>
    </w:tbl>
    <w:p>
      <w:pPr>
        <w:spacing w:after="0"/>
      </w:pPr>
    </w:p>
    <w:p>
      <w:pPr>
        <w:spacing w:before="40" w:after="100"/>
      </w:pPr>
      <w:r>
        <w:rPr>
          <w:b/>
          <w:color w:val="167C83"/>
          <w:sz w:val="20"/>
        </w:rPr>
        <w:t>02  ·  Jornadas del día 17 al 31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"/>
        <w:gridCol w:w="1219"/>
        <w:gridCol w:w="1134"/>
        <w:gridCol w:w="1134"/>
        <w:gridCol w:w="879"/>
        <w:gridCol w:w="1332"/>
        <w:gridCol w:w="3742"/>
      </w:tblGrid>
      <w:tr>
        <w:trPr>
          <w:trHeight w:val="420" w:hRule="atLeast"/>
        </w:trPr>
        <w:tc>
          <w:tcPr>
            <w:tcW w:type="dxa" w:w="595"/>
            <w:shd w:fill="17324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4" w:color="17324B"/>
              <w:left w:val="single" w:sz="4" w:color="17324B"/>
              <w:bottom w:val="single" w:sz="4" w:color="17324B"/>
              <w:right w:val="single" w:sz="4" w:color="17324B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DÍA</w:t>
            </w:r>
          </w:p>
        </w:tc>
        <w:tc>
          <w:tcPr>
            <w:tcW w:type="dxa" w:w="1219"/>
            <w:shd w:fill="17324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4" w:color="17324B"/>
              <w:left w:val="single" w:sz="4" w:color="17324B"/>
              <w:bottom w:val="single" w:sz="4" w:color="17324B"/>
              <w:right w:val="single" w:sz="4" w:color="17324B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FECHA</w:t>
            </w:r>
          </w:p>
        </w:tc>
        <w:tc>
          <w:tcPr>
            <w:tcW w:type="dxa" w:w="1134"/>
            <w:shd w:fill="17324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4" w:color="17324B"/>
              <w:left w:val="single" w:sz="4" w:color="17324B"/>
              <w:bottom w:val="single" w:sz="4" w:color="17324B"/>
              <w:right w:val="single" w:sz="4" w:color="17324B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ENTRADA</w:t>
            </w:r>
          </w:p>
        </w:tc>
        <w:tc>
          <w:tcPr>
            <w:tcW w:type="dxa" w:w="1134"/>
            <w:shd w:fill="17324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4" w:color="17324B"/>
              <w:left w:val="single" w:sz="4" w:color="17324B"/>
              <w:bottom w:val="single" w:sz="4" w:color="17324B"/>
              <w:right w:val="single" w:sz="4" w:color="17324B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SALIDA</w:t>
            </w:r>
          </w:p>
        </w:tc>
        <w:tc>
          <w:tcPr>
            <w:tcW w:type="dxa" w:w="879"/>
            <w:shd w:fill="17324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4" w:color="17324B"/>
              <w:left w:val="single" w:sz="4" w:color="17324B"/>
              <w:bottom w:val="single" w:sz="4" w:color="17324B"/>
              <w:right w:val="single" w:sz="4" w:color="17324B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PAUSA</w:t>
              <w:br/>
              <w:t>(min)</w:t>
            </w:r>
          </w:p>
        </w:tc>
        <w:tc>
          <w:tcPr>
            <w:tcW w:type="dxa" w:w="1332"/>
            <w:shd w:fill="17324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4" w:color="17324B"/>
              <w:left w:val="single" w:sz="4" w:color="17324B"/>
              <w:bottom w:val="single" w:sz="4" w:color="17324B"/>
              <w:right w:val="single" w:sz="4" w:color="17324B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HORAS</w:t>
              <w:br/>
              <w:t>EFECTIVAS</w:t>
            </w:r>
          </w:p>
        </w:tc>
        <w:tc>
          <w:tcPr>
            <w:tcW w:type="dxa" w:w="3742"/>
            <w:shd w:fill="17324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4" w:color="17324B"/>
              <w:left w:val="single" w:sz="4" w:color="17324B"/>
              <w:bottom w:val="single" w:sz="4" w:color="17324B"/>
              <w:right w:val="single" w:sz="4" w:color="17324B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INCIDENCIAS / OBSERVACIONES</w:t>
            </w:r>
          </w:p>
        </w:tc>
      </w:tr>
      <w:tr>
        <w:trPr>
          <w:trHeight w:val="391" w:hRule="atLeast"/>
        </w:trPr>
        <w:tc>
          <w:tcPr>
            <w:tcW w:type="dxa" w:w="595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17</w:t>
            </w:r>
          </w:p>
        </w:tc>
        <w:tc>
          <w:tcPr>
            <w:tcW w:type="dxa" w:w="121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18</w:t>
            </w:r>
          </w:p>
        </w:tc>
        <w:tc>
          <w:tcPr>
            <w:tcW w:type="dxa" w:w="121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19</w:t>
            </w:r>
          </w:p>
        </w:tc>
        <w:tc>
          <w:tcPr>
            <w:tcW w:type="dxa" w:w="121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20</w:t>
            </w:r>
          </w:p>
        </w:tc>
        <w:tc>
          <w:tcPr>
            <w:tcW w:type="dxa" w:w="121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21</w:t>
            </w:r>
          </w:p>
        </w:tc>
        <w:tc>
          <w:tcPr>
            <w:tcW w:type="dxa" w:w="121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22</w:t>
            </w:r>
          </w:p>
        </w:tc>
        <w:tc>
          <w:tcPr>
            <w:tcW w:type="dxa" w:w="121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23</w:t>
            </w:r>
          </w:p>
        </w:tc>
        <w:tc>
          <w:tcPr>
            <w:tcW w:type="dxa" w:w="121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24</w:t>
            </w:r>
          </w:p>
        </w:tc>
        <w:tc>
          <w:tcPr>
            <w:tcW w:type="dxa" w:w="121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25</w:t>
            </w:r>
          </w:p>
        </w:tc>
        <w:tc>
          <w:tcPr>
            <w:tcW w:type="dxa" w:w="121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26</w:t>
            </w:r>
          </w:p>
        </w:tc>
        <w:tc>
          <w:tcPr>
            <w:tcW w:type="dxa" w:w="121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27</w:t>
            </w:r>
          </w:p>
        </w:tc>
        <w:tc>
          <w:tcPr>
            <w:tcW w:type="dxa" w:w="121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28</w:t>
            </w:r>
          </w:p>
        </w:tc>
        <w:tc>
          <w:tcPr>
            <w:tcW w:type="dxa" w:w="121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29</w:t>
            </w:r>
          </w:p>
        </w:tc>
        <w:tc>
          <w:tcPr>
            <w:tcW w:type="dxa" w:w="121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30</w:t>
            </w:r>
          </w:p>
        </w:tc>
        <w:tc>
          <w:tcPr>
            <w:tcW w:type="dxa" w:w="121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shd w:fill="F8FAFB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  <w:tr>
        <w:trPr>
          <w:trHeight w:val="391" w:hRule="atLeast"/>
        </w:trPr>
        <w:tc>
          <w:tcPr>
            <w:tcW w:type="dxa" w:w="595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  <w:t>31</w:t>
            </w:r>
          </w:p>
        </w:tc>
        <w:tc>
          <w:tcPr>
            <w:tcW w:type="dxa" w:w="121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__ / __ / ____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134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87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133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5F7180"/>
                <w:sz w:val="15"/>
              </w:rPr>
              <w:t>—</w:t>
            </w:r>
          </w:p>
        </w:tc>
        <w:tc>
          <w:tcPr>
            <w:tcW w:type="dxa" w:w="3742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746"/>
                <w:sz w:val="15"/>
              </w:rPr>
            </w:r>
          </w:p>
        </w:tc>
      </w:tr>
    </w:tbl>
    <w:p>
      <w:pPr>
        <w:spacing w:before="120" w:after="100"/>
      </w:pPr>
      <w:r>
        <w:rPr>
          <w:color w:val="5F7180"/>
          <w:sz w:val="16"/>
        </w:rPr>
        <w:t>Los días que no correspondan al mes pueden dejarse vacíos o marcarse como «No aplica».</w:t>
      </w:r>
    </w:p>
    <w:p>
      <w:pPr>
        <w:spacing w:before="40" w:after="100"/>
      </w:pPr>
      <w:r>
        <w:rPr>
          <w:b/>
          <w:color w:val="167C83"/>
          <w:sz w:val="20"/>
        </w:rPr>
        <w:t>03  ·  Cierre del período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09"/>
        <w:gridCol w:w="2509"/>
        <w:gridCol w:w="2509"/>
        <w:gridCol w:w="2509"/>
      </w:tblGrid>
      <w:tr>
        <w:trPr>
          <w:trHeight w:val="340"/>
        </w:trPr>
        <w:tc>
          <w:tcPr>
            <w:tcW w:type="dxa" w:w="2509"/>
            <w:shd w:fill="EDF5F6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167C83"/>
                <w:sz w:val="14"/>
              </w:rPr>
              <w:t>DÍAS TRABAJADOS</w:t>
            </w:r>
          </w:p>
        </w:tc>
        <w:tc>
          <w:tcPr>
            <w:tcW w:type="dxa" w:w="2509"/>
            <w:shd w:fill="EDF5F6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167C83"/>
                <w:sz w:val="14"/>
              </w:rPr>
              <w:t>HORAS PREVISTAS</w:t>
            </w:r>
          </w:p>
        </w:tc>
        <w:tc>
          <w:tcPr>
            <w:tcW w:type="dxa" w:w="2509"/>
            <w:shd w:fill="EDF5F6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167C83"/>
                <w:sz w:val="14"/>
              </w:rPr>
              <w:t>HORAS EFECTIVAS</w:t>
            </w:r>
          </w:p>
        </w:tc>
        <w:tc>
          <w:tcPr>
            <w:tcW w:type="dxa" w:w="2509"/>
            <w:shd w:fill="EDF5F6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167C83"/>
                <w:sz w:val="14"/>
              </w:rPr>
              <w:t>DIFERENCIA (+ / −)</w:t>
            </w:r>
          </w:p>
        </w:tc>
      </w:tr>
      <w:tr>
        <w:trPr>
          <w:trHeight w:val="312"/>
        </w:trPr>
        <w:tc>
          <w:tcPr>
            <w:tcW w:type="dxa" w:w="250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22"/>
              </w:rPr>
              <w:t>________</w:t>
            </w:r>
          </w:p>
        </w:tc>
        <w:tc>
          <w:tcPr>
            <w:tcW w:type="dxa" w:w="250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22"/>
              </w:rPr>
              <w:t>________</w:t>
            </w:r>
          </w:p>
        </w:tc>
        <w:tc>
          <w:tcPr>
            <w:tcW w:type="dxa" w:w="250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22"/>
              </w:rPr>
              <w:t>________</w:t>
            </w:r>
          </w:p>
        </w:tc>
        <w:tc>
          <w:tcPr>
            <w:tcW w:type="dxa" w:w="2509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 w:val="0"/>
                <w:color w:val="263746"/>
                <w:sz w:val="22"/>
              </w:rPr>
              <w:t>________</w:t>
            </w:r>
          </w:p>
        </w:tc>
      </w:tr>
    </w:tbl>
    <w:p>
      <w:pPr>
        <w:spacing w:before="120" w:after="60"/>
      </w:pPr>
      <w:r>
        <w:rPr>
          <w:b/>
          <w:color w:val="17324B"/>
          <w:sz w:val="16"/>
        </w:rPr>
        <w:t xml:space="preserve">Incidencias o ajustes del mes  </w:t>
      </w:r>
      <w:r>
        <w:rPr>
          <w:sz w:val="16"/>
        </w:rPr>
        <w:t>________________________________________________________________________________</w:t>
      </w:r>
    </w:p>
    <w:p>
      <w:pPr>
        <w:spacing w:after="180"/>
      </w:pPr>
      <w:r>
        <w:rPr>
          <w:sz w:val="16"/>
        </w:rPr>
        <w:t>_________________________________________________________________________________________________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5018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5F7180"/>
                <w:sz w:val="15"/>
              </w:rPr>
              <w:t>REVISIÓN DE LA PERSONA TRABAJADORA</w:t>
              <w:br/>
              <w:br/>
              <w:t>Firma: _____________________     Fecha: ___ / ___ / _____</w:t>
            </w:r>
          </w:p>
        </w:tc>
        <w:tc>
          <w:tcPr>
            <w:tcW w:type="dxa" w:w="5018"/>
            <w:vAlign w:val="center"/>
            <w:tcMar>
              <w:top w:w="110" w:type="dxa"/>
              <w:start w:w="95" w:type="dxa"/>
              <w:bottom w:w="95" w:type="dxa"/>
              <w:end w:w="95" w:type="dxa"/>
            </w:tcMar>
            <w:tcBorders>
              <w:top w:val="single" w:sz="5" w:color="C8D4DD"/>
              <w:left w:val="single" w:sz="5" w:color="C8D4DD"/>
              <w:bottom w:val="single" w:sz="5" w:color="C8D4DD"/>
              <w:right w:val="single" w:sz="5" w:color="C8D4DD"/>
            </w:tcBorders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5F7180"/>
                <w:sz w:val="15"/>
              </w:rPr>
              <w:t>REVISIÓN DE LA EMPRESA / RESPONSABLE</w:t>
              <w:br/>
              <w:br/>
              <w:t>Firma: _____________________     Fecha: ___ / ___ / _____</w:t>
            </w:r>
          </w:p>
        </w:tc>
      </w:tr>
    </w:tbl>
    <w:p>
      <w:pPr>
        <w:spacing w:before="120"/>
      </w:pPr>
      <w:r>
        <w:rPr>
          <w:color w:val="5F7180"/>
          <w:sz w:val="15"/>
        </w:rPr>
        <w:t>Nota  Este documento es una plantilla editable; las horas y el resumen se completan manualmente. Adapta su uso al sistema de registro aplicable.</w:t>
      </w:r>
    </w:p>
    <w:sectPr w:rsidR="00FC693F" w:rsidRPr="0006063C" w:rsidSect="00034616">
      <w:footerReference w:type="default" r:id="rId9"/>
      <w:pgSz w:w="11906" w:h="16838"/>
      <w:pgMar w:top="935" w:right="935" w:bottom="850" w:left="935" w:header="454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F7180"/>
        <w:sz w:val="14"/>
      </w:rPr>
      <w:t>REGISTRO DE JORNADA  ·  PLANTILLA EDITABLE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26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registro de jornada laboral Word</dc:title>
  <dc:subject>Registro mensual de jornada laboral editable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