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48000" cy="926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tilla_de_ocho_etiquetas_en_cuadrícul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48000" cy="9264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020" w:right="454" w:bottom="964" w:left="45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