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983999" cy="1047599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_clean_printable_graphic_layout_minimal_and_ele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83999" cy="1047599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70" w:right="454" w:bottom="170" w:left="45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