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92000" cy="9453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minimalist_stationery_notebook_page_desi_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92000" cy="94536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595" w:right="369" w:bottom="595" w:left="36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