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308000" cy="974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5c559a-18aa-4ec7-a0e1-e915ba54e71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08000" cy="9744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312" w:right="198" w:bottom="312" w:left="1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