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16000" cy="1048081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7565cdb-163b-4b85-87fd-fd399f179b4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16000" cy="1048081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85" w:right="113" w:bottom="85" w:left="11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