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Spacing w:w="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41"/>
        <w:gridCol w:w="1576"/>
        <w:gridCol w:w="1576"/>
        <w:gridCol w:w="1576"/>
        <w:gridCol w:w="1576"/>
        <w:gridCol w:w="1576"/>
        <w:gridCol w:w="1641"/>
      </w:tblGrid>
      <w:tr w:rsidR="0066681C" w14:paraId="0C4D0E84" w14:textId="77777777">
        <w:trPr>
          <w:trHeight w:hRule="exact" w:val="312"/>
          <w:tblCellSpacing w:w="65" w:type="dxa"/>
          <w:jc w:val="center"/>
        </w:trPr>
        <w:tc>
          <w:tcPr>
            <w:tcW w:w="1446" w:type="dxa"/>
            <w:tcBorders>
              <w:top w:val="single" w:sz="2" w:space="0" w:color="91A5D1"/>
              <w:left w:val="single" w:sz="2" w:space="0" w:color="91A5D1"/>
              <w:bottom w:val="single" w:sz="2" w:space="0" w:color="91A5D1"/>
              <w:right w:val="single" w:sz="2" w:space="0" w:color="91A5D1"/>
            </w:tcBorders>
            <w:shd w:val="clear" w:color="auto" w:fill="91A5D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1B9B1" w14:textId="77777777" w:rsidR="0066681C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1446" w:type="dxa"/>
            <w:tcBorders>
              <w:top w:val="single" w:sz="2" w:space="0" w:color="BADADD"/>
              <w:left w:val="single" w:sz="2" w:space="0" w:color="BADADD"/>
              <w:bottom w:val="single" w:sz="2" w:space="0" w:color="BADADD"/>
              <w:right w:val="single" w:sz="2" w:space="0" w:color="BADADD"/>
            </w:tcBorders>
            <w:shd w:val="clear" w:color="auto" w:fill="BADADD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9DAF37" w14:textId="77777777" w:rsidR="0066681C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1446" w:type="dxa"/>
            <w:tcBorders>
              <w:top w:val="single" w:sz="2" w:space="0" w:color="FDE7AB"/>
              <w:left w:val="single" w:sz="2" w:space="0" w:color="FDE7AB"/>
              <w:bottom w:val="single" w:sz="2" w:space="0" w:color="FDE7AB"/>
              <w:right w:val="single" w:sz="2" w:space="0" w:color="FDE7AB"/>
            </w:tcBorders>
            <w:shd w:val="clear" w:color="auto" w:fill="FDE7AB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7AABF" w14:textId="77777777" w:rsidR="0066681C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1446" w:type="dxa"/>
            <w:tcBorders>
              <w:top w:val="single" w:sz="2" w:space="0" w:color="F2B7AA"/>
              <w:left w:val="single" w:sz="2" w:space="0" w:color="F2B7AA"/>
              <w:bottom w:val="single" w:sz="2" w:space="0" w:color="F2B7AA"/>
              <w:right w:val="single" w:sz="2" w:space="0" w:color="F2B7AA"/>
            </w:tcBorders>
            <w:shd w:val="clear" w:color="auto" w:fill="F2B7A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3E2C18" w14:textId="77777777" w:rsidR="0066681C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1446" w:type="dxa"/>
            <w:tcBorders>
              <w:top w:val="single" w:sz="2" w:space="0" w:color="DF80D4"/>
              <w:left w:val="single" w:sz="2" w:space="0" w:color="DF80D4"/>
              <w:bottom w:val="single" w:sz="2" w:space="0" w:color="DF80D4"/>
              <w:right w:val="single" w:sz="2" w:space="0" w:color="DF80D4"/>
            </w:tcBorders>
            <w:shd w:val="clear" w:color="auto" w:fill="DF80D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2E4BDD" w14:textId="77777777" w:rsidR="0066681C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1446" w:type="dxa"/>
            <w:tcBorders>
              <w:top w:val="single" w:sz="2" w:space="0" w:color="91A5D1"/>
              <w:left w:val="single" w:sz="2" w:space="0" w:color="91A5D1"/>
              <w:bottom w:val="single" w:sz="2" w:space="0" w:color="91A5D1"/>
              <w:right w:val="single" w:sz="2" w:space="0" w:color="91A5D1"/>
            </w:tcBorders>
            <w:shd w:val="clear" w:color="auto" w:fill="91A5D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215181" w14:textId="77777777" w:rsidR="0066681C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1446" w:type="dxa"/>
            <w:tcBorders>
              <w:top w:val="single" w:sz="2" w:space="0" w:color="BADADD"/>
              <w:left w:val="single" w:sz="2" w:space="0" w:color="BADADD"/>
              <w:bottom w:val="single" w:sz="2" w:space="0" w:color="BADADD"/>
              <w:right w:val="single" w:sz="2" w:space="0" w:color="BADADD"/>
            </w:tcBorders>
            <w:shd w:val="clear" w:color="auto" w:fill="BADADD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406AC6" w14:textId="77777777" w:rsidR="0066681C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0332969A" w14:textId="77777777" w:rsidR="0066681C" w:rsidRDefault="0066681C">
      <w:pPr>
        <w:spacing w:after="0" w:line="240" w:lineRule="auto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350"/>
        <w:gridCol w:w="3969"/>
      </w:tblGrid>
      <w:tr w:rsidR="0066681C" w14:paraId="692E94E4" w14:textId="77777777">
        <w:trPr>
          <w:jc w:val="center"/>
        </w:trPr>
        <w:tc>
          <w:tcPr>
            <w:tcW w:w="635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46C851B6" w14:textId="77777777" w:rsidR="0066681C" w:rsidRDefault="00000000">
            <w:pPr>
              <w:spacing w:after="0" w:line="216" w:lineRule="auto"/>
              <w:rPr>
                <w:rFonts w:hint="eastAsia"/>
              </w:rPr>
            </w:pPr>
            <w:r>
              <w:rPr>
                <w:b/>
                <w:color w:val="91A5D1"/>
                <w:sz w:val="48"/>
              </w:rPr>
              <w:t>MI DIARIO DE</w:t>
            </w:r>
            <w:r>
              <w:rPr>
                <w:b/>
                <w:color w:val="91A5D1"/>
                <w:sz w:val="48"/>
              </w:rPr>
              <w:br/>
              <w:t>GRATITUD</w:t>
            </w:r>
          </w:p>
        </w:tc>
        <w:tc>
          <w:tcPr>
            <w:tcW w:w="3969" w:type="dxa"/>
            <w:tcMar>
              <w:top w:w="220" w:type="dxa"/>
              <w:left w:w="150" w:type="dxa"/>
              <w:bottom w:w="0" w:type="dxa"/>
              <w:right w:w="0" w:type="dxa"/>
            </w:tcMar>
          </w:tcPr>
          <w:p w14:paraId="0DF37CB4" w14:textId="77777777" w:rsidR="0066681C" w:rsidRDefault="0066681C">
            <w:pPr>
              <w:rPr>
                <w:rFonts w:hint="eastAsia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69"/>
            </w:tblGrid>
            <w:tr w:rsidR="0066681C" w14:paraId="16ACD043" w14:textId="77777777">
              <w:tc>
                <w:tcPr>
                  <w:tcW w:w="3969" w:type="dxa"/>
                  <w:tcBorders>
                    <w:top w:val="single" w:sz="4" w:space="0" w:color="FDE7AB"/>
                    <w:left w:val="single" w:sz="4" w:space="0" w:color="FDE7AB"/>
                    <w:bottom w:val="single" w:sz="4" w:space="0" w:color="FDE7AB"/>
                    <w:right w:val="single" w:sz="4" w:space="0" w:color="FDE7AB"/>
                  </w:tcBorders>
                  <w:shd w:val="clear" w:color="auto" w:fill="FDE7AB"/>
                  <w:tcMar>
                    <w:top w:w="80" w:type="dxa"/>
                    <w:left w:w="130" w:type="dxa"/>
                    <w:bottom w:w="80" w:type="dxa"/>
                    <w:right w:w="130" w:type="dxa"/>
                  </w:tcMar>
                </w:tcPr>
                <w:p w14:paraId="5103B7BE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sz w:val="21"/>
                    </w:rPr>
                    <w:t>FECHA:  ____ / ____ / ______</w:t>
                  </w:r>
                </w:p>
              </w:tc>
            </w:tr>
          </w:tbl>
          <w:p w14:paraId="7EBE64D1" w14:textId="77777777" w:rsidR="0066681C" w:rsidRDefault="0066681C">
            <w:pPr>
              <w:rPr>
                <w:rFonts w:hint="eastAsia"/>
              </w:rPr>
            </w:pPr>
          </w:p>
        </w:tc>
      </w:tr>
    </w:tbl>
    <w:p w14:paraId="3B12EF7B" w14:textId="77777777" w:rsidR="0066681C" w:rsidRDefault="00000000">
      <w:pPr>
        <w:spacing w:after="60" w:line="240" w:lineRule="auto"/>
        <w:jc w:val="center"/>
        <w:rPr>
          <w:rFonts w:hint="eastAsia"/>
        </w:rPr>
      </w:pPr>
      <w:r>
        <w:rPr>
          <w:i/>
          <w:color w:val="69747D"/>
          <w:sz w:val="17"/>
        </w:rPr>
        <w:t>Unos minutos para reconocer lo bueno, incluso en los días normales.</w:t>
      </w:r>
    </w:p>
    <w:tbl>
      <w:tblPr>
        <w:tblW w:w="0" w:type="auto"/>
        <w:jc w:val="center"/>
        <w:tblCellSpacing w:w="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57"/>
        <w:gridCol w:w="5387"/>
      </w:tblGrid>
      <w:tr w:rsidR="0066681C" w14:paraId="3FB3BDA2" w14:textId="77777777">
        <w:trPr>
          <w:tblCellSpacing w:w="95" w:type="dxa"/>
          <w:jc w:val="center"/>
        </w:trPr>
        <w:tc>
          <w:tcPr>
            <w:tcW w:w="5272" w:type="dxa"/>
            <w:tcMar>
              <w:top w:w="0" w:type="dxa"/>
              <w:left w:w="0" w:type="dxa"/>
              <w:bottom w:w="0" w:type="dxa"/>
              <w:right w:w="40" w:type="dxa"/>
            </w:tcMar>
          </w:tcPr>
          <w:p w14:paraId="607A16CD" w14:textId="77777777" w:rsidR="0066681C" w:rsidRDefault="0066681C">
            <w:pPr>
              <w:rPr>
                <w:rFonts w:hint="eastAsia"/>
              </w:rPr>
            </w:pPr>
          </w:p>
          <w:p w14:paraId="46C99D80" w14:textId="77777777" w:rsidR="0066681C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DF80D4"/>
                <w:sz w:val="25"/>
              </w:rPr>
              <w:t>AFIRMACIÓN DE HOY</w:t>
            </w:r>
          </w:p>
          <w:p w14:paraId="3FAC07F9" w14:textId="77777777" w:rsidR="0066681C" w:rsidRDefault="00000000">
            <w:pPr>
              <w:shd w:val="clear" w:color="auto" w:fill="FDE7AB"/>
              <w:spacing w:after="40" w:line="240" w:lineRule="auto"/>
              <w:rPr>
                <w:rFonts w:hint="eastAsia"/>
              </w:rPr>
            </w:pPr>
            <w:r>
              <w:rPr>
                <w:sz w:val="6"/>
              </w:rPr>
              <w:t xml:space="preserve">                  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72"/>
            </w:tblGrid>
            <w:tr w:rsidR="0066681C" w14:paraId="0C1B7C9B" w14:textId="77777777">
              <w:trPr>
                <w:trHeight w:val="2069"/>
              </w:trPr>
              <w:tc>
                <w:tcPr>
                  <w:tcW w:w="5272" w:type="dxa"/>
                  <w:tcBorders>
                    <w:top w:val="single" w:sz="4" w:space="0" w:color="FDE7AB"/>
                    <w:left w:val="single" w:sz="4" w:space="0" w:color="FDE7AB"/>
                    <w:bottom w:val="single" w:sz="4" w:space="0" w:color="FDE7AB"/>
                    <w:right w:val="single" w:sz="4" w:space="0" w:color="FDE7AB"/>
                  </w:tcBorders>
                  <w:shd w:val="clear" w:color="auto" w:fill="FDE7AB"/>
                  <w:tcMar>
                    <w:top w:w="150" w:type="dxa"/>
                    <w:left w:w="160" w:type="dxa"/>
                    <w:bottom w:w="120" w:type="dxa"/>
                    <w:right w:w="160" w:type="dxa"/>
                  </w:tcMar>
                </w:tcPr>
                <w:p w14:paraId="45BAB871" w14:textId="77777777" w:rsidR="0066681C" w:rsidRDefault="0066681C">
                  <w:pPr>
                    <w:spacing w:after="0" w:line="240" w:lineRule="auto"/>
                    <w:rPr>
                      <w:rFonts w:hint="eastAsia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72"/>
                  </w:tblGrid>
                  <w:tr w:rsidR="0066681C" w14:paraId="448760F4" w14:textId="77777777">
                    <w:trPr>
                      <w:trHeight w:hRule="exact" w:val="408"/>
                    </w:trPr>
                    <w:tc>
                      <w:tcPr>
                        <w:tcW w:w="5272" w:type="dxa"/>
                        <w:tcBorders>
                          <w:bottom w:val="single" w:sz="5" w:space="0" w:color="E0C977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742B0DA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32973B3E" w14:textId="77777777">
                    <w:trPr>
                      <w:trHeight w:hRule="exact" w:val="408"/>
                    </w:trPr>
                    <w:tc>
                      <w:tcPr>
                        <w:tcW w:w="5272" w:type="dxa"/>
                        <w:tcBorders>
                          <w:bottom w:val="single" w:sz="5" w:space="0" w:color="E0C977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89F4E9A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20400328" w14:textId="77777777">
                    <w:trPr>
                      <w:trHeight w:hRule="exact" w:val="408"/>
                    </w:trPr>
                    <w:tc>
                      <w:tcPr>
                        <w:tcW w:w="5272" w:type="dxa"/>
                        <w:tcBorders>
                          <w:bottom w:val="single" w:sz="5" w:space="0" w:color="E0C977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EC8966F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</w:tbl>
                <w:p w14:paraId="52C5DF7C" w14:textId="77777777" w:rsidR="0066681C" w:rsidRDefault="0066681C">
                  <w:pPr>
                    <w:rPr>
                      <w:rFonts w:hint="eastAsia"/>
                    </w:rPr>
                  </w:pPr>
                </w:p>
              </w:tc>
            </w:tr>
          </w:tbl>
          <w:p w14:paraId="1587F0A5" w14:textId="77777777" w:rsidR="0066681C" w:rsidRDefault="0066681C">
            <w:pPr>
              <w:rPr>
                <w:rFonts w:hint="eastAsia"/>
              </w:rPr>
            </w:pPr>
          </w:p>
          <w:p w14:paraId="1B27B579" w14:textId="77777777" w:rsidR="0066681C" w:rsidRDefault="0066681C">
            <w:pPr>
              <w:spacing w:after="20" w:line="240" w:lineRule="auto"/>
              <w:rPr>
                <w:rFonts w:hint="eastAsia"/>
              </w:rPr>
            </w:pPr>
          </w:p>
          <w:p w14:paraId="5D699A07" w14:textId="77777777" w:rsidR="0066681C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DF80D4"/>
                <w:sz w:val="25"/>
              </w:rPr>
              <w:t>HOY AGRADEZCO</w:t>
            </w:r>
          </w:p>
          <w:p w14:paraId="3746EBCA" w14:textId="77777777" w:rsidR="0066681C" w:rsidRDefault="00000000">
            <w:pPr>
              <w:shd w:val="clear" w:color="auto" w:fill="FDE7AB"/>
              <w:spacing w:after="40" w:line="240" w:lineRule="auto"/>
              <w:rPr>
                <w:rFonts w:hint="eastAsia"/>
              </w:rPr>
            </w:pPr>
            <w:r>
              <w:rPr>
                <w:sz w:val="6"/>
              </w:rPr>
              <w:t xml:space="preserve">              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32"/>
            </w:tblGrid>
            <w:tr w:rsidR="0066681C" w14:paraId="768FED7F" w14:textId="77777777">
              <w:trPr>
                <w:trHeight w:hRule="exact" w:val="351"/>
              </w:trPr>
              <w:tc>
                <w:tcPr>
                  <w:tcW w:w="4932" w:type="dxa"/>
                  <w:tcBorders>
                    <w:bottom w:val="single" w:sz="5" w:space="0" w:color="C6CCD1"/>
                  </w:tcBorders>
                  <w:tcMar>
                    <w:top w:w="25" w:type="dxa"/>
                    <w:left w:w="45" w:type="dxa"/>
                    <w:bottom w:w="5" w:type="dxa"/>
                    <w:right w:w="20" w:type="dxa"/>
                  </w:tcMar>
                </w:tcPr>
                <w:p w14:paraId="36D077C7" w14:textId="77777777" w:rsidR="0066681C" w:rsidRDefault="00000000">
                  <w:pPr>
                    <w:spacing w:after="0" w:line="240" w:lineRule="auto"/>
                    <w:rPr>
                      <w:rFonts w:hint="eastAsia"/>
                    </w:rPr>
                  </w:pPr>
                  <w:r>
                    <w:rPr>
                      <w:color w:val="FDE7AB"/>
                      <w:sz w:val="21"/>
                    </w:rPr>
                    <w:t xml:space="preserve">■   </w:t>
                  </w:r>
                </w:p>
              </w:tc>
            </w:tr>
            <w:tr w:rsidR="0066681C" w14:paraId="64344959" w14:textId="77777777">
              <w:trPr>
                <w:trHeight w:hRule="exact" w:val="351"/>
              </w:trPr>
              <w:tc>
                <w:tcPr>
                  <w:tcW w:w="4932" w:type="dxa"/>
                  <w:tcBorders>
                    <w:bottom w:val="single" w:sz="5" w:space="0" w:color="C6CCD1"/>
                  </w:tcBorders>
                  <w:tcMar>
                    <w:top w:w="25" w:type="dxa"/>
                    <w:left w:w="45" w:type="dxa"/>
                    <w:bottom w:w="5" w:type="dxa"/>
                    <w:right w:w="20" w:type="dxa"/>
                  </w:tcMar>
                </w:tcPr>
                <w:p w14:paraId="0A972A09" w14:textId="77777777" w:rsidR="0066681C" w:rsidRDefault="00000000">
                  <w:pPr>
                    <w:spacing w:after="0" w:line="240" w:lineRule="auto"/>
                    <w:rPr>
                      <w:rFonts w:hint="eastAsia"/>
                    </w:rPr>
                  </w:pPr>
                  <w:r>
                    <w:rPr>
                      <w:color w:val="FDE7AB"/>
                      <w:sz w:val="21"/>
                    </w:rPr>
                    <w:t xml:space="preserve">■   </w:t>
                  </w:r>
                </w:p>
              </w:tc>
            </w:tr>
            <w:tr w:rsidR="0066681C" w14:paraId="18BC9BB7" w14:textId="77777777">
              <w:trPr>
                <w:trHeight w:hRule="exact" w:val="351"/>
              </w:trPr>
              <w:tc>
                <w:tcPr>
                  <w:tcW w:w="4932" w:type="dxa"/>
                  <w:tcBorders>
                    <w:bottom w:val="single" w:sz="5" w:space="0" w:color="C6CCD1"/>
                  </w:tcBorders>
                  <w:tcMar>
                    <w:top w:w="25" w:type="dxa"/>
                    <w:left w:w="45" w:type="dxa"/>
                    <w:bottom w:w="5" w:type="dxa"/>
                    <w:right w:w="20" w:type="dxa"/>
                  </w:tcMar>
                </w:tcPr>
                <w:p w14:paraId="44EED05F" w14:textId="77777777" w:rsidR="0066681C" w:rsidRDefault="00000000">
                  <w:pPr>
                    <w:spacing w:after="0" w:line="240" w:lineRule="auto"/>
                    <w:rPr>
                      <w:rFonts w:hint="eastAsia"/>
                    </w:rPr>
                  </w:pPr>
                  <w:r>
                    <w:rPr>
                      <w:color w:val="FDE7AB"/>
                      <w:sz w:val="21"/>
                    </w:rPr>
                    <w:t xml:space="preserve">■   </w:t>
                  </w:r>
                </w:p>
              </w:tc>
            </w:tr>
            <w:tr w:rsidR="0066681C" w14:paraId="3CDADF10" w14:textId="77777777">
              <w:trPr>
                <w:trHeight w:hRule="exact" w:val="351"/>
              </w:trPr>
              <w:tc>
                <w:tcPr>
                  <w:tcW w:w="4932" w:type="dxa"/>
                  <w:tcBorders>
                    <w:bottom w:val="single" w:sz="5" w:space="0" w:color="C6CCD1"/>
                  </w:tcBorders>
                  <w:tcMar>
                    <w:top w:w="25" w:type="dxa"/>
                    <w:left w:w="45" w:type="dxa"/>
                    <w:bottom w:w="5" w:type="dxa"/>
                    <w:right w:w="20" w:type="dxa"/>
                  </w:tcMar>
                </w:tcPr>
                <w:p w14:paraId="16AE6EBC" w14:textId="77777777" w:rsidR="0066681C" w:rsidRDefault="00000000">
                  <w:pPr>
                    <w:spacing w:after="0" w:line="240" w:lineRule="auto"/>
                    <w:rPr>
                      <w:rFonts w:hint="eastAsia"/>
                    </w:rPr>
                  </w:pPr>
                  <w:r>
                    <w:rPr>
                      <w:color w:val="FDE7AB"/>
                      <w:sz w:val="21"/>
                    </w:rPr>
                    <w:t xml:space="preserve">■   </w:t>
                  </w:r>
                </w:p>
              </w:tc>
            </w:tr>
            <w:tr w:rsidR="0066681C" w14:paraId="744EDDC6" w14:textId="77777777">
              <w:trPr>
                <w:trHeight w:hRule="exact" w:val="351"/>
              </w:trPr>
              <w:tc>
                <w:tcPr>
                  <w:tcW w:w="4932" w:type="dxa"/>
                  <w:tcBorders>
                    <w:bottom w:val="single" w:sz="5" w:space="0" w:color="C6CCD1"/>
                  </w:tcBorders>
                  <w:tcMar>
                    <w:top w:w="25" w:type="dxa"/>
                    <w:left w:w="45" w:type="dxa"/>
                    <w:bottom w:w="5" w:type="dxa"/>
                    <w:right w:w="20" w:type="dxa"/>
                  </w:tcMar>
                </w:tcPr>
                <w:p w14:paraId="33AC4E91" w14:textId="77777777" w:rsidR="0066681C" w:rsidRDefault="00000000">
                  <w:pPr>
                    <w:spacing w:after="0" w:line="240" w:lineRule="auto"/>
                    <w:rPr>
                      <w:rFonts w:hint="eastAsia"/>
                    </w:rPr>
                  </w:pPr>
                  <w:r>
                    <w:rPr>
                      <w:color w:val="FDE7AB"/>
                      <w:sz w:val="21"/>
                    </w:rPr>
                    <w:t xml:space="preserve">■   </w:t>
                  </w:r>
                </w:p>
              </w:tc>
            </w:tr>
            <w:tr w:rsidR="0066681C" w14:paraId="3CA7D11A" w14:textId="77777777">
              <w:trPr>
                <w:trHeight w:hRule="exact" w:val="351"/>
              </w:trPr>
              <w:tc>
                <w:tcPr>
                  <w:tcW w:w="4932" w:type="dxa"/>
                  <w:tcBorders>
                    <w:bottom w:val="single" w:sz="5" w:space="0" w:color="C6CCD1"/>
                  </w:tcBorders>
                  <w:tcMar>
                    <w:top w:w="25" w:type="dxa"/>
                    <w:left w:w="45" w:type="dxa"/>
                    <w:bottom w:w="5" w:type="dxa"/>
                    <w:right w:w="20" w:type="dxa"/>
                  </w:tcMar>
                </w:tcPr>
                <w:p w14:paraId="109EF19D" w14:textId="77777777" w:rsidR="0066681C" w:rsidRDefault="00000000">
                  <w:pPr>
                    <w:spacing w:after="0" w:line="240" w:lineRule="auto"/>
                    <w:rPr>
                      <w:rFonts w:hint="eastAsia"/>
                    </w:rPr>
                  </w:pPr>
                  <w:r>
                    <w:rPr>
                      <w:color w:val="FDE7AB"/>
                      <w:sz w:val="21"/>
                    </w:rPr>
                    <w:t xml:space="preserve">■   </w:t>
                  </w:r>
                </w:p>
              </w:tc>
            </w:tr>
          </w:tbl>
          <w:p w14:paraId="0D0DADB6" w14:textId="77777777" w:rsidR="0066681C" w:rsidRDefault="0066681C">
            <w:pPr>
              <w:rPr>
                <w:rFonts w:hint="eastAsia"/>
              </w:rPr>
            </w:pPr>
          </w:p>
          <w:p w14:paraId="60CDDBBC" w14:textId="77777777" w:rsidR="0066681C" w:rsidRDefault="0066681C">
            <w:pPr>
              <w:spacing w:after="0" w:line="240" w:lineRule="auto"/>
              <w:rPr>
                <w:rFonts w:hint="eastAsia"/>
              </w:rPr>
            </w:pPr>
          </w:p>
          <w:p w14:paraId="5473931D" w14:textId="77777777" w:rsidR="0066681C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DF80D4"/>
                <w:sz w:val="23"/>
              </w:rPr>
              <w:t>UNA PEQUEÑA VICTORIA</w:t>
            </w:r>
          </w:p>
          <w:p w14:paraId="70DF94E0" w14:textId="77777777" w:rsidR="0066681C" w:rsidRDefault="00000000">
            <w:pPr>
              <w:shd w:val="clear" w:color="auto" w:fill="FDE7AB"/>
              <w:spacing w:after="40" w:line="240" w:lineRule="auto"/>
              <w:rPr>
                <w:rFonts w:hint="eastAsia"/>
              </w:rPr>
            </w:pPr>
            <w:r>
              <w:rPr>
                <w:sz w:val="6"/>
              </w:rPr>
              <w:t xml:space="preserve">                     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72"/>
            </w:tblGrid>
            <w:tr w:rsidR="0066681C" w14:paraId="2C55011D" w14:textId="77777777">
              <w:trPr>
                <w:trHeight w:val="1276"/>
              </w:trPr>
              <w:tc>
                <w:tcPr>
                  <w:tcW w:w="5272" w:type="dxa"/>
                  <w:tcBorders>
                    <w:top w:val="single" w:sz="4" w:space="0" w:color="FBE1DB"/>
                    <w:left w:val="single" w:sz="4" w:space="0" w:color="FBE1DB"/>
                    <w:bottom w:val="single" w:sz="4" w:space="0" w:color="FBE1DB"/>
                    <w:right w:val="single" w:sz="4" w:space="0" w:color="FBE1DB"/>
                  </w:tcBorders>
                  <w:shd w:val="clear" w:color="auto" w:fill="FBE1DB"/>
                  <w:tcMar>
                    <w:top w:w="100" w:type="dxa"/>
                    <w:left w:w="140" w:type="dxa"/>
                    <w:bottom w:w="80" w:type="dxa"/>
                    <w:right w:w="140" w:type="dxa"/>
                  </w:tcMar>
                </w:tcPr>
                <w:p w14:paraId="4C5F514E" w14:textId="77777777" w:rsidR="0066681C" w:rsidRDefault="0066681C">
                  <w:pPr>
                    <w:spacing w:after="0" w:line="240" w:lineRule="auto"/>
                    <w:rPr>
                      <w:rFonts w:hint="eastAsia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72"/>
                  </w:tblGrid>
                  <w:tr w:rsidR="0066681C" w14:paraId="5EA12E0D" w14:textId="77777777">
                    <w:trPr>
                      <w:trHeight w:hRule="exact" w:val="329"/>
                    </w:trPr>
                    <w:tc>
                      <w:tcPr>
                        <w:tcW w:w="5272" w:type="dxa"/>
                        <w:tcBorders>
                          <w:bottom w:val="single" w:sz="5" w:space="0" w:color="E8BAB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FBF07F5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3EE624A4" w14:textId="77777777">
                    <w:trPr>
                      <w:trHeight w:hRule="exact" w:val="329"/>
                    </w:trPr>
                    <w:tc>
                      <w:tcPr>
                        <w:tcW w:w="5272" w:type="dxa"/>
                        <w:tcBorders>
                          <w:bottom w:val="single" w:sz="5" w:space="0" w:color="E8BAB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8707FDD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</w:tbl>
                <w:p w14:paraId="1E187BE0" w14:textId="77777777" w:rsidR="0066681C" w:rsidRDefault="0066681C">
                  <w:pPr>
                    <w:rPr>
                      <w:rFonts w:hint="eastAsia"/>
                    </w:rPr>
                  </w:pPr>
                </w:p>
              </w:tc>
            </w:tr>
          </w:tbl>
          <w:p w14:paraId="54188CFA" w14:textId="77777777" w:rsidR="0066681C" w:rsidRDefault="0066681C">
            <w:pPr>
              <w:rPr>
                <w:rFonts w:hint="eastAsia"/>
              </w:rPr>
            </w:pPr>
          </w:p>
          <w:p w14:paraId="4CE52BAF" w14:textId="77777777" w:rsidR="0066681C" w:rsidRDefault="0066681C">
            <w:pPr>
              <w:spacing w:after="0" w:line="240" w:lineRule="auto"/>
              <w:rPr>
                <w:rFonts w:hint="eastAsia"/>
              </w:rPr>
            </w:pPr>
          </w:p>
          <w:p w14:paraId="0EC9C2C0" w14:textId="77777777" w:rsidR="0066681C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DF80D4"/>
                <w:sz w:val="23"/>
              </w:rPr>
              <w:t>MAÑANA ESPERO</w:t>
            </w:r>
          </w:p>
          <w:p w14:paraId="6D4101FC" w14:textId="77777777" w:rsidR="0066681C" w:rsidRDefault="00000000">
            <w:pPr>
              <w:shd w:val="clear" w:color="auto" w:fill="FDE7AB"/>
              <w:spacing w:after="40" w:line="240" w:lineRule="auto"/>
              <w:rPr>
                <w:rFonts w:hint="eastAsia"/>
              </w:rPr>
            </w:pPr>
            <w:r>
              <w:rPr>
                <w:sz w:val="6"/>
              </w:rPr>
              <w:t xml:space="preserve">                 </w:t>
            </w: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72"/>
            </w:tblGrid>
            <w:tr w:rsidR="0066681C" w14:paraId="4F1A0D69" w14:textId="77777777">
              <w:trPr>
                <w:trHeight w:val="1757"/>
                <w:jc w:val="center"/>
              </w:trPr>
              <w:tc>
                <w:tcPr>
                  <w:tcW w:w="5272" w:type="dxa"/>
                  <w:tcBorders>
                    <w:top w:val="single" w:sz="14" w:space="0" w:color="BADADD"/>
                    <w:left w:val="single" w:sz="14" w:space="0" w:color="BADADD"/>
                    <w:bottom w:val="single" w:sz="14" w:space="0" w:color="BADADD"/>
                    <w:right w:val="single" w:sz="14" w:space="0" w:color="BADADD"/>
                  </w:tcBorders>
                  <w:shd w:val="clear" w:color="auto" w:fill="F7FBFB"/>
                  <w:tcMar>
                    <w:top w:w="120" w:type="dxa"/>
                    <w:left w:w="150" w:type="dxa"/>
                    <w:bottom w:w="100" w:type="dxa"/>
                    <w:right w:w="150" w:type="dxa"/>
                  </w:tcMar>
                </w:tcPr>
                <w:p w14:paraId="71F61043" w14:textId="77777777" w:rsidR="0066681C" w:rsidRDefault="0066681C">
                  <w:pPr>
                    <w:spacing w:after="0" w:line="240" w:lineRule="auto"/>
                    <w:rPr>
                      <w:rFonts w:hint="eastAsia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72"/>
                  </w:tblGrid>
                  <w:tr w:rsidR="0066681C" w14:paraId="7101E39F" w14:textId="77777777">
                    <w:trPr>
                      <w:trHeight w:hRule="exact" w:val="295"/>
                    </w:trPr>
                    <w:tc>
                      <w:tcPr>
                        <w:tcW w:w="527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7DAD3F4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68CBF083" w14:textId="77777777">
                    <w:trPr>
                      <w:trHeight w:hRule="exact" w:val="295"/>
                    </w:trPr>
                    <w:tc>
                      <w:tcPr>
                        <w:tcW w:w="527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0863C80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30F9E6F2" w14:textId="77777777">
                    <w:trPr>
                      <w:trHeight w:hRule="exact" w:val="295"/>
                    </w:trPr>
                    <w:tc>
                      <w:tcPr>
                        <w:tcW w:w="527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2D6AEB9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</w:tbl>
                <w:p w14:paraId="7E1D8F94" w14:textId="77777777" w:rsidR="0066681C" w:rsidRDefault="0066681C">
                  <w:pPr>
                    <w:rPr>
                      <w:rFonts w:hint="eastAsia"/>
                    </w:rPr>
                  </w:pPr>
                </w:p>
              </w:tc>
            </w:tr>
          </w:tbl>
          <w:p w14:paraId="35815DAC" w14:textId="77777777" w:rsidR="0066681C" w:rsidRDefault="0066681C">
            <w:pPr>
              <w:rPr>
                <w:rFonts w:hint="eastAsia"/>
              </w:rPr>
            </w:pPr>
          </w:p>
        </w:tc>
        <w:tc>
          <w:tcPr>
            <w:tcW w:w="5102" w:type="dxa"/>
            <w:tcMar>
              <w:top w:w="0" w:type="dxa"/>
              <w:left w:w="40" w:type="dxa"/>
              <w:bottom w:w="0" w:type="dxa"/>
              <w:right w:w="0" w:type="dxa"/>
            </w:tcMar>
          </w:tcPr>
          <w:p w14:paraId="3EF351DF" w14:textId="77777777" w:rsidR="0066681C" w:rsidRDefault="0066681C">
            <w:pPr>
              <w:rPr>
                <w:rFonts w:hint="eastAsia"/>
              </w:rPr>
            </w:pPr>
          </w:p>
          <w:p w14:paraId="1798AF4E" w14:textId="77777777" w:rsidR="0066681C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DF80D4"/>
                <w:sz w:val="24"/>
              </w:rPr>
              <w:t>LA MEJOR PARTE DE MI DÍA</w:t>
            </w:r>
          </w:p>
          <w:p w14:paraId="578A0E43" w14:textId="77777777" w:rsidR="0066681C" w:rsidRDefault="00000000">
            <w:pPr>
              <w:shd w:val="clear" w:color="auto" w:fill="FDE7AB"/>
              <w:spacing w:after="40" w:line="240" w:lineRule="auto"/>
              <w:rPr>
                <w:rFonts w:hint="eastAsia"/>
              </w:rPr>
            </w:pPr>
            <w:r>
              <w:rPr>
                <w:sz w:val="6"/>
              </w:rPr>
              <w:t xml:space="preserve">                            </w:t>
            </w: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2"/>
            </w:tblGrid>
            <w:tr w:rsidR="0066681C" w14:paraId="2B179A50" w14:textId="77777777" w:rsidTr="00FB4393">
              <w:trPr>
                <w:trHeight w:val="2948"/>
                <w:jc w:val="center"/>
              </w:trPr>
              <w:tc>
                <w:tcPr>
                  <w:tcW w:w="5102" w:type="dxa"/>
                  <w:tcBorders>
                    <w:top w:val="single" w:sz="14" w:space="0" w:color="91A5D1"/>
                    <w:left w:val="single" w:sz="14" w:space="0" w:color="91A5D1"/>
                    <w:bottom w:val="single" w:sz="14" w:space="0" w:color="91A5D1"/>
                    <w:right w:val="single" w:sz="14" w:space="0" w:color="91A5D1"/>
                  </w:tcBorders>
                  <w:shd w:val="clear" w:color="auto" w:fill="EEECE1" w:themeFill="background2"/>
                  <w:tcMar>
                    <w:top w:w="120" w:type="dxa"/>
                    <w:left w:w="150" w:type="dxa"/>
                    <w:bottom w:w="100" w:type="dxa"/>
                    <w:right w:w="150" w:type="dxa"/>
                  </w:tcMar>
                </w:tcPr>
                <w:p w14:paraId="665212C1" w14:textId="77777777" w:rsidR="0066681C" w:rsidRDefault="0066681C">
                  <w:pPr>
                    <w:spacing w:after="0" w:line="240" w:lineRule="auto"/>
                    <w:rPr>
                      <w:rFonts w:hint="eastAsia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2"/>
                  </w:tblGrid>
                  <w:tr w:rsidR="0066681C" w14:paraId="0A6F9D22" w14:textId="77777777">
                    <w:trPr>
                      <w:trHeight w:hRule="exact" w:val="295"/>
                    </w:trPr>
                    <w:tc>
                      <w:tcPr>
                        <w:tcW w:w="510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5A65DF6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4FC0E127" w14:textId="77777777">
                    <w:trPr>
                      <w:trHeight w:hRule="exact" w:val="295"/>
                    </w:trPr>
                    <w:tc>
                      <w:tcPr>
                        <w:tcW w:w="510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6EBD114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1CE2599B" w14:textId="77777777">
                    <w:trPr>
                      <w:trHeight w:hRule="exact" w:val="295"/>
                    </w:trPr>
                    <w:tc>
                      <w:tcPr>
                        <w:tcW w:w="510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8A7CCB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7E1A9BF2" w14:textId="77777777">
                    <w:trPr>
                      <w:trHeight w:hRule="exact" w:val="295"/>
                    </w:trPr>
                    <w:tc>
                      <w:tcPr>
                        <w:tcW w:w="510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2944B54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16E648B8" w14:textId="77777777">
                    <w:trPr>
                      <w:trHeight w:hRule="exact" w:val="295"/>
                    </w:trPr>
                    <w:tc>
                      <w:tcPr>
                        <w:tcW w:w="510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DDD8939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</w:tbl>
                <w:p w14:paraId="1B807BBC" w14:textId="77777777" w:rsidR="0066681C" w:rsidRDefault="0066681C">
                  <w:pPr>
                    <w:rPr>
                      <w:rFonts w:hint="eastAsia"/>
                    </w:rPr>
                  </w:pPr>
                </w:p>
              </w:tc>
            </w:tr>
          </w:tbl>
          <w:p w14:paraId="4387BFAF" w14:textId="77777777" w:rsidR="0066681C" w:rsidRDefault="0066681C">
            <w:pPr>
              <w:rPr>
                <w:rFonts w:hint="eastAsia"/>
              </w:rPr>
            </w:pPr>
          </w:p>
          <w:p w14:paraId="49D1877F" w14:textId="77777777" w:rsidR="0066681C" w:rsidRDefault="0066681C">
            <w:pPr>
              <w:spacing w:after="0" w:line="240" w:lineRule="auto"/>
              <w:rPr>
                <w:rFonts w:hint="eastAsia"/>
              </w:rPr>
            </w:pPr>
          </w:p>
          <w:p w14:paraId="0647F4B2" w14:textId="77777777" w:rsidR="0066681C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DF80D4"/>
                <w:sz w:val="23"/>
              </w:rPr>
              <w:t>CÓMO ME SIENTO HOY</w:t>
            </w:r>
          </w:p>
          <w:p w14:paraId="1183172D" w14:textId="77777777" w:rsidR="0066681C" w:rsidRDefault="00000000">
            <w:pPr>
              <w:shd w:val="clear" w:color="auto" w:fill="FDE7AB"/>
              <w:spacing w:after="40" w:line="240" w:lineRule="auto"/>
              <w:rPr>
                <w:rFonts w:hint="eastAsia"/>
              </w:rPr>
            </w:pPr>
            <w:r>
              <w:rPr>
                <w:sz w:val="6"/>
              </w:rPr>
              <w:t xml:space="preserve">                   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5"/>
              <w:gridCol w:w="935"/>
              <w:gridCol w:w="935"/>
              <w:gridCol w:w="935"/>
              <w:gridCol w:w="935"/>
            </w:tblGrid>
            <w:tr w:rsidR="0066681C" w14:paraId="4D92A732" w14:textId="77777777">
              <w:tc>
                <w:tcPr>
                  <w:tcW w:w="935" w:type="dxa"/>
                  <w:tcMar>
                    <w:top w:w="15" w:type="dxa"/>
                    <w:left w:w="0" w:type="dxa"/>
                    <w:bottom w:w="0" w:type="dxa"/>
                    <w:right w:w="0" w:type="dxa"/>
                  </w:tcMar>
                </w:tcPr>
                <w:p w14:paraId="6D1CC9E6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color w:val="F8C84E"/>
                      <w:sz w:val="32"/>
                    </w:rPr>
                    <w:t>○</w:t>
                  </w:r>
                </w:p>
              </w:tc>
              <w:tc>
                <w:tcPr>
                  <w:tcW w:w="935" w:type="dxa"/>
                  <w:tcMar>
                    <w:top w:w="15" w:type="dxa"/>
                    <w:left w:w="0" w:type="dxa"/>
                    <w:bottom w:w="0" w:type="dxa"/>
                    <w:right w:w="0" w:type="dxa"/>
                  </w:tcMar>
                </w:tcPr>
                <w:p w14:paraId="047A715F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color w:val="E8B45A"/>
                      <w:sz w:val="32"/>
                    </w:rPr>
                    <w:t>○</w:t>
                  </w:r>
                </w:p>
              </w:tc>
              <w:tc>
                <w:tcPr>
                  <w:tcW w:w="935" w:type="dxa"/>
                  <w:tcMar>
                    <w:top w:w="15" w:type="dxa"/>
                    <w:left w:w="0" w:type="dxa"/>
                    <w:bottom w:w="0" w:type="dxa"/>
                    <w:right w:w="0" w:type="dxa"/>
                  </w:tcMar>
                </w:tcPr>
                <w:p w14:paraId="685C03E1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color w:val="B8C4CC"/>
                      <w:sz w:val="32"/>
                    </w:rPr>
                    <w:t>○</w:t>
                  </w:r>
                </w:p>
              </w:tc>
              <w:tc>
                <w:tcPr>
                  <w:tcW w:w="935" w:type="dxa"/>
                  <w:tcMar>
                    <w:top w:w="15" w:type="dxa"/>
                    <w:left w:w="0" w:type="dxa"/>
                    <w:bottom w:w="0" w:type="dxa"/>
                    <w:right w:w="0" w:type="dxa"/>
                  </w:tcMar>
                </w:tcPr>
                <w:p w14:paraId="2D0DBBAF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color w:val="B3ABC9"/>
                      <w:sz w:val="32"/>
                    </w:rPr>
                    <w:t>○</w:t>
                  </w:r>
                </w:p>
              </w:tc>
              <w:tc>
                <w:tcPr>
                  <w:tcW w:w="935" w:type="dxa"/>
                  <w:tcMar>
                    <w:top w:w="15" w:type="dxa"/>
                    <w:left w:w="0" w:type="dxa"/>
                    <w:bottom w:w="0" w:type="dxa"/>
                    <w:right w:w="0" w:type="dxa"/>
                  </w:tcMar>
                </w:tcPr>
                <w:p w14:paraId="02E60677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color w:val="C6A8B6"/>
                      <w:sz w:val="32"/>
                    </w:rPr>
                    <w:t>○</w:t>
                  </w:r>
                </w:p>
              </w:tc>
            </w:tr>
            <w:tr w:rsidR="0066681C" w14:paraId="08BDD63C" w14:textId="77777777">
              <w:tc>
                <w:tcPr>
                  <w:tcW w:w="935" w:type="dxa"/>
                  <w:tcMar>
                    <w:top w:w="0" w:type="dxa"/>
                    <w:left w:w="0" w:type="dxa"/>
                    <w:bottom w:w="30" w:type="dxa"/>
                    <w:right w:w="0" w:type="dxa"/>
                  </w:tcMar>
                </w:tcPr>
                <w:p w14:paraId="0E250A34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b/>
                      <w:color w:val="75808A"/>
                      <w:sz w:val="12"/>
                    </w:rPr>
                    <w:t>MUY BIEN</w:t>
                  </w:r>
                </w:p>
              </w:tc>
              <w:tc>
                <w:tcPr>
                  <w:tcW w:w="935" w:type="dxa"/>
                  <w:tcMar>
                    <w:top w:w="0" w:type="dxa"/>
                    <w:left w:w="0" w:type="dxa"/>
                    <w:bottom w:w="30" w:type="dxa"/>
                    <w:right w:w="0" w:type="dxa"/>
                  </w:tcMar>
                </w:tcPr>
                <w:p w14:paraId="3E0519A0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b/>
                      <w:color w:val="75808A"/>
                      <w:sz w:val="12"/>
                    </w:rPr>
                    <w:t>BIEN</w:t>
                  </w:r>
                </w:p>
              </w:tc>
              <w:tc>
                <w:tcPr>
                  <w:tcW w:w="935" w:type="dxa"/>
                  <w:tcMar>
                    <w:top w:w="0" w:type="dxa"/>
                    <w:left w:w="0" w:type="dxa"/>
                    <w:bottom w:w="30" w:type="dxa"/>
                    <w:right w:w="0" w:type="dxa"/>
                  </w:tcMar>
                </w:tcPr>
                <w:p w14:paraId="64B4D375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b/>
                      <w:color w:val="75808A"/>
                      <w:sz w:val="12"/>
                    </w:rPr>
                    <w:t>NEUTRO</w:t>
                  </w:r>
                </w:p>
              </w:tc>
              <w:tc>
                <w:tcPr>
                  <w:tcW w:w="935" w:type="dxa"/>
                  <w:tcMar>
                    <w:top w:w="0" w:type="dxa"/>
                    <w:left w:w="0" w:type="dxa"/>
                    <w:bottom w:w="30" w:type="dxa"/>
                    <w:right w:w="0" w:type="dxa"/>
                  </w:tcMar>
                </w:tcPr>
                <w:p w14:paraId="08212286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b/>
                      <w:color w:val="75808A"/>
                      <w:sz w:val="12"/>
                    </w:rPr>
                    <w:t>BAJO</w:t>
                  </w:r>
                </w:p>
              </w:tc>
              <w:tc>
                <w:tcPr>
                  <w:tcW w:w="935" w:type="dxa"/>
                  <w:tcMar>
                    <w:top w:w="0" w:type="dxa"/>
                    <w:left w:w="0" w:type="dxa"/>
                    <w:bottom w:w="30" w:type="dxa"/>
                    <w:right w:w="0" w:type="dxa"/>
                  </w:tcMar>
                </w:tcPr>
                <w:p w14:paraId="7A361B2F" w14:textId="77777777" w:rsidR="0066681C" w:rsidRDefault="00000000">
                  <w:pPr>
                    <w:spacing w:after="0" w:line="240" w:lineRule="auto"/>
                    <w:jc w:val="center"/>
                    <w:rPr>
                      <w:rFonts w:hint="eastAsia"/>
                    </w:rPr>
                  </w:pPr>
                  <w:r>
                    <w:rPr>
                      <w:b/>
                      <w:color w:val="75808A"/>
                      <w:sz w:val="12"/>
                    </w:rPr>
                    <w:t>DIFÍCIL</w:t>
                  </w:r>
                </w:p>
              </w:tc>
            </w:tr>
          </w:tbl>
          <w:p w14:paraId="75D06E85" w14:textId="77777777" w:rsidR="0066681C" w:rsidRDefault="0066681C">
            <w:pPr>
              <w:rPr>
                <w:rFonts w:hint="eastAsia"/>
              </w:rPr>
            </w:pPr>
          </w:p>
          <w:p w14:paraId="582CE365" w14:textId="77777777" w:rsidR="0066681C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DF80D4"/>
                <w:sz w:val="22"/>
              </w:rPr>
              <w:t>ALGO QUE APRENDÍ HOY</w:t>
            </w:r>
          </w:p>
          <w:p w14:paraId="4D1C75ED" w14:textId="77777777" w:rsidR="0066681C" w:rsidRDefault="00000000">
            <w:pPr>
              <w:shd w:val="clear" w:color="auto" w:fill="FDE7AB"/>
              <w:spacing w:after="40" w:line="240" w:lineRule="auto"/>
              <w:rPr>
                <w:rFonts w:hint="eastAsia"/>
              </w:rPr>
            </w:pPr>
            <w:r>
              <w:rPr>
                <w:sz w:val="6"/>
              </w:rPr>
              <w:t xml:space="preserve">                     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2"/>
            </w:tblGrid>
            <w:tr w:rsidR="0066681C" w14:paraId="62E23D19" w14:textId="77777777">
              <w:trPr>
                <w:trHeight w:val="1304"/>
              </w:trPr>
              <w:tc>
                <w:tcPr>
                  <w:tcW w:w="5102" w:type="dxa"/>
                  <w:tcBorders>
                    <w:top w:val="single" w:sz="6" w:space="0" w:color="BADADD"/>
                    <w:left w:val="single" w:sz="6" w:space="0" w:color="BADADD"/>
                    <w:bottom w:val="single" w:sz="6" w:space="0" w:color="BADADD"/>
                    <w:right w:val="single" w:sz="6" w:space="0" w:color="BADADD"/>
                  </w:tcBorders>
                  <w:shd w:val="clear" w:color="auto" w:fill="F1F8F8"/>
                  <w:tcMar>
                    <w:top w:w="90" w:type="dxa"/>
                    <w:left w:w="130" w:type="dxa"/>
                    <w:bottom w:w="70" w:type="dxa"/>
                    <w:right w:w="130" w:type="dxa"/>
                  </w:tcMar>
                </w:tcPr>
                <w:p w14:paraId="57E4F5F0" w14:textId="77777777" w:rsidR="0066681C" w:rsidRDefault="0066681C">
                  <w:pPr>
                    <w:spacing w:after="0" w:line="240" w:lineRule="auto"/>
                    <w:rPr>
                      <w:rFonts w:hint="eastAsia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2"/>
                  </w:tblGrid>
                  <w:tr w:rsidR="0066681C" w14:paraId="149FC3BF" w14:textId="77777777">
                    <w:trPr>
                      <w:trHeight w:hRule="exact" w:val="329"/>
                    </w:trPr>
                    <w:tc>
                      <w:tcPr>
                        <w:tcW w:w="5102" w:type="dxa"/>
                        <w:tcBorders>
                          <w:bottom w:val="single" w:sz="5" w:space="0" w:color="C7DED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5BBE729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40C326EB" w14:textId="77777777">
                    <w:trPr>
                      <w:trHeight w:hRule="exact" w:val="329"/>
                    </w:trPr>
                    <w:tc>
                      <w:tcPr>
                        <w:tcW w:w="5102" w:type="dxa"/>
                        <w:tcBorders>
                          <w:bottom w:val="single" w:sz="5" w:space="0" w:color="C7DED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0254489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</w:tbl>
                <w:p w14:paraId="19B8D579" w14:textId="77777777" w:rsidR="0066681C" w:rsidRDefault="0066681C">
                  <w:pPr>
                    <w:rPr>
                      <w:rFonts w:hint="eastAsia"/>
                    </w:rPr>
                  </w:pPr>
                </w:p>
              </w:tc>
            </w:tr>
          </w:tbl>
          <w:p w14:paraId="1C4EE67D" w14:textId="77777777" w:rsidR="0066681C" w:rsidRDefault="0066681C">
            <w:pPr>
              <w:rPr>
                <w:rFonts w:hint="eastAsia"/>
              </w:rPr>
            </w:pPr>
          </w:p>
          <w:p w14:paraId="19ED0D4C" w14:textId="77777777" w:rsidR="0066681C" w:rsidRDefault="0066681C">
            <w:pPr>
              <w:spacing w:after="0" w:line="240" w:lineRule="auto"/>
              <w:rPr>
                <w:rFonts w:hint="eastAsia"/>
              </w:rPr>
            </w:pPr>
          </w:p>
          <w:p w14:paraId="3623E5D1" w14:textId="77777777" w:rsidR="0066681C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DF80D4"/>
                <w:sz w:val="21"/>
              </w:rPr>
              <w:t>PENSAMIENTO QUE ME ACOMPAÑA</w:t>
            </w:r>
          </w:p>
          <w:p w14:paraId="1A34482A" w14:textId="77777777" w:rsidR="0066681C" w:rsidRDefault="00000000">
            <w:pPr>
              <w:shd w:val="clear" w:color="auto" w:fill="FDE7AB"/>
              <w:spacing w:after="40" w:line="240" w:lineRule="auto"/>
              <w:rPr>
                <w:rFonts w:hint="eastAsia"/>
              </w:rPr>
            </w:pPr>
            <w:r>
              <w:rPr>
                <w:sz w:val="6"/>
              </w:rPr>
              <w:t xml:space="preserve">                            </w:t>
            </w: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2"/>
            </w:tblGrid>
            <w:tr w:rsidR="0066681C" w14:paraId="3F163983" w14:textId="77777777" w:rsidTr="00FB4393">
              <w:trPr>
                <w:trHeight w:val="1757"/>
                <w:jc w:val="center"/>
              </w:trPr>
              <w:tc>
                <w:tcPr>
                  <w:tcW w:w="5102" w:type="dxa"/>
                  <w:tcBorders>
                    <w:top w:val="single" w:sz="14" w:space="0" w:color="91A5D1"/>
                    <w:left w:val="single" w:sz="14" w:space="0" w:color="91A5D1"/>
                    <w:bottom w:val="single" w:sz="14" w:space="0" w:color="91A5D1"/>
                    <w:right w:val="single" w:sz="14" w:space="0" w:color="91A5D1"/>
                  </w:tcBorders>
                  <w:shd w:val="clear" w:color="auto" w:fill="EEECE1" w:themeFill="background2"/>
                  <w:tcMar>
                    <w:top w:w="120" w:type="dxa"/>
                    <w:left w:w="150" w:type="dxa"/>
                    <w:bottom w:w="100" w:type="dxa"/>
                    <w:right w:w="150" w:type="dxa"/>
                  </w:tcMar>
                </w:tcPr>
                <w:p w14:paraId="62C12070" w14:textId="77777777" w:rsidR="0066681C" w:rsidRDefault="0066681C">
                  <w:pPr>
                    <w:spacing w:after="0" w:line="240" w:lineRule="auto"/>
                    <w:rPr>
                      <w:rFonts w:hint="eastAsia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02"/>
                  </w:tblGrid>
                  <w:tr w:rsidR="0066681C" w14:paraId="5C3E03AB" w14:textId="77777777">
                    <w:trPr>
                      <w:trHeight w:hRule="exact" w:val="295"/>
                    </w:trPr>
                    <w:tc>
                      <w:tcPr>
                        <w:tcW w:w="510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60656D6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1F53E730" w14:textId="77777777">
                    <w:trPr>
                      <w:trHeight w:hRule="exact" w:val="295"/>
                    </w:trPr>
                    <w:tc>
                      <w:tcPr>
                        <w:tcW w:w="510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21F8C3D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  <w:tr w:rsidR="0066681C" w14:paraId="4D0583A1" w14:textId="77777777">
                    <w:trPr>
                      <w:trHeight w:hRule="exact" w:val="295"/>
                    </w:trPr>
                    <w:tc>
                      <w:tcPr>
                        <w:tcW w:w="5102" w:type="dxa"/>
                        <w:tcBorders>
                          <w:bottom w:val="single" w:sz="5" w:space="0" w:color="D8DDE2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0D8ECE8" w14:textId="77777777" w:rsidR="0066681C" w:rsidRDefault="0066681C">
                        <w:pPr>
                          <w:rPr>
                            <w:rFonts w:hint="eastAsia"/>
                          </w:rPr>
                        </w:pPr>
                      </w:p>
                    </w:tc>
                  </w:tr>
                </w:tbl>
                <w:p w14:paraId="6797A15C" w14:textId="77777777" w:rsidR="0066681C" w:rsidRDefault="0066681C">
                  <w:pPr>
                    <w:rPr>
                      <w:rFonts w:hint="eastAsia"/>
                    </w:rPr>
                  </w:pPr>
                </w:p>
              </w:tc>
            </w:tr>
          </w:tbl>
          <w:p w14:paraId="52A9306E" w14:textId="77777777" w:rsidR="0066681C" w:rsidRDefault="0066681C">
            <w:pPr>
              <w:rPr>
                <w:rFonts w:hint="eastAsia"/>
              </w:rPr>
            </w:pPr>
          </w:p>
        </w:tc>
      </w:tr>
    </w:tbl>
    <w:p w14:paraId="6D7EC93D" w14:textId="77777777" w:rsidR="0066681C" w:rsidRDefault="00000000">
      <w:pPr>
        <w:spacing w:before="60" w:after="0" w:line="240" w:lineRule="auto"/>
        <w:jc w:val="center"/>
        <w:rPr>
          <w:rFonts w:hint="eastAsia"/>
        </w:rPr>
      </w:pPr>
      <w:r>
        <w:rPr>
          <w:b/>
          <w:color w:val="91A5D1"/>
          <w:sz w:val="16"/>
        </w:rPr>
        <w:t>UNA COSA QUE QUIERO RECORDAR DE HOY:  _________________________________________________</w:t>
      </w:r>
    </w:p>
    <w:sectPr w:rsidR="0066681C" w:rsidSect="00034616">
      <w:footerReference w:type="default" r:id="rId8"/>
      <w:pgSz w:w="11906" w:h="16838"/>
      <w:pgMar w:top="425" w:right="510" w:bottom="822" w:left="510" w:header="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5AB0C" w14:textId="77777777" w:rsidR="00333209" w:rsidRDefault="0033320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7AD2C8E" w14:textId="77777777" w:rsidR="00333209" w:rsidRDefault="0033320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1344E" w14:textId="77777777" w:rsidR="0066681C" w:rsidRDefault="0066681C">
    <w:pPr>
      <w:pStyle w:val="Fuzeile"/>
      <w:rPr>
        <w:rFonts w:hint="eastAsia"/>
      </w:rPr>
    </w:pPr>
  </w:p>
  <w:tbl>
    <w:tblPr>
      <w:tblW w:w="0" w:type="auto"/>
      <w:jc w:val="center"/>
      <w:tblCellSpacing w:w="6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641"/>
      <w:gridCol w:w="1576"/>
      <w:gridCol w:w="1576"/>
      <w:gridCol w:w="1576"/>
      <w:gridCol w:w="1576"/>
      <w:gridCol w:w="1576"/>
      <w:gridCol w:w="1641"/>
    </w:tblGrid>
    <w:tr w:rsidR="0066681C" w14:paraId="49067537" w14:textId="77777777">
      <w:trPr>
        <w:trHeight w:hRule="exact" w:val="312"/>
        <w:tblCellSpacing w:w="65" w:type="dxa"/>
        <w:jc w:val="center"/>
      </w:trPr>
      <w:tc>
        <w:tcPr>
          <w:tcW w:w="1446" w:type="dxa"/>
          <w:tcBorders>
            <w:top w:val="single" w:sz="2" w:space="0" w:color="91A5D1"/>
            <w:left w:val="single" w:sz="2" w:space="0" w:color="91A5D1"/>
            <w:bottom w:val="single" w:sz="2" w:space="0" w:color="91A5D1"/>
            <w:right w:val="single" w:sz="2" w:space="0" w:color="91A5D1"/>
          </w:tcBorders>
          <w:shd w:val="clear" w:color="auto" w:fill="91A5D1"/>
          <w:tcMar>
            <w:top w:w="20" w:type="dxa"/>
            <w:left w:w="20" w:type="dxa"/>
            <w:bottom w:w="20" w:type="dxa"/>
            <w:right w:w="20" w:type="dxa"/>
          </w:tcMar>
        </w:tcPr>
        <w:p w14:paraId="6020652F" w14:textId="77777777" w:rsidR="0066681C" w:rsidRDefault="00000000">
          <w:pPr>
            <w:rPr>
              <w:rFonts w:hint="eastAsia"/>
            </w:rPr>
          </w:pPr>
          <w:r>
            <w:t xml:space="preserve"> </w:t>
          </w:r>
        </w:p>
      </w:tc>
      <w:tc>
        <w:tcPr>
          <w:tcW w:w="1446" w:type="dxa"/>
          <w:tcBorders>
            <w:top w:val="single" w:sz="2" w:space="0" w:color="BADADD"/>
            <w:left w:val="single" w:sz="2" w:space="0" w:color="BADADD"/>
            <w:bottom w:val="single" w:sz="2" w:space="0" w:color="BADADD"/>
            <w:right w:val="single" w:sz="2" w:space="0" w:color="BADADD"/>
          </w:tcBorders>
          <w:shd w:val="clear" w:color="auto" w:fill="BADADD"/>
          <w:tcMar>
            <w:top w:w="20" w:type="dxa"/>
            <w:left w:w="20" w:type="dxa"/>
            <w:bottom w:w="20" w:type="dxa"/>
            <w:right w:w="20" w:type="dxa"/>
          </w:tcMar>
        </w:tcPr>
        <w:p w14:paraId="55D6958A" w14:textId="77777777" w:rsidR="0066681C" w:rsidRDefault="00000000">
          <w:pPr>
            <w:rPr>
              <w:rFonts w:hint="eastAsia"/>
            </w:rPr>
          </w:pPr>
          <w:r>
            <w:t xml:space="preserve"> </w:t>
          </w:r>
        </w:p>
      </w:tc>
      <w:tc>
        <w:tcPr>
          <w:tcW w:w="1446" w:type="dxa"/>
          <w:tcBorders>
            <w:top w:val="single" w:sz="2" w:space="0" w:color="F8C84E"/>
            <w:left w:val="single" w:sz="2" w:space="0" w:color="F8C84E"/>
            <w:bottom w:val="single" w:sz="2" w:space="0" w:color="F8C84E"/>
            <w:right w:val="single" w:sz="2" w:space="0" w:color="F8C84E"/>
          </w:tcBorders>
          <w:shd w:val="clear" w:color="auto" w:fill="F8C84E"/>
          <w:tcMar>
            <w:top w:w="20" w:type="dxa"/>
            <w:left w:w="20" w:type="dxa"/>
            <w:bottom w:w="20" w:type="dxa"/>
            <w:right w:w="20" w:type="dxa"/>
          </w:tcMar>
        </w:tcPr>
        <w:p w14:paraId="2433A454" w14:textId="77777777" w:rsidR="0066681C" w:rsidRDefault="00000000">
          <w:pPr>
            <w:rPr>
              <w:rFonts w:hint="eastAsia"/>
            </w:rPr>
          </w:pPr>
          <w:r>
            <w:t xml:space="preserve"> </w:t>
          </w:r>
        </w:p>
      </w:tc>
      <w:tc>
        <w:tcPr>
          <w:tcW w:w="1446" w:type="dxa"/>
          <w:tcBorders>
            <w:top w:val="single" w:sz="2" w:space="0" w:color="F2B7AA"/>
            <w:left w:val="single" w:sz="2" w:space="0" w:color="F2B7AA"/>
            <w:bottom w:val="single" w:sz="2" w:space="0" w:color="F2B7AA"/>
            <w:right w:val="single" w:sz="2" w:space="0" w:color="F2B7AA"/>
          </w:tcBorders>
          <w:shd w:val="clear" w:color="auto" w:fill="F2B7AA"/>
          <w:tcMar>
            <w:top w:w="20" w:type="dxa"/>
            <w:left w:w="20" w:type="dxa"/>
            <w:bottom w:w="20" w:type="dxa"/>
            <w:right w:w="20" w:type="dxa"/>
          </w:tcMar>
        </w:tcPr>
        <w:p w14:paraId="6C33F225" w14:textId="77777777" w:rsidR="0066681C" w:rsidRDefault="00000000">
          <w:pPr>
            <w:rPr>
              <w:rFonts w:hint="eastAsia"/>
            </w:rPr>
          </w:pPr>
          <w:r>
            <w:t xml:space="preserve"> </w:t>
          </w:r>
        </w:p>
      </w:tc>
      <w:tc>
        <w:tcPr>
          <w:tcW w:w="1446" w:type="dxa"/>
          <w:tcBorders>
            <w:top w:val="single" w:sz="2" w:space="0" w:color="DF80D4"/>
            <w:left w:val="single" w:sz="2" w:space="0" w:color="DF80D4"/>
            <w:bottom w:val="single" w:sz="2" w:space="0" w:color="DF80D4"/>
            <w:right w:val="single" w:sz="2" w:space="0" w:color="DF80D4"/>
          </w:tcBorders>
          <w:shd w:val="clear" w:color="auto" w:fill="DF80D4"/>
          <w:tcMar>
            <w:top w:w="20" w:type="dxa"/>
            <w:left w:w="20" w:type="dxa"/>
            <w:bottom w:w="20" w:type="dxa"/>
            <w:right w:w="20" w:type="dxa"/>
          </w:tcMar>
        </w:tcPr>
        <w:p w14:paraId="1FDD6829" w14:textId="77777777" w:rsidR="0066681C" w:rsidRDefault="00000000">
          <w:pPr>
            <w:rPr>
              <w:rFonts w:hint="eastAsia"/>
            </w:rPr>
          </w:pPr>
          <w:r>
            <w:t xml:space="preserve"> </w:t>
          </w:r>
        </w:p>
      </w:tc>
      <w:tc>
        <w:tcPr>
          <w:tcW w:w="1446" w:type="dxa"/>
          <w:tcBorders>
            <w:top w:val="single" w:sz="2" w:space="0" w:color="91A5D1"/>
            <w:left w:val="single" w:sz="2" w:space="0" w:color="91A5D1"/>
            <w:bottom w:val="single" w:sz="2" w:space="0" w:color="91A5D1"/>
            <w:right w:val="single" w:sz="2" w:space="0" w:color="91A5D1"/>
          </w:tcBorders>
          <w:shd w:val="clear" w:color="auto" w:fill="91A5D1"/>
          <w:tcMar>
            <w:top w:w="20" w:type="dxa"/>
            <w:left w:w="20" w:type="dxa"/>
            <w:bottom w:w="20" w:type="dxa"/>
            <w:right w:w="20" w:type="dxa"/>
          </w:tcMar>
        </w:tcPr>
        <w:p w14:paraId="0BF1A3F8" w14:textId="77777777" w:rsidR="0066681C" w:rsidRDefault="00000000">
          <w:pPr>
            <w:rPr>
              <w:rFonts w:hint="eastAsia"/>
            </w:rPr>
          </w:pPr>
          <w:r>
            <w:t xml:space="preserve"> </w:t>
          </w:r>
        </w:p>
      </w:tc>
      <w:tc>
        <w:tcPr>
          <w:tcW w:w="1446" w:type="dxa"/>
          <w:tcBorders>
            <w:top w:val="single" w:sz="2" w:space="0" w:color="BADADD"/>
            <w:left w:val="single" w:sz="2" w:space="0" w:color="BADADD"/>
            <w:bottom w:val="single" w:sz="2" w:space="0" w:color="BADADD"/>
            <w:right w:val="single" w:sz="2" w:space="0" w:color="BADADD"/>
          </w:tcBorders>
          <w:shd w:val="clear" w:color="auto" w:fill="BADADD"/>
          <w:tcMar>
            <w:top w:w="20" w:type="dxa"/>
            <w:left w:w="20" w:type="dxa"/>
            <w:bottom w:w="20" w:type="dxa"/>
            <w:right w:w="20" w:type="dxa"/>
          </w:tcMar>
        </w:tcPr>
        <w:p w14:paraId="502C27FA" w14:textId="77777777" w:rsidR="0066681C" w:rsidRDefault="00000000">
          <w:pPr>
            <w:rPr>
              <w:rFonts w:hint="eastAsia"/>
            </w:rPr>
          </w:pPr>
          <w:r>
            <w:t xml:space="preserve"> 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BDE8A" w14:textId="77777777" w:rsidR="00333209" w:rsidRDefault="0033320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0824E88" w14:textId="77777777" w:rsidR="00333209" w:rsidRDefault="0033320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6351556">
    <w:abstractNumId w:val="8"/>
  </w:num>
  <w:num w:numId="2" w16cid:durableId="1727220202">
    <w:abstractNumId w:val="6"/>
  </w:num>
  <w:num w:numId="3" w16cid:durableId="499543207">
    <w:abstractNumId w:val="5"/>
  </w:num>
  <w:num w:numId="4" w16cid:durableId="1731809380">
    <w:abstractNumId w:val="4"/>
  </w:num>
  <w:num w:numId="5" w16cid:durableId="1129517284">
    <w:abstractNumId w:val="7"/>
  </w:num>
  <w:num w:numId="6" w16cid:durableId="1633779472">
    <w:abstractNumId w:val="3"/>
  </w:num>
  <w:num w:numId="7" w16cid:durableId="1423724553">
    <w:abstractNumId w:val="2"/>
  </w:num>
  <w:num w:numId="8" w16cid:durableId="324557367">
    <w:abstractNumId w:val="1"/>
  </w:num>
  <w:num w:numId="9" w16cid:durableId="169103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3209"/>
    <w:rsid w:val="0066681C"/>
    <w:rsid w:val="00A125ED"/>
    <w:rsid w:val="00AA1D8D"/>
    <w:rsid w:val="00B47730"/>
    <w:rsid w:val="00CB0664"/>
    <w:rsid w:val="00FB43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7E916"/>
  <w14:defaultImageDpi w14:val="300"/>
  <w15:docId w15:val="{E46B0D53-2600-43A6-84BB-B3A20D3F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DejaVu Sans" w:hAnsi="DejaVu Sans"/>
      <w:color w:val="36404A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Diario de gratitud - plantilla diaria editable</dc:title>
  <dc:subject>Plantilla A4 editable para practicar gratitud y reflexión diaria</dc:subject>
  <dc:creator/>
  <cp:keywords>diario de gratitud, plantilla, Word, A4, reflexión diaria</cp:keywords>
  <dc:description>generated by python-docx</dc:description>
  <cp:lastModifiedBy>Sergio Jiménez Canales</cp:lastModifiedBy>
  <cp:revision>3</cp:revision>
  <dcterms:created xsi:type="dcterms:W3CDTF">2013-12-23T23:15:00Z</dcterms:created>
  <dcterms:modified xsi:type="dcterms:W3CDTF">2026-08-22T09:45:00Z</dcterms:modified>
  <cp:category/>
</cp:coreProperties>
</file>