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56A3F" w14:textId="77777777" w:rsidR="00C77F9C" w:rsidRDefault="00000000">
      <w:pPr>
        <w:spacing w:after="8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592B0E59" wp14:editId="63D24A5D">
            <wp:extent cx="6660000" cy="555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stel_strip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60000" cy="55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42"/>
        <w:gridCol w:w="3401"/>
        <w:gridCol w:w="1700"/>
      </w:tblGrid>
      <w:tr w:rsidR="00C77F9C" w14:paraId="3C2F58E8" w14:textId="77777777">
        <w:trPr>
          <w:jc w:val="center"/>
        </w:trPr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09C587" w14:textId="77777777" w:rsidR="00C77F9C" w:rsidRDefault="00000000">
            <w:pPr>
              <w:spacing w:after="0"/>
              <w:rPr>
                <w:rFonts w:hint="eastAsia"/>
              </w:rPr>
            </w:pPr>
            <w:r w:rsidRPr="003F7D16">
              <w:rPr>
                <w:rFonts w:ascii="Inter Display" w:hAnsi="Inter Display"/>
                <w:b/>
                <w:color w:val="365F91" w:themeColor="accent1" w:themeShade="BF"/>
                <w:sz w:val="46"/>
              </w:rPr>
              <w:t>MI DIARIO DE</w:t>
            </w:r>
            <w:r w:rsidRPr="003F7D16">
              <w:rPr>
                <w:rFonts w:ascii="Inter Display" w:hAnsi="Inter Display"/>
                <w:b/>
                <w:color w:val="365F91" w:themeColor="accent1" w:themeShade="BF"/>
                <w:sz w:val="46"/>
              </w:rPr>
              <w:br/>
              <w:t>GRATITUD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shd w:val="clear" w:color="auto" w:fill="FCE8A8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57EBD9A8" w14:textId="77777777" w:rsidR="00C77F9C" w:rsidRDefault="00000000">
            <w:pPr>
              <w:spacing w:before="140" w:after="0"/>
              <w:jc w:val="center"/>
              <w:rPr>
                <w:rFonts w:hint="eastAsia"/>
              </w:rPr>
            </w:pPr>
            <w:r>
              <w:rPr>
                <w:b/>
                <w:color w:val="D97ACD"/>
                <w:sz w:val="16"/>
              </w:rPr>
              <w:t>FECHA</w:t>
            </w:r>
          </w:p>
          <w:p w14:paraId="0E09E790" w14:textId="77777777" w:rsidR="00C77F9C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22"/>
              </w:rPr>
              <w:t>____ / ____ / ________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53783" w14:textId="77777777" w:rsidR="00C77F9C" w:rsidRDefault="00000000">
            <w:pPr>
              <w:jc w:val="right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157BD06B" wp14:editId="49F74B4C">
                  <wp:extent cx="972000" cy="897231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earts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897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729E95" w14:textId="77777777" w:rsidR="00C77F9C" w:rsidRDefault="00000000">
      <w:pPr>
        <w:spacing w:before="20" w:after="40"/>
        <w:rPr>
          <w:rFonts w:hint="eastAsia"/>
        </w:rPr>
      </w:pPr>
      <w:r>
        <w:rPr>
          <w:i/>
          <w:sz w:val="18"/>
        </w:rPr>
        <w:t>Unos minutos para reconocer lo bueno de hoy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122"/>
        <w:gridCol w:w="4195"/>
      </w:tblGrid>
      <w:tr w:rsidR="00C77F9C" w14:paraId="18A36113" w14:textId="77777777">
        <w:trPr>
          <w:jc w:val="center"/>
        </w:trPr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AC651" w14:textId="77777777" w:rsidR="00C77F9C" w:rsidRDefault="00C77F9C">
            <w:pPr>
              <w:rPr>
                <w:rFonts w:hint="eastAsia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122"/>
            </w:tblGrid>
            <w:tr w:rsidR="00C77F9C" w14:paraId="7CF1A90F" w14:textId="77777777">
              <w:tc>
                <w:tcPr>
                  <w:tcW w:w="61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E8A8"/>
                  <w:tcMar>
                    <w:top w:w="55" w:type="dxa"/>
                    <w:left w:w="100" w:type="dxa"/>
                    <w:bottom w:w="55" w:type="dxa"/>
                    <w:right w:w="100" w:type="dxa"/>
                  </w:tcMar>
                </w:tcPr>
                <w:p w14:paraId="48D70BEF" w14:textId="77777777" w:rsidR="00C77F9C" w:rsidRDefault="00000000">
                  <w:pPr>
                    <w:spacing w:after="40"/>
                    <w:rPr>
                      <w:rFonts w:hint="eastAsia"/>
                    </w:rPr>
                  </w:pPr>
                  <w:r>
                    <w:rPr>
                      <w:b/>
                      <w:color w:val="D97ACD"/>
                      <w:sz w:val="22"/>
                    </w:rPr>
                    <w:t>AFIRMACIÓN DE HOY</w:t>
                  </w:r>
                </w:p>
              </w:tc>
            </w:tr>
          </w:tbl>
          <w:p w14:paraId="5DEFB176" w14:textId="77777777" w:rsidR="00C77F9C" w:rsidRDefault="00C77F9C">
            <w:pPr>
              <w:rPr>
                <w:rFonts w:hint="eastAsia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122"/>
            </w:tblGrid>
            <w:tr w:rsidR="00C77F9C" w14:paraId="48339A0A" w14:textId="77777777">
              <w:trPr>
                <w:trHeight w:val="1417"/>
              </w:trPr>
              <w:tc>
                <w:tcPr>
                  <w:tcW w:w="6122" w:type="dxa"/>
                  <w:tcBorders>
                    <w:top w:val="single" w:sz="14" w:space="0" w:color="FFF4CE"/>
                    <w:left w:val="single" w:sz="14" w:space="0" w:color="FFF4CE"/>
                    <w:bottom w:val="single" w:sz="14" w:space="0" w:color="FFF4CE"/>
                    <w:right w:val="single" w:sz="14" w:space="0" w:color="FFF4CE"/>
                  </w:tcBorders>
                  <w:shd w:val="clear" w:color="auto" w:fill="FFF4CE"/>
                  <w:tcMar>
                    <w:top w:w="140" w:type="dxa"/>
                    <w:left w:w="160" w:type="dxa"/>
                    <w:bottom w:w="120" w:type="dxa"/>
                    <w:right w:w="160" w:type="dxa"/>
                  </w:tcMar>
                </w:tcPr>
                <w:p w14:paraId="4F77F660" w14:textId="77777777" w:rsidR="00C77F9C" w:rsidRDefault="00000000">
                  <w:pPr>
                    <w:rPr>
                      <w:rFonts w:hint="eastAsia"/>
                    </w:rPr>
                  </w:pPr>
                  <w:r>
                    <w:rPr>
                      <w:i/>
                      <w:color w:val="737B80"/>
                      <w:sz w:val="18"/>
                    </w:rPr>
                    <w:t>Escribe una frase que quieras recordar hoy...</w:t>
                  </w:r>
                </w:p>
              </w:tc>
            </w:tr>
          </w:tbl>
          <w:p w14:paraId="7EA95150" w14:textId="77777777" w:rsidR="00C77F9C" w:rsidRDefault="00C77F9C">
            <w:pPr>
              <w:rPr>
                <w:rFonts w:hint="eastAsia"/>
              </w:rPr>
            </w:pPr>
          </w:p>
          <w:p w14:paraId="40A1688B" w14:textId="77777777" w:rsidR="00C77F9C" w:rsidRDefault="00C77F9C">
            <w:pPr>
              <w:spacing w:after="40"/>
              <w:rPr>
                <w:rFonts w:hint="eastAsia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122"/>
            </w:tblGrid>
            <w:tr w:rsidR="00C77F9C" w14:paraId="746DACC7" w14:textId="77777777">
              <w:tc>
                <w:tcPr>
                  <w:tcW w:w="61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3CB"/>
                  <w:tcMar>
                    <w:top w:w="55" w:type="dxa"/>
                    <w:left w:w="100" w:type="dxa"/>
                    <w:bottom w:w="55" w:type="dxa"/>
                    <w:right w:w="100" w:type="dxa"/>
                  </w:tcMar>
                </w:tcPr>
                <w:p w14:paraId="0B34675A" w14:textId="77777777" w:rsidR="00C77F9C" w:rsidRDefault="00000000">
                  <w:pPr>
                    <w:spacing w:after="40"/>
                    <w:rPr>
                      <w:rFonts w:hint="eastAsia"/>
                    </w:rPr>
                  </w:pPr>
                  <w:r>
                    <w:rPr>
                      <w:b/>
                      <w:color w:val="D97ACD"/>
                      <w:sz w:val="22"/>
                    </w:rPr>
                    <w:t>HOY DOY LAS GRACIAS POR...</w:t>
                  </w:r>
                </w:p>
              </w:tc>
            </w:tr>
          </w:tbl>
          <w:p w14:paraId="2E8A3A44" w14:textId="77777777" w:rsidR="00C77F9C" w:rsidRDefault="00C77F9C">
            <w:pPr>
              <w:rPr>
                <w:rFonts w:hint="eastAsia"/>
              </w:rPr>
            </w:pPr>
          </w:p>
          <w:p w14:paraId="07EA12CE" w14:textId="77777777" w:rsidR="00C77F9C" w:rsidRDefault="00000000">
            <w:pPr>
              <w:spacing w:after="60"/>
              <w:ind w:left="57"/>
              <w:rPr>
                <w:rFonts w:hint="eastAsia"/>
              </w:rPr>
            </w:pPr>
            <w:r>
              <w:rPr>
                <w:b/>
                <w:color w:val="FCE8A8"/>
                <w:sz w:val="20"/>
              </w:rPr>
              <w:t>■</w:t>
            </w:r>
            <w:r>
              <w:rPr>
                <w:color w:val="B8B8B8"/>
                <w:sz w:val="18"/>
              </w:rPr>
              <w:t xml:space="preserve">   __________________________________________</w:t>
            </w:r>
          </w:p>
          <w:p w14:paraId="39E022FB" w14:textId="77777777" w:rsidR="00C77F9C" w:rsidRDefault="00000000">
            <w:pPr>
              <w:spacing w:after="60"/>
              <w:ind w:left="57"/>
              <w:rPr>
                <w:rFonts w:hint="eastAsia"/>
              </w:rPr>
            </w:pPr>
            <w:r>
              <w:rPr>
                <w:b/>
                <w:color w:val="FCE8A8"/>
                <w:sz w:val="20"/>
              </w:rPr>
              <w:t>■</w:t>
            </w:r>
            <w:r>
              <w:rPr>
                <w:color w:val="B8B8B8"/>
                <w:sz w:val="18"/>
              </w:rPr>
              <w:t xml:space="preserve">   __________________________________________</w:t>
            </w:r>
          </w:p>
          <w:p w14:paraId="66AACF39" w14:textId="77777777" w:rsidR="00C77F9C" w:rsidRDefault="00000000">
            <w:pPr>
              <w:spacing w:after="60"/>
              <w:ind w:left="57"/>
              <w:rPr>
                <w:rFonts w:hint="eastAsia"/>
              </w:rPr>
            </w:pPr>
            <w:r>
              <w:rPr>
                <w:b/>
                <w:color w:val="FCE8A8"/>
                <w:sz w:val="20"/>
              </w:rPr>
              <w:t>■</w:t>
            </w:r>
            <w:r>
              <w:rPr>
                <w:color w:val="B8B8B8"/>
                <w:sz w:val="18"/>
              </w:rPr>
              <w:t xml:space="preserve">   __________________________________________</w:t>
            </w:r>
          </w:p>
          <w:p w14:paraId="41DCA7F5" w14:textId="77777777" w:rsidR="00C77F9C" w:rsidRDefault="00000000">
            <w:pPr>
              <w:spacing w:after="60"/>
              <w:ind w:left="57"/>
              <w:rPr>
                <w:rFonts w:hint="eastAsia"/>
              </w:rPr>
            </w:pPr>
            <w:r>
              <w:rPr>
                <w:b/>
                <w:color w:val="FCE8A8"/>
                <w:sz w:val="20"/>
              </w:rPr>
              <w:t>■</w:t>
            </w:r>
            <w:r>
              <w:rPr>
                <w:color w:val="B8B8B8"/>
                <w:sz w:val="18"/>
              </w:rPr>
              <w:t xml:space="preserve">   __________________________________________</w:t>
            </w:r>
          </w:p>
          <w:p w14:paraId="49242B35" w14:textId="77777777" w:rsidR="00C77F9C" w:rsidRDefault="00000000">
            <w:pPr>
              <w:spacing w:after="60"/>
              <w:ind w:left="57"/>
              <w:rPr>
                <w:rFonts w:hint="eastAsia"/>
              </w:rPr>
            </w:pPr>
            <w:r>
              <w:rPr>
                <w:b/>
                <w:color w:val="FCE8A8"/>
                <w:sz w:val="20"/>
              </w:rPr>
              <w:t>■</w:t>
            </w:r>
            <w:r>
              <w:rPr>
                <w:color w:val="B8B8B8"/>
                <w:sz w:val="18"/>
              </w:rPr>
              <w:t xml:space="preserve">   __________________________________________</w:t>
            </w:r>
          </w:p>
          <w:p w14:paraId="0B9A7BDB" w14:textId="77777777" w:rsidR="00C77F9C" w:rsidRDefault="00C77F9C">
            <w:pPr>
              <w:spacing w:after="40"/>
              <w:rPr>
                <w:rFonts w:hint="eastAsia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122"/>
            </w:tblGrid>
            <w:tr w:rsidR="00C77F9C" w14:paraId="297D99CE" w14:textId="77777777">
              <w:tc>
                <w:tcPr>
                  <w:tcW w:w="61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3CB"/>
                  <w:tcMar>
                    <w:top w:w="55" w:type="dxa"/>
                    <w:left w:w="100" w:type="dxa"/>
                    <w:bottom w:w="55" w:type="dxa"/>
                    <w:right w:w="100" w:type="dxa"/>
                  </w:tcMar>
                </w:tcPr>
                <w:p w14:paraId="408E2DBE" w14:textId="77777777" w:rsidR="00C77F9C" w:rsidRDefault="00000000">
                  <w:pPr>
                    <w:spacing w:after="40"/>
                    <w:rPr>
                      <w:rFonts w:hint="eastAsia"/>
                    </w:rPr>
                  </w:pPr>
                  <w:r>
                    <w:rPr>
                      <w:b/>
                      <w:color w:val="D97ACD"/>
                      <w:sz w:val="20"/>
                    </w:rPr>
                    <w:t>UNA PERSONA QUE AGRADEZCO TENER CERCA</w:t>
                  </w:r>
                </w:p>
              </w:tc>
            </w:tr>
          </w:tbl>
          <w:p w14:paraId="52824E20" w14:textId="77777777" w:rsidR="00C77F9C" w:rsidRDefault="00C77F9C">
            <w:pPr>
              <w:rPr>
                <w:rFonts w:hint="eastAsia"/>
              </w:rPr>
            </w:pPr>
          </w:p>
          <w:p w14:paraId="6BFBF6BE" w14:textId="77777777" w:rsidR="00C77F9C" w:rsidRDefault="00000000">
            <w:pPr>
              <w:spacing w:after="20"/>
              <w:rPr>
                <w:rFonts w:hint="eastAsia"/>
              </w:rPr>
            </w:pPr>
            <w:r>
              <w:rPr>
                <w:color w:val="B8B8B8"/>
                <w:sz w:val="18"/>
              </w:rPr>
              <w:t>______________________________________________</w:t>
            </w:r>
          </w:p>
          <w:p w14:paraId="3C35BE0D" w14:textId="77777777" w:rsidR="00C77F9C" w:rsidRDefault="00000000">
            <w:pPr>
              <w:spacing w:after="20"/>
              <w:rPr>
                <w:rFonts w:hint="eastAsia"/>
              </w:rPr>
            </w:pPr>
            <w:r>
              <w:rPr>
                <w:color w:val="B8B8B8"/>
                <w:sz w:val="18"/>
              </w:rPr>
              <w:t>______________________________________________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8C945" w14:textId="77777777" w:rsidR="00C77F9C" w:rsidRDefault="00C77F9C">
            <w:pPr>
              <w:rPr>
                <w:rFonts w:hint="eastAsia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195"/>
            </w:tblGrid>
            <w:tr w:rsidR="00C77F9C" w14:paraId="4A4AE5A5" w14:textId="77777777">
              <w:tc>
                <w:tcPr>
                  <w:tcW w:w="41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E8A8"/>
                  <w:tcMar>
                    <w:top w:w="55" w:type="dxa"/>
                    <w:left w:w="100" w:type="dxa"/>
                    <w:bottom w:w="55" w:type="dxa"/>
                    <w:right w:w="100" w:type="dxa"/>
                  </w:tcMar>
                </w:tcPr>
                <w:p w14:paraId="55DE4005" w14:textId="77777777" w:rsidR="00C77F9C" w:rsidRDefault="00000000">
                  <w:pPr>
                    <w:spacing w:after="40"/>
                    <w:rPr>
                      <w:rFonts w:hint="eastAsia"/>
                    </w:rPr>
                  </w:pPr>
                  <w:r>
                    <w:rPr>
                      <w:b/>
                      <w:color w:val="D97ACD"/>
                      <w:sz w:val="22"/>
                    </w:rPr>
                    <w:t>LO MEJOR DE MI DÍA</w:t>
                  </w:r>
                </w:p>
              </w:tc>
            </w:tr>
          </w:tbl>
          <w:p w14:paraId="3658BF03" w14:textId="77777777" w:rsidR="00C77F9C" w:rsidRDefault="00C77F9C">
            <w:pPr>
              <w:rPr>
                <w:rFonts w:hint="eastAsia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195"/>
            </w:tblGrid>
            <w:tr w:rsidR="00C77F9C" w14:paraId="18D8DC54" w14:textId="77777777">
              <w:trPr>
                <w:trHeight w:val="1814"/>
              </w:trPr>
              <w:tc>
                <w:tcPr>
                  <w:tcW w:w="4195" w:type="dxa"/>
                  <w:tcBorders>
                    <w:top w:val="single" w:sz="14" w:space="0" w:color="91A4D8"/>
                    <w:left w:val="single" w:sz="14" w:space="0" w:color="91A4D8"/>
                    <w:bottom w:val="single" w:sz="14" w:space="0" w:color="91A4D8"/>
                    <w:right w:val="single" w:sz="14" w:space="0" w:color="91A4D8"/>
                  </w:tcBorders>
                  <w:shd w:val="clear" w:color="auto" w:fill="FFFFFF"/>
                  <w:tcMar>
                    <w:top w:w="140" w:type="dxa"/>
                    <w:left w:w="160" w:type="dxa"/>
                    <w:bottom w:w="120" w:type="dxa"/>
                    <w:right w:w="160" w:type="dxa"/>
                  </w:tcMar>
                </w:tcPr>
                <w:p w14:paraId="05A4A84A" w14:textId="77777777" w:rsidR="00C77F9C" w:rsidRDefault="00000000">
                  <w:pPr>
                    <w:rPr>
                      <w:rFonts w:hint="eastAsia"/>
                    </w:rPr>
                  </w:pPr>
                  <w:r>
                    <w:rPr>
                      <w:i/>
                      <w:color w:val="737B80"/>
                      <w:sz w:val="18"/>
                    </w:rPr>
                    <w:t>¿Qué momento te gustaría recordar?</w:t>
                  </w:r>
                </w:p>
              </w:tc>
            </w:tr>
          </w:tbl>
          <w:p w14:paraId="528933E4" w14:textId="77777777" w:rsidR="00C77F9C" w:rsidRDefault="00C77F9C">
            <w:pPr>
              <w:rPr>
                <w:rFonts w:hint="eastAsia"/>
              </w:rPr>
            </w:pPr>
          </w:p>
          <w:p w14:paraId="7498A690" w14:textId="77777777" w:rsidR="00C77F9C" w:rsidRDefault="00C77F9C">
            <w:pPr>
              <w:spacing w:after="40"/>
              <w:rPr>
                <w:rFonts w:hint="eastAsia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195"/>
            </w:tblGrid>
            <w:tr w:rsidR="00C77F9C" w14:paraId="310AF3F6" w14:textId="77777777">
              <w:tc>
                <w:tcPr>
                  <w:tcW w:w="41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E8A8"/>
                  <w:tcMar>
                    <w:top w:w="55" w:type="dxa"/>
                    <w:left w:w="100" w:type="dxa"/>
                    <w:bottom w:w="55" w:type="dxa"/>
                    <w:right w:w="100" w:type="dxa"/>
                  </w:tcMar>
                </w:tcPr>
                <w:p w14:paraId="1F3AE25E" w14:textId="77777777" w:rsidR="00C77F9C" w:rsidRDefault="00000000">
                  <w:pPr>
                    <w:spacing w:after="40"/>
                    <w:rPr>
                      <w:rFonts w:hint="eastAsia"/>
                    </w:rPr>
                  </w:pPr>
                  <w:r>
                    <w:rPr>
                      <w:b/>
                      <w:color w:val="D97ACD"/>
                      <w:sz w:val="22"/>
                    </w:rPr>
                    <w:t>ALGO QUE HICE BIEN</w:t>
                  </w:r>
                </w:p>
              </w:tc>
            </w:tr>
          </w:tbl>
          <w:p w14:paraId="0C3DE69B" w14:textId="77777777" w:rsidR="00C77F9C" w:rsidRDefault="00C77F9C">
            <w:pPr>
              <w:rPr>
                <w:rFonts w:hint="eastAsia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195"/>
            </w:tblGrid>
            <w:tr w:rsidR="00C77F9C" w14:paraId="3914F9EE" w14:textId="77777777">
              <w:trPr>
                <w:trHeight w:val="1417"/>
              </w:trPr>
              <w:tc>
                <w:tcPr>
                  <w:tcW w:w="4195" w:type="dxa"/>
                  <w:tcBorders>
                    <w:top w:val="single" w:sz="14" w:space="0" w:color="91A4D8"/>
                    <w:left w:val="single" w:sz="14" w:space="0" w:color="91A4D8"/>
                    <w:bottom w:val="single" w:sz="14" w:space="0" w:color="91A4D8"/>
                    <w:right w:val="single" w:sz="14" w:space="0" w:color="91A4D8"/>
                  </w:tcBorders>
                  <w:shd w:val="clear" w:color="auto" w:fill="FFFFFF"/>
                  <w:tcMar>
                    <w:top w:w="140" w:type="dxa"/>
                    <w:left w:w="160" w:type="dxa"/>
                    <w:bottom w:w="120" w:type="dxa"/>
                    <w:right w:w="160" w:type="dxa"/>
                  </w:tcMar>
                </w:tcPr>
                <w:p w14:paraId="3DC491AA" w14:textId="77777777" w:rsidR="00C77F9C" w:rsidRDefault="00000000">
                  <w:pPr>
                    <w:rPr>
                      <w:rFonts w:hint="eastAsia"/>
                    </w:rPr>
                  </w:pPr>
                  <w:r>
                    <w:rPr>
                      <w:i/>
                      <w:color w:val="737B80"/>
                      <w:sz w:val="18"/>
                    </w:rPr>
                    <w:t>Un pequeño logro también cuenta.</w:t>
                  </w:r>
                </w:p>
              </w:tc>
            </w:tr>
          </w:tbl>
          <w:p w14:paraId="74C4EAC3" w14:textId="77777777" w:rsidR="00C77F9C" w:rsidRDefault="00C77F9C">
            <w:pPr>
              <w:rPr>
                <w:rFonts w:hint="eastAsia"/>
              </w:rPr>
            </w:pPr>
          </w:p>
          <w:p w14:paraId="416F29BC" w14:textId="77777777" w:rsidR="00C77F9C" w:rsidRDefault="00C77F9C">
            <w:pPr>
              <w:spacing w:after="40"/>
              <w:rPr>
                <w:rFonts w:hint="eastAsia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195"/>
            </w:tblGrid>
            <w:tr w:rsidR="00C77F9C" w14:paraId="176C7AC5" w14:textId="77777777">
              <w:tc>
                <w:tcPr>
                  <w:tcW w:w="41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E8A8"/>
                  <w:tcMar>
                    <w:top w:w="55" w:type="dxa"/>
                    <w:left w:w="100" w:type="dxa"/>
                    <w:bottom w:w="55" w:type="dxa"/>
                    <w:right w:w="100" w:type="dxa"/>
                  </w:tcMar>
                </w:tcPr>
                <w:p w14:paraId="60A0E48A" w14:textId="77777777" w:rsidR="00C77F9C" w:rsidRDefault="00000000">
                  <w:pPr>
                    <w:spacing w:after="40"/>
                    <w:rPr>
                      <w:rFonts w:hint="eastAsia"/>
                    </w:rPr>
                  </w:pPr>
                  <w:r>
                    <w:rPr>
                      <w:b/>
                      <w:color w:val="D97ACD"/>
                      <w:sz w:val="22"/>
                    </w:rPr>
                    <w:t>MAÑANA QUIERO...</w:t>
                  </w:r>
                </w:p>
              </w:tc>
            </w:tr>
          </w:tbl>
          <w:p w14:paraId="37AE9BFA" w14:textId="77777777" w:rsidR="00C77F9C" w:rsidRDefault="00C77F9C">
            <w:pPr>
              <w:rPr>
                <w:rFonts w:hint="eastAsia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195"/>
            </w:tblGrid>
            <w:tr w:rsidR="00C77F9C" w14:paraId="38E552CD" w14:textId="77777777">
              <w:trPr>
                <w:trHeight w:val="1303"/>
              </w:trPr>
              <w:tc>
                <w:tcPr>
                  <w:tcW w:w="4195" w:type="dxa"/>
                  <w:tcBorders>
                    <w:top w:val="single" w:sz="14" w:space="0" w:color="91A4D8"/>
                    <w:left w:val="single" w:sz="14" w:space="0" w:color="91A4D8"/>
                    <w:bottom w:val="single" w:sz="14" w:space="0" w:color="91A4D8"/>
                    <w:right w:val="single" w:sz="14" w:space="0" w:color="91A4D8"/>
                  </w:tcBorders>
                  <w:shd w:val="clear" w:color="auto" w:fill="FFFFFF"/>
                  <w:tcMar>
                    <w:top w:w="140" w:type="dxa"/>
                    <w:left w:w="160" w:type="dxa"/>
                    <w:bottom w:w="120" w:type="dxa"/>
                    <w:right w:w="160" w:type="dxa"/>
                  </w:tcMar>
                </w:tcPr>
                <w:p w14:paraId="40A29971" w14:textId="77777777" w:rsidR="00C77F9C" w:rsidRDefault="00000000">
                  <w:pPr>
                    <w:rPr>
                      <w:rFonts w:hint="eastAsia"/>
                    </w:rPr>
                  </w:pPr>
                  <w:r>
                    <w:rPr>
                      <w:i/>
                      <w:color w:val="737B80"/>
                      <w:sz w:val="18"/>
                    </w:rPr>
                    <w:t>Una intención sencilla para mañana.</w:t>
                  </w:r>
                </w:p>
              </w:tc>
            </w:tr>
          </w:tbl>
          <w:p w14:paraId="50A658A4" w14:textId="77777777" w:rsidR="00C77F9C" w:rsidRDefault="00C77F9C">
            <w:pPr>
              <w:rPr>
                <w:rFonts w:hint="eastAsia"/>
              </w:rPr>
            </w:pPr>
          </w:p>
        </w:tc>
      </w:tr>
    </w:tbl>
    <w:p w14:paraId="4ECFD30B" w14:textId="77777777" w:rsidR="00C77F9C" w:rsidRDefault="00000000">
      <w:pPr>
        <w:spacing w:before="40" w:after="20"/>
        <w:rPr>
          <w:rFonts w:hint="eastAsia"/>
        </w:rPr>
      </w:pPr>
      <w:r>
        <w:rPr>
          <w:b/>
          <w:color w:val="D97ACD"/>
          <w:sz w:val="20"/>
        </w:rPr>
        <w:t>¿CÓMO ME SIENTO HOY?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0"/>
        <w:gridCol w:w="2040"/>
        <w:gridCol w:w="2040"/>
        <w:gridCol w:w="2040"/>
        <w:gridCol w:w="2040"/>
      </w:tblGrid>
      <w:tr w:rsidR="00C77F9C" w14:paraId="229656A5" w14:textId="77777777">
        <w:trPr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BFDDE0"/>
            <w:tcMar>
              <w:top w:w="90" w:type="dxa"/>
              <w:left w:w="30" w:type="dxa"/>
              <w:bottom w:w="90" w:type="dxa"/>
              <w:right w:w="30" w:type="dxa"/>
            </w:tcMar>
          </w:tcPr>
          <w:p w14:paraId="15E02F3B" w14:textId="77777777" w:rsidR="00C77F9C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15"/>
              </w:rPr>
              <w:t>○  TRANQUILO/A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FCE8A8"/>
            <w:tcMar>
              <w:top w:w="90" w:type="dxa"/>
              <w:left w:w="30" w:type="dxa"/>
              <w:bottom w:w="90" w:type="dxa"/>
              <w:right w:w="30" w:type="dxa"/>
            </w:tcMar>
          </w:tcPr>
          <w:p w14:paraId="5480A2EE" w14:textId="77777777" w:rsidR="00C77F9C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15"/>
              </w:rPr>
              <w:t>○  ALEGRE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F4B7AD"/>
            <w:tcMar>
              <w:top w:w="90" w:type="dxa"/>
              <w:left w:w="30" w:type="dxa"/>
              <w:bottom w:w="90" w:type="dxa"/>
              <w:right w:w="30" w:type="dxa"/>
            </w:tcMar>
          </w:tcPr>
          <w:p w14:paraId="65F75CA6" w14:textId="77777777" w:rsidR="00C77F9C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15"/>
              </w:rPr>
              <w:t>○  CANSADO/A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ED7F2"/>
            <w:tcMar>
              <w:top w:w="90" w:type="dxa"/>
              <w:left w:w="30" w:type="dxa"/>
              <w:bottom w:w="90" w:type="dxa"/>
              <w:right w:w="30" w:type="dxa"/>
            </w:tcMar>
          </w:tcPr>
          <w:p w14:paraId="5DAA447D" w14:textId="77777777" w:rsidR="00C77F9C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15"/>
              </w:rPr>
              <w:t>○  PREOCUPADO/A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91A4D8"/>
            <w:tcMar>
              <w:top w:w="90" w:type="dxa"/>
              <w:left w:w="30" w:type="dxa"/>
              <w:bottom w:w="90" w:type="dxa"/>
              <w:right w:w="30" w:type="dxa"/>
            </w:tcMar>
          </w:tcPr>
          <w:p w14:paraId="681256BC" w14:textId="77777777" w:rsidR="00C77F9C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15"/>
              </w:rPr>
              <w:t>○  AGRADECIDO/A</w:t>
            </w:r>
          </w:p>
        </w:tc>
      </w:tr>
    </w:tbl>
    <w:p w14:paraId="7C86C471" w14:textId="77777777" w:rsidR="008A2DFF" w:rsidRDefault="008A2DFF"/>
    <w:sectPr w:rsidR="008A2DFF" w:rsidSect="00034616">
      <w:footerReference w:type="default" r:id="rId10"/>
      <w:pgSz w:w="11906" w:h="16838"/>
      <w:pgMar w:top="510" w:right="680" w:bottom="510" w:left="680" w:header="227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67569" w14:textId="77777777" w:rsidR="008A2DFF" w:rsidRDefault="008A2DF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CA2E942" w14:textId="77777777" w:rsidR="008A2DFF" w:rsidRDefault="008A2DF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Inter Display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F8875" w14:textId="77777777" w:rsidR="00C77F9C" w:rsidRDefault="00000000">
    <w:pPr>
      <w:pStyle w:val="Fuzeile"/>
      <w:jc w:val="center"/>
      <w:rPr>
        <w:rFonts w:hint="eastAsia"/>
      </w:rPr>
    </w:pPr>
    <w:r>
      <w:rPr>
        <w:noProof/>
      </w:rPr>
      <w:drawing>
        <wp:inline distT="0" distB="0" distL="0" distR="0" wp14:anchorId="062A5159" wp14:editId="207F7443">
          <wp:extent cx="6660000" cy="555000"/>
          <wp:effectExtent l="0" t="0" r="0" b="0"/>
          <wp:docPr id="16989866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stel_stri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60000" cy="555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FB162" w14:textId="77777777" w:rsidR="008A2DFF" w:rsidRDefault="008A2DF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DB767E7" w14:textId="77777777" w:rsidR="008A2DFF" w:rsidRDefault="008A2DF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0919322">
    <w:abstractNumId w:val="8"/>
  </w:num>
  <w:num w:numId="2" w16cid:durableId="1565019893">
    <w:abstractNumId w:val="6"/>
  </w:num>
  <w:num w:numId="3" w16cid:durableId="446195498">
    <w:abstractNumId w:val="5"/>
  </w:num>
  <w:num w:numId="4" w16cid:durableId="895553252">
    <w:abstractNumId w:val="4"/>
  </w:num>
  <w:num w:numId="5" w16cid:durableId="1360356888">
    <w:abstractNumId w:val="7"/>
  </w:num>
  <w:num w:numId="6" w16cid:durableId="595019302">
    <w:abstractNumId w:val="3"/>
  </w:num>
  <w:num w:numId="7" w16cid:durableId="1363286127">
    <w:abstractNumId w:val="2"/>
  </w:num>
  <w:num w:numId="8" w16cid:durableId="818151930">
    <w:abstractNumId w:val="1"/>
  </w:num>
  <w:num w:numId="9" w16cid:durableId="1795053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F7D16"/>
    <w:rsid w:val="008A2DFF"/>
    <w:rsid w:val="00AA1D8D"/>
    <w:rsid w:val="00B47730"/>
    <w:rsid w:val="00C67158"/>
    <w:rsid w:val="00C77F9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B6981D"/>
  <w14:defaultImageDpi w14:val="300"/>
  <w15:docId w15:val="{57B5A2EF-7340-4526-B71F-DC61D7BD6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Lato" w:hAnsi="Lato"/>
      <w:color w:val="3C454D"/>
      <w:sz w:val="19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 diario de gratitud - plantilla diaria</dc:title>
  <dc:subject>Plantilla A4 editable para imprimir y rellenar</dc:subject>
  <dc:creator/>
  <cp:keywords>diario de gratitud, gratitud diaria, plantilla, A4</cp:keywords>
  <dc:description>generated by python-docx</dc:description>
  <cp:lastModifiedBy>Sergio Jiménez Canales</cp:lastModifiedBy>
  <cp:revision>3</cp:revision>
  <dcterms:created xsi:type="dcterms:W3CDTF">2013-12-23T23:15:00Z</dcterms:created>
  <dcterms:modified xsi:type="dcterms:W3CDTF">2026-08-22T09:42:00Z</dcterms:modified>
  <cp:category/>
</cp:coreProperties>
</file>