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FF999" w14:textId="77777777" w:rsidR="00787BA7" w:rsidRDefault="00000000">
      <w:pPr>
        <w:spacing w:line="240" w:lineRule="auto"/>
        <w:jc w:val="center"/>
      </w:pPr>
      <w:r>
        <w:rPr>
          <w:noProof/>
        </w:rPr>
        <w:drawing>
          <wp:inline distT="0" distB="0" distL="0" distR="0" wp14:anchorId="690C0A33" wp14:editId="0DF027DD">
            <wp:extent cx="6983999" cy="774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banner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83999" cy="7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99"/>
        <w:gridCol w:w="5499"/>
      </w:tblGrid>
      <w:tr w:rsidR="00787BA7" w14:paraId="6A25CE9A" w14:textId="77777777">
        <w:trPr>
          <w:cantSplit/>
          <w:jc w:val="center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15" w:type="dxa"/>
              <w:right w:w="70" w:type="dxa"/>
            </w:tcMar>
          </w:tcPr>
          <w:p w14:paraId="25570C18" w14:textId="77777777" w:rsidR="00787BA7" w:rsidRDefault="00000000">
            <w:pPr>
              <w:spacing w:line="240" w:lineRule="auto"/>
            </w:pPr>
            <w:r>
              <w:rPr>
                <w:rFonts w:ascii="Georgia" w:hAnsi="Georgia"/>
                <w:color w:val="7A4049"/>
                <w:sz w:val="50"/>
              </w:rPr>
              <w:t>Diario de Gratitud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15" w:type="dxa"/>
              <w:right w:w="70" w:type="dxa"/>
            </w:tcMar>
          </w:tcPr>
          <w:p w14:paraId="1777CDFB" w14:textId="77777777" w:rsidR="00787BA7" w:rsidRDefault="00000000">
            <w:pPr>
              <w:spacing w:line="240" w:lineRule="auto"/>
              <w:jc w:val="right"/>
            </w:pPr>
            <w:r>
              <w:rPr>
                <w:rFonts w:ascii="Georgia" w:hAnsi="Georgia"/>
                <w:color w:val="7A4049"/>
                <w:sz w:val="22"/>
              </w:rPr>
              <w:t>Fecha</w:t>
            </w:r>
            <w:r>
              <w:rPr>
                <w:color w:val="C9B4B5"/>
                <w:sz w:val="20"/>
              </w:rPr>
              <w:t xml:space="preserve">   ____________________</w:t>
            </w:r>
          </w:p>
        </w:tc>
      </w:tr>
      <w:tr w:rsidR="00787BA7" w14:paraId="6A6DE148" w14:textId="77777777">
        <w:trPr>
          <w:cantSplit/>
          <w:jc w:val="center"/>
        </w:trPr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65" w:type="dxa"/>
              <w:right w:w="70" w:type="dxa"/>
            </w:tcMar>
          </w:tcPr>
          <w:p w14:paraId="4773E188" w14:textId="77777777" w:rsidR="00787BA7" w:rsidRDefault="00000000">
            <w:pPr>
              <w:spacing w:line="240" w:lineRule="auto"/>
            </w:pPr>
            <w:r>
              <w:rPr>
                <w:color w:val="7A4049"/>
                <w:sz w:val="20"/>
              </w:rPr>
              <w:t>Lu     Ma     Mi     Ju     Vi     Sá     Do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65" w:type="dxa"/>
              <w:right w:w="70" w:type="dxa"/>
            </w:tcMar>
          </w:tcPr>
          <w:p w14:paraId="439FF459" w14:textId="77777777" w:rsidR="00787BA7" w:rsidRDefault="00000000">
            <w:pPr>
              <w:spacing w:line="240" w:lineRule="auto"/>
              <w:jc w:val="right"/>
            </w:pPr>
            <w:r>
              <w:rPr>
                <w:i/>
                <w:color w:val="8E7D7F"/>
                <w:sz w:val="17"/>
              </w:rPr>
              <w:t>marca el día  ○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998"/>
      </w:tblGrid>
      <w:tr w:rsidR="00787BA7" w14:paraId="06AB024A" w14:textId="77777777">
        <w:trPr>
          <w:cantSplit/>
          <w:jc w:val="center"/>
        </w:trPr>
        <w:tc>
          <w:tcPr>
            <w:tcW w:w="10998" w:type="dxa"/>
            <w:tcBorders>
              <w:top w:val="nil"/>
              <w:left w:val="nil"/>
              <w:bottom w:val="single" w:sz="6" w:space="0" w:color="D7C7C7"/>
              <w:right w:val="nil"/>
            </w:tcBorders>
          </w:tcPr>
          <w:p w14:paraId="14687707" w14:textId="77777777" w:rsidR="00787BA7" w:rsidRDefault="00000000">
            <w:pPr>
              <w:spacing w:line="240" w:lineRule="auto"/>
            </w:pPr>
            <w:r>
              <w:t xml:space="preserve"> </w:t>
            </w:r>
          </w:p>
        </w:tc>
      </w:tr>
    </w:tbl>
    <w:tbl>
      <w:tblPr>
        <w:tblW w:w="11311" w:type="dxa"/>
        <w:jc w:val="center"/>
        <w:tblLayout w:type="fixed"/>
        <w:tblLook w:val="04A0" w:firstRow="1" w:lastRow="0" w:firstColumn="1" w:lastColumn="0" w:noHBand="0" w:noVBand="1"/>
      </w:tblPr>
      <w:tblGrid>
        <w:gridCol w:w="5812"/>
        <w:gridCol w:w="5499"/>
      </w:tblGrid>
      <w:tr w:rsidR="00787BA7" w14:paraId="7959F4BC" w14:textId="77777777" w:rsidTr="00A3242F">
        <w:trPr>
          <w:cantSplit/>
          <w:jc w:val="center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85" w:type="dxa"/>
              <w:bottom w:w="20" w:type="dxa"/>
              <w:right w:w="85" w:type="dxa"/>
            </w:tcMar>
          </w:tcPr>
          <w:p w14:paraId="698393F1" w14:textId="77777777" w:rsidR="00787BA7" w:rsidRDefault="00000000">
            <w:pPr>
              <w:spacing w:after="40" w:line="240" w:lineRule="auto"/>
            </w:pPr>
            <w:r>
              <w:rPr>
                <w:rFonts w:ascii="Aptos Display" w:hAnsi="Aptos Display"/>
                <w:color w:val="7A4049"/>
                <w:sz w:val="34"/>
              </w:rPr>
              <w:t>¿CÓMO ME SIENTO?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499"/>
            </w:tblGrid>
            <w:tr w:rsidR="00787BA7" w14:paraId="6CA96E5D" w14:textId="77777777">
              <w:tc>
                <w:tcPr>
                  <w:tcW w:w="5499" w:type="dxa"/>
                  <w:tcBorders>
                    <w:top w:val="nil"/>
                    <w:left w:val="nil"/>
                    <w:bottom w:val="single" w:sz="6" w:space="0" w:color="C8B2B4"/>
                    <w:right w:val="nil"/>
                  </w:tcBorders>
                </w:tcPr>
                <w:p w14:paraId="77CF7431" w14:textId="77777777" w:rsidR="00787BA7" w:rsidRDefault="00000000">
                  <w:pPr>
                    <w:spacing w:line="240" w:lineRule="auto"/>
                  </w:pPr>
                  <w:r>
                    <w:t xml:space="preserve"> </w:t>
                  </w:r>
                </w:p>
              </w:tc>
            </w:tr>
          </w:tbl>
          <w:p w14:paraId="3AFBDBA6" w14:textId="77777777" w:rsidR="00787BA7" w:rsidRDefault="00787BA7"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49"/>
              <w:gridCol w:w="2749"/>
            </w:tblGrid>
            <w:tr w:rsidR="00787BA7" w14:paraId="5B708F73" w14:textId="77777777">
              <w:tc>
                <w:tcPr>
                  <w:tcW w:w="2749" w:type="dxa"/>
                  <w:tcBorders>
                    <w:top w:val="nil"/>
                    <w:left w:val="nil"/>
                    <w:bottom w:val="single" w:sz="5" w:space="0" w:color="C9B4B5"/>
                    <w:right w:val="nil"/>
                  </w:tcBorders>
                  <w:tcMar>
                    <w:top w:w="75" w:type="dxa"/>
                    <w:left w:w="0" w:type="dxa"/>
                    <w:bottom w:w="30" w:type="dxa"/>
                    <w:right w:w="0" w:type="dxa"/>
                  </w:tcMar>
                </w:tcPr>
                <w:p w14:paraId="6B263E80" w14:textId="77777777" w:rsidR="00787BA7" w:rsidRDefault="00000000">
                  <w:pPr>
                    <w:spacing w:line="240" w:lineRule="auto"/>
                  </w:pPr>
                  <w:r>
                    <w:rPr>
                      <w:color w:val="8A5158"/>
                      <w:sz w:val="18"/>
                    </w:rPr>
                    <w:t>MUY BIEN</w:t>
                  </w:r>
                </w:p>
              </w:tc>
              <w:tc>
                <w:tcPr>
                  <w:tcW w:w="2749" w:type="dxa"/>
                  <w:tcBorders>
                    <w:top w:val="nil"/>
                    <w:left w:val="nil"/>
                    <w:bottom w:val="single" w:sz="5" w:space="0" w:color="C9B4B5"/>
                    <w:right w:val="nil"/>
                  </w:tcBorders>
                  <w:tcMar>
                    <w:top w:w="75" w:type="dxa"/>
                    <w:left w:w="0" w:type="dxa"/>
                    <w:bottom w:w="30" w:type="dxa"/>
                    <w:right w:w="0" w:type="dxa"/>
                  </w:tcMar>
                </w:tcPr>
                <w:p w14:paraId="3538B47A" w14:textId="77777777" w:rsidR="00787BA7" w:rsidRDefault="00000000">
                  <w:pPr>
                    <w:spacing w:line="240" w:lineRule="auto"/>
                    <w:jc w:val="center"/>
                  </w:pPr>
                  <w:r>
                    <w:rPr>
                      <w:rFonts w:ascii="DejaVu Sans" w:hAnsi="DejaVu Sans"/>
                      <w:color w:val="8A5158"/>
                      <w:sz w:val="24"/>
                    </w:rPr>
                    <w:t>○</w:t>
                  </w:r>
                </w:p>
              </w:tc>
            </w:tr>
          </w:tbl>
          <w:p w14:paraId="083C1489" w14:textId="77777777" w:rsidR="00787BA7" w:rsidRDefault="00787BA7"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49"/>
              <w:gridCol w:w="2749"/>
            </w:tblGrid>
            <w:tr w:rsidR="00787BA7" w14:paraId="74B4A6EC" w14:textId="77777777">
              <w:tc>
                <w:tcPr>
                  <w:tcW w:w="2749" w:type="dxa"/>
                  <w:tcBorders>
                    <w:top w:val="nil"/>
                    <w:left w:val="nil"/>
                    <w:bottom w:val="single" w:sz="5" w:space="0" w:color="C9B4B5"/>
                    <w:right w:val="nil"/>
                  </w:tcBorders>
                  <w:tcMar>
                    <w:top w:w="75" w:type="dxa"/>
                    <w:left w:w="0" w:type="dxa"/>
                    <w:bottom w:w="30" w:type="dxa"/>
                    <w:right w:w="0" w:type="dxa"/>
                  </w:tcMar>
                </w:tcPr>
                <w:p w14:paraId="03EC7283" w14:textId="77777777" w:rsidR="00787BA7" w:rsidRDefault="00000000">
                  <w:pPr>
                    <w:spacing w:line="240" w:lineRule="auto"/>
                  </w:pPr>
                  <w:r>
                    <w:rPr>
                      <w:color w:val="8A5158"/>
                      <w:sz w:val="18"/>
                    </w:rPr>
                    <w:t>BIEN</w:t>
                  </w:r>
                </w:p>
              </w:tc>
              <w:tc>
                <w:tcPr>
                  <w:tcW w:w="2749" w:type="dxa"/>
                  <w:tcBorders>
                    <w:top w:val="nil"/>
                    <w:left w:val="nil"/>
                    <w:bottom w:val="single" w:sz="5" w:space="0" w:color="C9B4B5"/>
                    <w:right w:val="nil"/>
                  </w:tcBorders>
                  <w:tcMar>
                    <w:top w:w="75" w:type="dxa"/>
                    <w:left w:w="0" w:type="dxa"/>
                    <w:bottom w:w="30" w:type="dxa"/>
                    <w:right w:w="0" w:type="dxa"/>
                  </w:tcMar>
                </w:tcPr>
                <w:p w14:paraId="20F1BB8C" w14:textId="77777777" w:rsidR="00787BA7" w:rsidRDefault="00000000">
                  <w:pPr>
                    <w:spacing w:line="240" w:lineRule="auto"/>
                    <w:jc w:val="center"/>
                  </w:pPr>
                  <w:r>
                    <w:rPr>
                      <w:rFonts w:ascii="DejaVu Sans" w:hAnsi="DejaVu Sans"/>
                      <w:color w:val="8A5158"/>
                      <w:sz w:val="24"/>
                    </w:rPr>
                    <w:t>○</w:t>
                  </w:r>
                </w:p>
              </w:tc>
            </w:tr>
          </w:tbl>
          <w:p w14:paraId="5174AD5C" w14:textId="77777777" w:rsidR="00787BA7" w:rsidRDefault="00787BA7"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49"/>
              <w:gridCol w:w="2749"/>
            </w:tblGrid>
            <w:tr w:rsidR="00787BA7" w14:paraId="25CEDEEC" w14:textId="77777777">
              <w:tc>
                <w:tcPr>
                  <w:tcW w:w="2749" w:type="dxa"/>
                  <w:tcBorders>
                    <w:top w:val="nil"/>
                    <w:left w:val="nil"/>
                    <w:bottom w:val="single" w:sz="5" w:space="0" w:color="C9B4B5"/>
                    <w:right w:val="nil"/>
                  </w:tcBorders>
                  <w:tcMar>
                    <w:top w:w="75" w:type="dxa"/>
                    <w:left w:w="0" w:type="dxa"/>
                    <w:bottom w:w="30" w:type="dxa"/>
                    <w:right w:w="0" w:type="dxa"/>
                  </w:tcMar>
                </w:tcPr>
                <w:p w14:paraId="042B858E" w14:textId="77777777" w:rsidR="00787BA7" w:rsidRDefault="00000000">
                  <w:pPr>
                    <w:spacing w:line="240" w:lineRule="auto"/>
                  </w:pPr>
                  <w:r>
                    <w:rPr>
                      <w:color w:val="8A5158"/>
                      <w:sz w:val="18"/>
                    </w:rPr>
                    <w:t>REGULAR</w:t>
                  </w:r>
                </w:p>
              </w:tc>
              <w:tc>
                <w:tcPr>
                  <w:tcW w:w="2749" w:type="dxa"/>
                  <w:tcBorders>
                    <w:top w:val="nil"/>
                    <w:left w:val="nil"/>
                    <w:bottom w:val="single" w:sz="5" w:space="0" w:color="C9B4B5"/>
                    <w:right w:val="nil"/>
                  </w:tcBorders>
                  <w:tcMar>
                    <w:top w:w="75" w:type="dxa"/>
                    <w:left w:w="0" w:type="dxa"/>
                    <w:bottom w:w="30" w:type="dxa"/>
                    <w:right w:w="0" w:type="dxa"/>
                  </w:tcMar>
                </w:tcPr>
                <w:p w14:paraId="14AF57FA" w14:textId="77777777" w:rsidR="00787BA7" w:rsidRDefault="00000000">
                  <w:pPr>
                    <w:spacing w:line="240" w:lineRule="auto"/>
                    <w:jc w:val="center"/>
                  </w:pPr>
                  <w:r>
                    <w:rPr>
                      <w:rFonts w:ascii="DejaVu Sans" w:hAnsi="DejaVu Sans"/>
                      <w:color w:val="8A5158"/>
                      <w:sz w:val="24"/>
                    </w:rPr>
                    <w:t>○</w:t>
                  </w:r>
                </w:p>
              </w:tc>
            </w:tr>
          </w:tbl>
          <w:p w14:paraId="0C4ADA0E" w14:textId="77777777" w:rsidR="00787BA7" w:rsidRDefault="00787BA7"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49"/>
              <w:gridCol w:w="2749"/>
            </w:tblGrid>
            <w:tr w:rsidR="00787BA7" w14:paraId="79E4ADF0" w14:textId="77777777">
              <w:tc>
                <w:tcPr>
                  <w:tcW w:w="2749" w:type="dxa"/>
                  <w:tcBorders>
                    <w:top w:val="nil"/>
                    <w:left w:val="nil"/>
                    <w:bottom w:val="single" w:sz="5" w:space="0" w:color="C9B4B5"/>
                    <w:right w:val="nil"/>
                  </w:tcBorders>
                  <w:tcMar>
                    <w:top w:w="75" w:type="dxa"/>
                    <w:left w:w="0" w:type="dxa"/>
                    <w:bottom w:w="30" w:type="dxa"/>
                    <w:right w:w="0" w:type="dxa"/>
                  </w:tcMar>
                </w:tcPr>
                <w:p w14:paraId="2E9C0827" w14:textId="77777777" w:rsidR="00787BA7" w:rsidRDefault="00000000">
                  <w:pPr>
                    <w:spacing w:line="240" w:lineRule="auto"/>
                  </w:pPr>
                  <w:r>
                    <w:rPr>
                      <w:color w:val="8A5158"/>
                      <w:sz w:val="18"/>
                    </w:rPr>
                    <w:t>MAL</w:t>
                  </w:r>
                </w:p>
              </w:tc>
              <w:tc>
                <w:tcPr>
                  <w:tcW w:w="2749" w:type="dxa"/>
                  <w:tcBorders>
                    <w:top w:val="nil"/>
                    <w:left w:val="nil"/>
                    <w:bottom w:val="single" w:sz="5" w:space="0" w:color="C9B4B5"/>
                    <w:right w:val="nil"/>
                  </w:tcBorders>
                  <w:tcMar>
                    <w:top w:w="75" w:type="dxa"/>
                    <w:left w:w="0" w:type="dxa"/>
                    <w:bottom w:w="30" w:type="dxa"/>
                    <w:right w:w="0" w:type="dxa"/>
                  </w:tcMar>
                </w:tcPr>
                <w:p w14:paraId="32F19B6F" w14:textId="77777777" w:rsidR="00787BA7" w:rsidRDefault="00000000">
                  <w:pPr>
                    <w:spacing w:line="240" w:lineRule="auto"/>
                    <w:jc w:val="center"/>
                  </w:pPr>
                  <w:r>
                    <w:rPr>
                      <w:rFonts w:ascii="DejaVu Sans" w:hAnsi="DejaVu Sans"/>
                      <w:color w:val="8A5158"/>
                      <w:sz w:val="24"/>
                    </w:rPr>
                    <w:t>○</w:t>
                  </w:r>
                </w:p>
              </w:tc>
            </w:tr>
          </w:tbl>
          <w:p w14:paraId="54F1CE5E" w14:textId="77777777" w:rsidR="00787BA7" w:rsidRDefault="00787BA7"/>
          <w:p w14:paraId="5B86C17E" w14:textId="77777777" w:rsidR="00787BA7" w:rsidRDefault="00000000">
            <w:pPr>
              <w:spacing w:before="160" w:after="40" w:line="240" w:lineRule="auto"/>
            </w:pPr>
            <w:r>
              <w:rPr>
                <w:color w:val="8A5158"/>
                <w:sz w:val="20"/>
              </w:rPr>
              <w:t>¿POR QUÉ?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499"/>
            </w:tblGrid>
            <w:tr w:rsidR="00787BA7" w14:paraId="0313F815" w14:textId="77777777">
              <w:trPr>
                <w:trHeight w:val="320"/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single" w:sz="5" w:space="0" w:color="C9B4B5"/>
                    <w:right w:val="nil"/>
                  </w:tcBorders>
                </w:tcPr>
                <w:p w14:paraId="5BB9D457" w14:textId="77777777" w:rsidR="00787BA7" w:rsidRDefault="00000000">
                  <w:pPr>
                    <w:spacing w:line="240" w:lineRule="auto"/>
                  </w:pPr>
                  <w:r>
                    <w:t xml:space="preserve"> </w:t>
                  </w:r>
                </w:p>
              </w:tc>
            </w:tr>
          </w:tbl>
          <w:p w14:paraId="3020F560" w14:textId="77777777" w:rsidR="00787BA7" w:rsidRDefault="00787BA7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499"/>
            </w:tblGrid>
            <w:tr w:rsidR="00787BA7" w14:paraId="698574D7" w14:textId="77777777">
              <w:trPr>
                <w:trHeight w:val="320"/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single" w:sz="5" w:space="0" w:color="C9B4B5"/>
                    <w:right w:val="nil"/>
                  </w:tcBorders>
                </w:tcPr>
                <w:p w14:paraId="7B72431C" w14:textId="77777777" w:rsidR="00787BA7" w:rsidRDefault="00000000">
                  <w:pPr>
                    <w:spacing w:line="240" w:lineRule="auto"/>
                  </w:pPr>
                  <w:r>
                    <w:t xml:space="preserve"> </w:t>
                  </w:r>
                </w:p>
              </w:tc>
            </w:tr>
          </w:tbl>
          <w:p w14:paraId="3FE05D0F" w14:textId="77777777" w:rsidR="00787BA7" w:rsidRDefault="00787BA7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499"/>
            </w:tblGrid>
            <w:tr w:rsidR="00787BA7" w14:paraId="59D47CCE" w14:textId="77777777">
              <w:trPr>
                <w:trHeight w:val="320"/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single" w:sz="5" w:space="0" w:color="C9B4B5"/>
                    <w:right w:val="nil"/>
                  </w:tcBorders>
                </w:tcPr>
                <w:p w14:paraId="1D5ED315" w14:textId="77777777" w:rsidR="00787BA7" w:rsidRDefault="00000000">
                  <w:pPr>
                    <w:spacing w:line="240" w:lineRule="auto"/>
                  </w:pPr>
                  <w:r>
                    <w:t xml:space="preserve"> </w:t>
                  </w:r>
                </w:p>
              </w:tc>
            </w:tr>
          </w:tbl>
          <w:p w14:paraId="47C4E32C" w14:textId="77777777" w:rsidR="00787BA7" w:rsidRDefault="00787BA7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499"/>
            </w:tblGrid>
            <w:tr w:rsidR="00787BA7" w14:paraId="648C0B34" w14:textId="77777777">
              <w:trPr>
                <w:trHeight w:val="320"/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single" w:sz="5" w:space="0" w:color="C9B4B5"/>
                    <w:right w:val="nil"/>
                  </w:tcBorders>
                </w:tcPr>
                <w:p w14:paraId="674BDDE2" w14:textId="77777777" w:rsidR="00787BA7" w:rsidRDefault="00000000">
                  <w:pPr>
                    <w:spacing w:line="240" w:lineRule="auto"/>
                  </w:pPr>
                  <w:r>
                    <w:t xml:space="preserve"> </w:t>
                  </w:r>
                </w:p>
              </w:tc>
            </w:tr>
          </w:tbl>
          <w:p w14:paraId="6B96BD81" w14:textId="77777777" w:rsidR="00787BA7" w:rsidRDefault="00787BA7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499"/>
            </w:tblGrid>
            <w:tr w:rsidR="00787BA7" w14:paraId="041F743D" w14:textId="77777777">
              <w:trPr>
                <w:trHeight w:val="320"/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single" w:sz="5" w:space="0" w:color="C9B4B5"/>
                    <w:right w:val="nil"/>
                  </w:tcBorders>
                </w:tcPr>
                <w:p w14:paraId="10F0E21F" w14:textId="77777777" w:rsidR="00787BA7" w:rsidRDefault="00000000">
                  <w:pPr>
                    <w:spacing w:line="240" w:lineRule="auto"/>
                  </w:pPr>
                  <w:r>
                    <w:t xml:space="preserve"> </w:t>
                  </w:r>
                </w:p>
              </w:tc>
            </w:tr>
          </w:tbl>
          <w:p w14:paraId="45BB0BBF" w14:textId="77777777" w:rsidR="00787BA7" w:rsidRDefault="00787BA7"/>
          <w:p w14:paraId="33BE7215" w14:textId="77777777" w:rsidR="00787BA7" w:rsidRDefault="00000000">
            <w:pPr>
              <w:spacing w:before="160" w:after="40" w:line="240" w:lineRule="auto"/>
            </w:pPr>
            <w:r>
              <w:rPr>
                <w:rFonts w:ascii="Georgia" w:hAnsi="Georgia"/>
                <w:color w:val="7A4049"/>
                <w:sz w:val="21"/>
              </w:rPr>
              <w:t>UN MOMENTO QUE ME HIZO SONREÍR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499"/>
            </w:tblGrid>
            <w:tr w:rsidR="00787BA7" w14:paraId="17DBD962" w14:textId="77777777">
              <w:trPr>
                <w:trHeight w:val="300"/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dotted" w:sz="5" w:space="0" w:color="C9B4B5"/>
                    <w:right w:val="nil"/>
                  </w:tcBorders>
                </w:tcPr>
                <w:p w14:paraId="2C2B6559" w14:textId="77777777" w:rsidR="00787BA7" w:rsidRDefault="00000000">
                  <w:pPr>
                    <w:spacing w:line="240" w:lineRule="auto"/>
                  </w:pPr>
                  <w:r>
                    <w:t xml:space="preserve"> </w:t>
                  </w:r>
                </w:p>
              </w:tc>
            </w:tr>
          </w:tbl>
          <w:p w14:paraId="682F341B" w14:textId="77777777" w:rsidR="00787BA7" w:rsidRDefault="00787BA7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499"/>
            </w:tblGrid>
            <w:tr w:rsidR="00787BA7" w14:paraId="65A66C5F" w14:textId="77777777">
              <w:trPr>
                <w:trHeight w:val="300"/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dotted" w:sz="5" w:space="0" w:color="C9B4B5"/>
                    <w:right w:val="nil"/>
                  </w:tcBorders>
                </w:tcPr>
                <w:p w14:paraId="75EECFCA" w14:textId="77777777" w:rsidR="00787BA7" w:rsidRDefault="00000000">
                  <w:pPr>
                    <w:spacing w:line="240" w:lineRule="auto"/>
                  </w:pPr>
                  <w:r>
                    <w:t xml:space="preserve"> </w:t>
                  </w:r>
                </w:p>
              </w:tc>
            </w:tr>
          </w:tbl>
          <w:p w14:paraId="3C98593F" w14:textId="77777777" w:rsidR="00787BA7" w:rsidRDefault="00787BA7"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499"/>
            </w:tblGrid>
            <w:tr w:rsidR="00787BA7" w14:paraId="32ADB57B" w14:textId="77777777">
              <w:trPr>
                <w:trHeight w:val="300"/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dotted" w:sz="5" w:space="0" w:color="C9B4B5"/>
                    <w:right w:val="nil"/>
                  </w:tcBorders>
                </w:tcPr>
                <w:p w14:paraId="3BA48C78" w14:textId="77777777" w:rsidR="00787BA7" w:rsidRDefault="00000000">
                  <w:pPr>
                    <w:spacing w:line="240" w:lineRule="auto"/>
                  </w:pPr>
                  <w:r>
                    <w:t xml:space="preserve"> </w:t>
                  </w:r>
                </w:p>
              </w:tc>
            </w:tr>
          </w:tbl>
          <w:p w14:paraId="4D17FA03" w14:textId="77777777" w:rsidR="00787BA7" w:rsidRDefault="00787BA7"/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left w:w="85" w:type="dxa"/>
              <w:bottom w:w="20" w:type="dxa"/>
              <w:right w:w="85" w:type="dxa"/>
            </w:tcMar>
          </w:tcPr>
          <w:p w14:paraId="2BDF2620" w14:textId="77777777" w:rsidR="00787BA7" w:rsidRDefault="00787BA7"/>
          <w:tbl>
            <w:tblPr>
              <w:tblW w:w="5499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499"/>
            </w:tblGrid>
            <w:tr w:rsidR="00787BA7" w14:paraId="15D3413F" w14:textId="77777777" w:rsidTr="00A3242F">
              <w:trPr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5C4C7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</w:tcPr>
                <w:p w14:paraId="2AC655B8" w14:textId="77777777" w:rsidR="00787BA7" w:rsidRDefault="00000000">
                  <w:pPr>
                    <w:spacing w:line="240" w:lineRule="auto"/>
                    <w:ind w:left="102"/>
                  </w:pPr>
                  <w:r>
                    <w:rPr>
                      <w:rFonts w:ascii="Georgia" w:hAnsi="Georgia"/>
                      <w:color w:val="7A4049"/>
                      <w:sz w:val="22"/>
                    </w:rPr>
                    <w:t>AGRADEZCO...</w:t>
                  </w:r>
                </w:p>
              </w:tc>
            </w:tr>
            <w:tr w:rsidR="00787BA7" w14:paraId="6FE65B13" w14:textId="77777777" w:rsidTr="00A3242F">
              <w:trPr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0F0"/>
                  <w:tcMar>
                    <w:top w:w="95" w:type="dxa"/>
                    <w:left w:w="120" w:type="dxa"/>
                    <w:bottom w:w="85" w:type="dxa"/>
                    <w:right w:w="120" w:type="dxa"/>
                  </w:tcMar>
                </w:tcPr>
                <w:p w14:paraId="647AD9B6" w14:textId="77777777" w:rsidR="00787BA7" w:rsidRDefault="00787BA7"/>
                <w:tbl>
                  <w:tblPr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99"/>
                  </w:tblGrid>
                  <w:tr w:rsidR="00787BA7" w14:paraId="6FBF765B" w14:textId="77777777">
                    <w:tc>
                      <w:tcPr>
                        <w:tcW w:w="5499" w:type="dxa"/>
                        <w:tcBorders>
                          <w:top w:val="nil"/>
                          <w:left w:val="nil"/>
                          <w:bottom w:val="dotted" w:sz="5" w:space="0" w:color="C9B4B5"/>
                          <w:right w:val="nil"/>
                        </w:tcBorders>
                        <w:tcMar>
                          <w:top w:w="20" w:type="dxa"/>
                          <w:left w:w="55" w:type="dxa"/>
                          <w:bottom w:w="20" w:type="dxa"/>
                          <w:right w:w="20" w:type="dxa"/>
                        </w:tcMar>
                      </w:tcPr>
                      <w:p w14:paraId="57FF146D" w14:textId="77777777" w:rsidR="00787BA7" w:rsidRDefault="00000000">
                        <w:pPr>
                          <w:spacing w:line="240" w:lineRule="auto"/>
                        </w:pPr>
                        <w:r>
                          <w:rPr>
                            <w:b/>
                            <w:color w:val="7A4049"/>
                            <w:sz w:val="18"/>
                          </w:rPr>
                          <w:t xml:space="preserve">1   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c>
                  </w:tr>
                </w:tbl>
                <w:p w14:paraId="1F2C7C51" w14:textId="77777777" w:rsidR="00787BA7" w:rsidRDefault="00787BA7"/>
                <w:p w14:paraId="08AA01A0" w14:textId="77777777" w:rsidR="00787BA7" w:rsidRDefault="00787BA7">
                  <w:pPr>
                    <w:spacing w:after="30" w:line="240" w:lineRule="auto"/>
                  </w:pPr>
                </w:p>
                <w:tbl>
                  <w:tblPr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99"/>
                  </w:tblGrid>
                  <w:tr w:rsidR="00787BA7" w14:paraId="79DAD66A" w14:textId="77777777">
                    <w:tc>
                      <w:tcPr>
                        <w:tcW w:w="5499" w:type="dxa"/>
                        <w:tcBorders>
                          <w:top w:val="nil"/>
                          <w:left w:val="nil"/>
                          <w:bottom w:val="dotted" w:sz="5" w:space="0" w:color="C9B4B5"/>
                          <w:right w:val="nil"/>
                        </w:tcBorders>
                        <w:tcMar>
                          <w:top w:w="20" w:type="dxa"/>
                          <w:left w:w="55" w:type="dxa"/>
                          <w:bottom w:w="20" w:type="dxa"/>
                          <w:right w:w="20" w:type="dxa"/>
                        </w:tcMar>
                      </w:tcPr>
                      <w:p w14:paraId="7D0D1490" w14:textId="77777777" w:rsidR="00787BA7" w:rsidRDefault="00000000">
                        <w:pPr>
                          <w:spacing w:line="240" w:lineRule="auto"/>
                        </w:pPr>
                        <w:r>
                          <w:rPr>
                            <w:b/>
                            <w:color w:val="7A4049"/>
                            <w:sz w:val="18"/>
                          </w:rPr>
                          <w:t xml:space="preserve">2   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c>
                  </w:tr>
                </w:tbl>
                <w:p w14:paraId="5B609552" w14:textId="77777777" w:rsidR="00787BA7" w:rsidRDefault="00787BA7"/>
                <w:p w14:paraId="234D4B86" w14:textId="77777777" w:rsidR="00787BA7" w:rsidRDefault="00787BA7">
                  <w:pPr>
                    <w:spacing w:after="30" w:line="240" w:lineRule="auto"/>
                  </w:pPr>
                </w:p>
                <w:tbl>
                  <w:tblPr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99"/>
                  </w:tblGrid>
                  <w:tr w:rsidR="00787BA7" w14:paraId="13975A3A" w14:textId="77777777">
                    <w:tc>
                      <w:tcPr>
                        <w:tcW w:w="5499" w:type="dxa"/>
                        <w:tcBorders>
                          <w:top w:val="nil"/>
                          <w:left w:val="nil"/>
                          <w:bottom w:val="dotted" w:sz="5" w:space="0" w:color="C9B4B5"/>
                          <w:right w:val="nil"/>
                        </w:tcBorders>
                        <w:tcMar>
                          <w:top w:w="20" w:type="dxa"/>
                          <w:left w:w="55" w:type="dxa"/>
                          <w:bottom w:w="20" w:type="dxa"/>
                          <w:right w:w="20" w:type="dxa"/>
                        </w:tcMar>
                      </w:tcPr>
                      <w:p w14:paraId="67571A43" w14:textId="77777777" w:rsidR="00787BA7" w:rsidRDefault="00000000">
                        <w:pPr>
                          <w:spacing w:line="240" w:lineRule="auto"/>
                        </w:pPr>
                        <w:r>
                          <w:rPr>
                            <w:b/>
                            <w:color w:val="7A4049"/>
                            <w:sz w:val="18"/>
                          </w:rPr>
                          <w:t xml:space="preserve">3   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c>
                  </w:tr>
                </w:tbl>
                <w:p w14:paraId="306D2D67" w14:textId="77777777" w:rsidR="00787BA7" w:rsidRDefault="00787BA7"/>
                <w:p w14:paraId="67738316" w14:textId="77777777" w:rsidR="00787BA7" w:rsidRDefault="00787BA7">
                  <w:pPr>
                    <w:spacing w:after="30" w:line="240" w:lineRule="auto"/>
                  </w:pPr>
                </w:p>
                <w:tbl>
                  <w:tblPr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99"/>
                  </w:tblGrid>
                  <w:tr w:rsidR="00787BA7" w14:paraId="153B9A2E" w14:textId="77777777">
                    <w:tc>
                      <w:tcPr>
                        <w:tcW w:w="5499" w:type="dxa"/>
                        <w:tcBorders>
                          <w:top w:val="nil"/>
                          <w:left w:val="nil"/>
                          <w:bottom w:val="dotted" w:sz="5" w:space="0" w:color="C9B4B5"/>
                          <w:right w:val="nil"/>
                        </w:tcBorders>
                        <w:tcMar>
                          <w:top w:w="20" w:type="dxa"/>
                          <w:left w:w="55" w:type="dxa"/>
                          <w:bottom w:w="20" w:type="dxa"/>
                          <w:right w:w="20" w:type="dxa"/>
                        </w:tcMar>
                      </w:tcPr>
                      <w:p w14:paraId="5578C572" w14:textId="77777777" w:rsidR="00787BA7" w:rsidRDefault="00000000">
                        <w:pPr>
                          <w:spacing w:line="240" w:lineRule="auto"/>
                        </w:pPr>
                        <w:r>
                          <w:rPr>
                            <w:b/>
                            <w:color w:val="7A4049"/>
                            <w:sz w:val="18"/>
                          </w:rPr>
                          <w:t xml:space="preserve">4   </w:t>
                        </w: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c>
                  </w:tr>
                </w:tbl>
                <w:p w14:paraId="2A96A28A" w14:textId="77777777" w:rsidR="00787BA7" w:rsidRDefault="00787BA7"/>
              </w:tc>
            </w:tr>
          </w:tbl>
          <w:p w14:paraId="7340EB06" w14:textId="77777777" w:rsidR="00787BA7" w:rsidRDefault="00787BA7"/>
          <w:p w14:paraId="1C854097" w14:textId="77777777" w:rsidR="00787BA7" w:rsidRDefault="00787BA7">
            <w:pPr>
              <w:spacing w:after="100" w:line="240" w:lineRule="auto"/>
            </w:pPr>
          </w:p>
          <w:tbl>
            <w:tblPr>
              <w:tblW w:w="5499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499"/>
            </w:tblGrid>
            <w:tr w:rsidR="00787BA7" w14:paraId="3B37C7B0" w14:textId="77777777" w:rsidTr="00A3242F">
              <w:trPr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5C4C7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</w:tcPr>
                <w:p w14:paraId="3F0B9AA0" w14:textId="77777777" w:rsidR="00787BA7" w:rsidRDefault="00000000">
                  <w:pPr>
                    <w:spacing w:line="240" w:lineRule="auto"/>
                    <w:ind w:left="102"/>
                  </w:pPr>
                  <w:r>
                    <w:rPr>
                      <w:rFonts w:ascii="Georgia" w:hAnsi="Georgia"/>
                      <w:color w:val="7A4049"/>
                      <w:sz w:val="22"/>
                    </w:rPr>
                    <w:t>HE APRENDIDO...</w:t>
                  </w:r>
                </w:p>
              </w:tc>
            </w:tr>
            <w:tr w:rsidR="00787BA7" w14:paraId="0BD996CC" w14:textId="77777777" w:rsidTr="00A3242F">
              <w:trPr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BF7F5"/>
                  <w:tcMar>
                    <w:top w:w="85" w:type="dxa"/>
                    <w:left w:w="115" w:type="dxa"/>
                    <w:bottom w:w="90" w:type="dxa"/>
                    <w:right w:w="115" w:type="dxa"/>
                  </w:tcMar>
                </w:tcPr>
                <w:p w14:paraId="65F4836D" w14:textId="77777777" w:rsidR="00787BA7" w:rsidRDefault="00787BA7"/>
                <w:tbl>
                  <w:tblPr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99"/>
                  </w:tblGrid>
                  <w:tr w:rsidR="00787BA7" w14:paraId="1B5D4617" w14:textId="77777777">
                    <w:trPr>
                      <w:trHeight w:val="300"/>
                      <w:jc w:val="center"/>
                    </w:trPr>
                    <w:tc>
                      <w:tcPr>
                        <w:tcW w:w="5499" w:type="dxa"/>
                        <w:tcBorders>
                          <w:top w:val="nil"/>
                          <w:left w:val="nil"/>
                          <w:bottom w:val="dotted" w:sz="5" w:space="0" w:color="C9B4B5"/>
                          <w:right w:val="nil"/>
                        </w:tcBorders>
                      </w:tcPr>
                      <w:p w14:paraId="7062DA4A" w14:textId="77777777" w:rsidR="00787BA7" w:rsidRDefault="00000000">
                        <w:pPr>
                          <w:spacing w:line="240" w:lineRule="auto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6456A7E9" w14:textId="77777777" w:rsidR="00787BA7" w:rsidRDefault="00787BA7"/>
                <w:tbl>
                  <w:tblPr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99"/>
                  </w:tblGrid>
                  <w:tr w:rsidR="00787BA7" w14:paraId="6F94BACF" w14:textId="77777777">
                    <w:trPr>
                      <w:trHeight w:val="300"/>
                      <w:jc w:val="center"/>
                    </w:trPr>
                    <w:tc>
                      <w:tcPr>
                        <w:tcW w:w="5499" w:type="dxa"/>
                        <w:tcBorders>
                          <w:top w:val="nil"/>
                          <w:left w:val="nil"/>
                          <w:bottom w:val="dotted" w:sz="5" w:space="0" w:color="C9B4B5"/>
                          <w:right w:val="nil"/>
                        </w:tcBorders>
                      </w:tcPr>
                      <w:p w14:paraId="6B748164" w14:textId="77777777" w:rsidR="00787BA7" w:rsidRDefault="00000000">
                        <w:pPr>
                          <w:spacing w:line="240" w:lineRule="auto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37CF7D2D" w14:textId="77777777" w:rsidR="00787BA7" w:rsidRDefault="00787BA7"/>
                <w:tbl>
                  <w:tblPr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99"/>
                  </w:tblGrid>
                  <w:tr w:rsidR="00787BA7" w14:paraId="1F3091E3" w14:textId="77777777">
                    <w:trPr>
                      <w:trHeight w:val="300"/>
                      <w:jc w:val="center"/>
                    </w:trPr>
                    <w:tc>
                      <w:tcPr>
                        <w:tcW w:w="5499" w:type="dxa"/>
                        <w:tcBorders>
                          <w:top w:val="nil"/>
                          <w:left w:val="nil"/>
                          <w:bottom w:val="dotted" w:sz="5" w:space="0" w:color="C9B4B5"/>
                          <w:right w:val="nil"/>
                        </w:tcBorders>
                      </w:tcPr>
                      <w:p w14:paraId="2E02096E" w14:textId="77777777" w:rsidR="00787BA7" w:rsidRDefault="00000000">
                        <w:pPr>
                          <w:spacing w:line="240" w:lineRule="auto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25596B89" w14:textId="77777777" w:rsidR="00787BA7" w:rsidRDefault="00787BA7"/>
                <w:tbl>
                  <w:tblPr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99"/>
                  </w:tblGrid>
                  <w:tr w:rsidR="00787BA7" w14:paraId="158E217A" w14:textId="77777777">
                    <w:trPr>
                      <w:trHeight w:val="300"/>
                      <w:jc w:val="center"/>
                    </w:trPr>
                    <w:tc>
                      <w:tcPr>
                        <w:tcW w:w="5499" w:type="dxa"/>
                        <w:tcBorders>
                          <w:top w:val="nil"/>
                          <w:left w:val="nil"/>
                          <w:bottom w:val="dotted" w:sz="5" w:space="0" w:color="C9B4B5"/>
                          <w:right w:val="nil"/>
                        </w:tcBorders>
                      </w:tcPr>
                      <w:p w14:paraId="727F37D7" w14:textId="77777777" w:rsidR="00787BA7" w:rsidRDefault="00000000">
                        <w:pPr>
                          <w:spacing w:line="240" w:lineRule="auto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08A70E3B" w14:textId="77777777" w:rsidR="00787BA7" w:rsidRDefault="00787BA7"/>
              </w:tc>
            </w:tr>
          </w:tbl>
          <w:p w14:paraId="357ACDC7" w14:textId="77777777" w:rsidR="00787BA7" w:rsidRDefault="00787BA7"/>
          <w:p w14:paraId="43351193" w14:textId="77777777" w:rsidR="00787BA7" w:rsidRDefault="00787BA7">
            <w:pPr>
              <w:spacing w:after="100" w:line="240" w:lineRule="auto"/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499"/>
            </w:tblGrid>
            <w:tr w:rsidR="00787BA7" w14:paraId="478CD91B" w14:textId="77777777">
              <w:trPr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9D0D1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</w:tcPr>
                <w:p w14:paraId="65F01CC7" w14:textId="77777777" w:rsidR="00787BA7" w:rsidRDefault="00000000">
                  <w:pPr>
                    <w:spacing w:line="240" w:lineRule="auto"/>
                    <w:ind w:left="102"/>
                  </w:pPr>
                  <w:r>
                    <w:rPr>
                      <w:rFonts w:ascii="Georgia" w:hAnsi="Georgia"/>
                      <w:color w:val="7A4049"/>
                      <w:sz w:val="22"/>
                    </w:rPr>
                    <w:t>MI PEQUEÑA VICTORIA</w:t>
                  </w:r>
                </w:p>
              </w:tc>
            </w:tr>
            <w:tr w:rsidR="00787BA7" w14:paraId="0A1108C5" w14:textId="77777777">
              <w:trPr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0F0"/>
                  <w:tcMar>
                    <w:top w:w="75" w:type="dxa"/>
                    <w:left w:w="115" w:type="dxa"/>
                    <w:bottom w:w="85" w:type="dxa"/>
                    <w:right w:w="115" w:type="dxa"/>
                  </w:tcMar>
                </w:tcPr>
                <w:p w14:paraId="0171C059" w14:textId="77777777" w:rsidR="00787BA7" w:rsidRDefault="00000000">
                  <w:pPr>
                    <w:spacing w:after="40" w:line="240" w:lineRule="auto"/>
                    <w:ind w:left="68"/>
                  </w:pPr>
                  <w:r>
                    <w:rPr>
                      <w:i/>
                      <w:color w:val="8E7D7F"/>
                      <w:sz w:val="17"/>
                    </w:rPr>
                    <w:t>Algo pequeño que hoy salió bien:</w:t>
                  </w:r>
                </w:p>
                <w:tbl>
                  <w:tblPr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99"/>
                  </w:tblGrid>
                  <w:tr w:rsidR="00787BA7" w14:paraId="2BAE16E7" w14:textId="77777777">
                    <w:trPr>
                      <w:trHeight w:val="280"/>
                      <w:jc w:val="center"/>
                    </w:trPr>
                    <w:tc>
                      <w:tcPr>
                        <w:tcW w:w="5499" w:type="dxa"/>
                        <w:tcBorders>
                          <w:top w:val="nil"/>
                          <w:left w:val="nil"/>
                          <w:bottom w:val="dotted" w:sz="5" w:space="0" w:color="C9B4B5"/>
                          <w:right w:val="nil"/>
                        </w:tcBorders>
                      </w:tcPr>
                      <w:p w14:paraId="03ECBA27" w14:textId="77777777" w:rsidR="00787BA7" w:rsidRDefault="00000000">
                        <w:pPr>
                          <w:spacing w:line="240" w:lineRule="auto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50B16BC0" w14:textId="77777777" w:rsidR="00787BA7" w:rsidRDefault="00787BA7"/>
                <w:tbl>
                  <w:tblPr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99"/>
                  </w:tblGrid>
                  <w:tr w:rsidR="00787BA7" w14:paraId="523B133C" w14:textId="77777777">
                    <w:trPr>
                      <w:trHeight w:val="280"/>
                      <w:jc w:val="center"/>
                    </w:trPr>
                    <w:tc>
                      <w:tcPr>
                        <w:tcW w:w="5499" w:type="dxa"/>
                        <w:tcBorders>
                          <w:top w:val="nil"/>
                          <w:left w:val="nil"/>
                          <w:bottom w:val="dotted" w:sz="5" w:space="0" w:color="C9B4B5"/>
                          <w:right w:val="nil"/>
                        </w:tcBorders>
                      </w:tcPr>
                      <w:p w14:paraId="417F7868" w14:textId="77777777" w:rsidR="00787BA7" w:rsidRDefault="00000000">
                        <w:pPr>
                          <w:spacing w:line="240" w:lineRule="auto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3F5DBC63" w14:textId="77777777" w:rsidR="00787BA7" w:rsidRDefault="00787BA7"/>
              </w:tc>
            </w:tr>
          </w:tbl>
          <w:p w14:paraId="4A8A2922" w14:textId="77777777" w:rsidR="00787BA7" w:rsidRDefault="00787BA7"/>
          <w:p w14:paraId="3158E6B4" w14:textId="77777777" w:rsidR="00787BA7" w:rsidRDefault="00787BA7">
            <w:pPr>
              <w:spacing w:after="100" w:line="240" w:lineRule="auto"/>
            </w:pP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499"/>
            </w:tblGrid>
            <w:tr w:rsidR="00787BA7" w14:paraId="58F34EB6" w14:textId="77777777">
              <w:trPr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5C4C7"/>
                  <w:tcMar>
                    <w:top w:w="65" w:type="dxa"/>
                    <w:left w:w="120" w:type="dxa"/>
                    <w:bottom w:w="65" w:type="dxa"/>
                    <w:right w:w="120" w:type="dxa"/>
                  </w:tcMar>
                </w:tcPr>
                <w:p w14:paraId="3A9749B4" w14:textId="77777777" w:rsidR="00787BA7" w:rsidRDefault="00000000">
                  <w:pPr>
                    <w:spacing w:line="240" w:lineRule="auto"/>
                    <w:ind w:left="102"/>
                  </w:pPr>
                  <w:r>
                    <w:rPr>
                      <w:rFonts w:ascii="Georgia" w:hAnsi="Georgia"/>
                      <w:color w:val="7A4049"/>
                      <w:sz w:val="22"/>
                    </w:rPr>
                    <w:t>RETO PERSONAL</w:t>
                  </w:r>
                </w:p>
              </w:tc>
            </w:tr>
            <w:tr w:rsidR="00787BA7" w14:paraId="6CF9C8F2" w14:textId="77777777">
              <w:trPr>
                <w:jc w:val="center"/>
              </w:trPr>
              <w:tc>
                <w:tcPr>
                  <w:tcW w:w="54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0F0"/>
                  <w:tcMar>
                    <w:top w:w="75" w:type="dxa"/>
                    <w:left w:w="115" w:type="dxa"/>
                    <w:bottom w:w="85" w:type="dxa"/>
                    <w:right w:w="115" w:type="dxa"/>
                  </w:tcMar>
                </w:tcPr>
                <w:p w14:paraId="091F9189" w14:textId="77777777" w:rsidR="00787BA7" w:rsidRDefault="00000000">
                  <w:pPr>
                    <w:spacing w:after="40" w:line="240" w:lineRule="auto"/>
                    <w:ind w:left="68"/>
                  </w:pPr>
                  <w:r>
                    <w:rPr>
                      <w:rFonts w:ascii="Georgia" w:hAnsi="Georgia"/>
                      <w:i/>
                      <w:color w:val="8A5158"/>
                    </w:rPr>
                    <w:t>Mañana elijo...</w:t>
                  </w:r>
                </w:p>
                <w:tbl>
                  <w:tblPr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99"/>
                  </w:tblGrid>
                  <w:tr w:rsidR="00787BA7" w14:paraId="09A14301" w14:textId="77777777">
                    <w:trPr>
                      <w:trHeight w:val="280"/>
                      <w:jc w:val="center"/>
                    </w:trPr>
                    <w:tc>
                      <w:tcPr>
                        <w:tcW w:w="5499" w:type="dxa"/>
                        <w:tcBorders>
                          <w:top w:val="nil"/>
                          <w:left w:val="nil"/>
                          <w:bottom w:val="dotted" w:sz="5" w:space="0" w:color="C9B4B5"/>
                          <w:right w:val="nil"/>
                        </w:tcBorders>
                      </w:tcPr>
                      <w:p w14:paraId="1B1EDA16" w14:textId="77777777" w:rsidR="00787BA7" w:rsidRDefault="00000000">
                        <w:pPr>
                          <w:spacing w:line="240" w:lineRule="auto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0A943C02" w14:textId="77777777" w:rsidR="00787BA7" w:rsidRDefault="00787BA7"/>
                <w:tbl>
                  <w:tblPr>
                    <w:tblW w:w="0" w:type="auto"/>
                    <w:jc w:val="center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499"/>
                  </w:tblGrid>
                  <w:tr w:rsidR="00787BA7" w14:paraId="5EA24264" w14:textId="77777777">
                    <w:trPr>
                      <w:trHeight w:val="280"/>
                      <w:jc w:val="center"/>
                    </w:trPr>
                    <w:tc>
                      <w:tcPr>
                        <w:tcW w:w="5499" w:type="dxa"/>
                        <w:tcBorders>
                          <w:top w:val="nil"/>
                          <w:left w:val="nil"/>
                          <w:bottom w:val="dotted" w:sz="5" w:space="0" w:color="C9B4B5"/>
                          <w:right w:val="nil"/>
                        </w:tcBorders>
                      </w:tcPr>
                      <w:p w14:paraId="73CEC681" w14:textId="77777777" w:rsidR="00787BA7" w:rsidRDefault="00000000">
                        <w:pPr>
                          <w:spacing w:line="240" w:lineRule="auto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11D9D62A" w14:textId="77777777" w:rsidR="00787BA7" w:rsidRDefault="00787BA7"/>
              </w:tc>
            </w:tr>
          </w:tbl>
          <w:p w14:paraId="459ED4E3" w14:textId="77777777" w:rsidR="00787BA7" w:rsidRDefault="00787BA7"/>
        </w:tc>
      </w:tr>
    </w:tbl>
    <w:p w14:paraId="0B0EBC32" w14:textId="77777777" w:rsidR="00787BA7" w:rsidRDefault="00787BA7">
      <w:pPr>
        <w:spacing w:before="80" w:line="240" w:lineRule="auto"/>
      </w:pPr>
    </w:p>
    <w:tbl>
      <w:tblPr>
        <w:tblW w:w="11491" w:type="dxa"/>
        <w:jc w:val="center"/>
        <w:tblLayout w:type="fixed"/>
        <w:tblLook w:val="04A0" w:firstRow="1" w:lastRow="0" w:firstColumn="1" w:lastColumn="0" w:noHBand="0" w:noVBand="1"/>
      </w:tblPr>
      <w:tblGrid>
        <w:gridCol w:w="11491"/>
      </w:tblGrid>
      <w:tr w:rsidR="00787BA7" w14:paraId="475AA901" w14:textId="77777777" w:rsidTr="00A3242F">
        <w:trPr>
          <w:cantSplit/>
          <w:jc w:val="center"/>
        </w:trPr>
        <w:tc>
          <w:tcPr>
            <w:tcW w:w="11491" w:type="dxa"/>
            <w:tcBorders>
              <w:top w:val="nil"/>
              <w:left w:val="nil"/>
              <w:bottom w:val="nil"/>
              <w:right w:val="nil"/>
            </w:tcBorders>
            <w:shd w:val="clear" w:color="auto" w:fill="F2E3E3"/>
            <w:tcMar>
              <w:top w:w="55" w:type="dxa"/>
              <w:left w:w="100" w:type="dxa"/>
              <w:bottom w:w="55" w:type="dxa"/>
              <w:right w:w="100" w:type="dxa"/>
            </w:tcMar>
          </w:tcPr>
          <w:p w14:paraId="4F569338" w14:textId="77777777" w:rsidR="00787BA7" w:rsidRDefault="00000000">
            <w:pPr>
              <w:spacing w:line="240" w:lineRule="auto"/>
              <w:jc w:val="center"/>
            </w:pPr>
            <w:r>
              <w:rPr>
                <w:rFonts w:ascii="Georgia" w:hAnsi="Georgia"/>
                <w:i/>
                <w:color w:val="8A5158"/>
              </w:rPr>
              <w:t>“Hoy también cuentan las cosas pequeñas.”</w:t>
            </w:r>
          </w:p>
        </w:tc>
      </w:tr>
    </w:tbl>
    <w:p w14:paraId="7C126726" w14:textId="77777777" w:rsidR="00595985" w:rsidRDefault="00595985"/>
    <w:sectPr w:rsidR="00595985" w:rsidSect="00034616">
      <w:pgSz w:w="11906" w:h="16838"/>
      <w:pgMar w:top="312" w:right="454" w:bottom="312" w:left="454" w:header="113" w:footer="11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1132468">
    <w:abstractNumId w:val="8"/>
  </w:num>
  <w:num w:numId="2" w16cid:durableId="957175861">
    <w:abstractNumId w:val="6"/>
  </w:num>
  <w:num w:numId="3" w16cid:durableId="1056588140">
    <w:abstractNumId w:val="5"/>
  </w:num>
  <w:num w:numId="4" w16cid:durableId="970088180">
    <w:abstractNumId w:val="4"/>
  </w:num>
  <w:num w:numId="5" w16cid:durableId="1865315954">
    <w:abstractNumId w:val="7"/>
  </w:num>
  <w:num w:numId="6" w16cid:durableId="1186165397">
    <w:abstractNumId w:val="3"/>
  </w:num>
  <w:num w:numId="7" w16cid:durableId="267351959">
    <w:abstractNumId w:val="2"/>
  </w:num>
  <w:num w:numId="8" w16cid:durableId="1407921402">
    <w:abstractNumId w:val="1"/>
  </w:num>
  <w:num w:numId="9" w16cid:durableId="692540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5985"/>
    <w:rsid w:val="00787BA7"/>
    <w:rsid w:val="00A3242F"/>
    <w:rsid w:val="00AA1D8D"/>
    <w:rsid w:val="00B47730"/>
    <w:rsid w:val="00CB0664"/>
    <w:rsid w:val="00D524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8AE57"/>
  <w14:defaultImageDpi w14:val="300"/>
  <w15:docId w15:val="{13B19378-7463-4B0A-96A4-DAA77E3F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Aptos" w:hAnsi="Aptos"/>
      <w:color w:val="6D4A4E"/>
      <w:sz w:val="19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Diario de Gratitud - plantilla diaria</dc:title>
  <dc:subject>Plantilla editable de diario de gratitud en español</dc:subject>
  <dc:creator/>
  <cp:keywords/>
  <dc:description>generated by python-docx</dc:description>
  <cp:lastModifiedBy>Sergio Jiménez Canales</cp:lastModifiedBy>
  <cp:revision>3</cp:revision>
  <dcterms:created xsi:type="dcterms:W3CDTF">2013-12-23T23:15:00Z</dcterms:created>
  <dcterms:modified xsi:type="dcterms:W3CDTF">2026-08-22T09:43:00Z</dcterms:modified>
  <cp:category/>
</cp:coreProperties>
</file>