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rPr>
          <w:rFonts w:ascii="Comic Neue" w:hAnsi="Comic Neue"/>
          <w:b w:val="0"/>
          <w:i/>
          <w:color w:val="202020"/>
          <w:sz w:val="48"/>
        </w:rPr>
        <w:t>Diario de</w:t>
      </w:r>
    </w:p>
    <w:p>
      <w:pPr>
        <w:spacing w:before="0" w:after="120" w:line="240" w:lineRule="auto"/>
        <w:jc w:val="center"/>
      </w:pPr>
      <w:r>
        <w:rPr>
          <w:rFonts w:ascii="DejaVu Sans" w:hAnsi="DejaVu Sans"/>
          <w:b/>
          <w:i w:val="0"/>
          <w:color w:val="111111"/>
          <w:sz w:val="56"/>
        </w:rPr>
        <w:t>GRATITUD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61"/>
      </w:tblGrid>
      <w:tr>
        <w:trPr>
          <w:trHeight w:val="91" w:hRule="exact"/>
        </w:trPr>
        <w:tc>
          <w:tcPr>
            <w:tcW w:type="dxa" w:w="10376"/>
            <w:shd w:fill="111111" w:val="clear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888"/>
      </w:tblGrid>
      <w:tr>
        <w:tc>
          <w:tcPr>
            <w:tcW w:type="dxa" w:w="518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1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erif" w:hAnsi="DejaVu Serif"/>
                <w:b/>
                <w:i w:val="0"/>
                <w:color w:val="303030"/>
                <w:sz w:val="23"/>
              </w:rPr>
              <w:t>DÍA: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381"/>
            </w:tblGrid>
            <w:tr>
              <w:trPr>
                <w:trHeight w:val="425" w:hRule="exact"/>
              </w:trPr>
              <w:tc>
                <w:tcPr>
                  <w:tcW w:type="dxa" w:w="5188"/>
                  <w:shd w:fill="EEEEEE" w:val="clear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start w:w="80" w:type="dxa"/>
                    <w:bottom w:w="45" w:type="dxa"/>
                    <w:end w:w="80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rlito" w:hAnsi="Carlito"/>
                      <w:b/>
                      <w:i w:val="0"/>
                      <w:color w:val="666666"/>
                      <w:sz w:val="24"/>
                    </w:rPr>
                    <w:t xml:space="preserve">     /     /     </w:t>
                  </w:r>
                </w:p>
              </w:tc>
            </w:tr>
          </w:tbl>
          <w:p/>
          <w:p>
            <w:pPr>
              <w:spacing w:before="120" w:after="60" w:line="240" w:lineRule="auto"/>
              <w:jc w:val="center"/>
            </w:pPr>
            <w:r>
              <w:rPr>
                <w:rFonts w:ascii="DejaVu Sans" w:hAnsi="DejaVu Sans"/>
                <w:b/>
                <w:i w:val="0"/>
                <w:color w:val="555555"/>
                <w:sz w:val="15"/>
              </w:rPr>
              <w:t>UN MOMENTO QUE QUIERO RECORDAR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806"/>
            </w:tblGrid>
            <w:tr>
              <w:trPr>
                <w:trHeight w:val="4167" w:hRule="exact"/>
              </w:trPr>
              <w:tc>
                <w:tcPr>
                  <w:tcW w:type="dxa" w:w="5188"/>
                  <w:tcBorders>
                    <w:top w:val="single" w:sz="6" w:color="D6D6D6"/>
                    <w:left w:val="single" w:sz="6" w:color="D6D6D6"/>
                    <w:bottom w:val="single" w:sz="6" w:color="D6D6D6"/>
                    <w:right w:val="single" w:sz="6" w:color="D6D6D6"/>
                  </w:tcBorders>
                  <w:tcMar>
                    <w:top w:w="80" w:type="dxa"/>
                    <w:start w:w="100" w:type="dxa"/>
                    <w:bottom w:w="80" w:type="dxa"/>
                    <w:end w:w="100" w:type="dxa"/>
                  </w:tcMar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6"/>
                    </w:rPr>
                    <w:br/>
                    <w:br/>
                    <w:br/>
                  </w:r>
                </w:p>
              </w:tc>
            </w:tr>
          </w:tbl>
          <w:p/>
        </w:tc>
        <w:tc>
          <w:tcPr>
            <w:tcW w:type="dxa" w:w="518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15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erif" w:hAnsi="DejaVu Serif"/>
                <w:b/>
                <w:i w:val="0"/>
                <w:color w:val="303030"/>
                <w:sz w:val="23"/>
              </w:rPr>
              <w:t>Mis 3 agradecimientos: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6350"/>
            </w:tblGrid>
            <w:tr>
              <w:trPr>
                <w:trHeight w:val="612" w:hRule="exact"/>
              </w:trPr>
              <w:tc>
                <w:tcPr>
                  <w:tcW w:type="dxa" w:w="5188"/>
                  <w:shd w:fill="EEEEEE" w:val="clear"/>
                  <w:tcMar>
                    <w:top w:w="80" w:type="dxa"/>
                    <w:start w:w="160" w:type="dxa"/>
                    <w:bottom w:w="60" w:type="dxa"/>
                    <w:end w:w="1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/>
                      <w:i w:val="0"/>
                      <w:color w:val="B1B1B1"/>
                      <w:sz w:val="16"/>
                    </w:rPr>
                    <w:t>1.</w:t>
                  </w:r>
                </w:p>
              </w:tc>
            </w:tr>
          </w:tbl>
          <w:p/>
          <w:p>
            <w:pPr>
              <w:spacing w:before="0" w:after="40" w:line="240" w:lineRule="auto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6350"/>
            </w:tblGrid>
            <w:tr>
              <w:trPr>
                <w:trHeight w:val="612" w:hRule="exact"/>
              </w:trPr>
              <w:tc>
                <w:tcPr>
                  <w:tcW w:type="dxa" w:w="5188"/>
                  <w:shd w:fill="EEEEEE" w:val="clear"/>
                  <w:tcMar>
                    <w:top w:w="80" w:type="dxa"/>
                    <w:start w:w="160" w:type="dxa"/>
                    <w:bottom w:w="60" w:type="dxa"/>
                    <w:end w:w="1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/>
                      <w:i w:val="0"/>
                      <w:color w:val="B1B1B1"/>
                      <w:sz w:val="16"/>
                    </w:rPr>
                    <w:t>2.</w:t>
                  </w:r>
                </w:p>
              </w:tc>
            </w:tr>
          </w:tbl>
          <w:p/>
          <w:p>
            <w:pPr>
              <w:spacing w:before="0" w:after="40" w:line="240" w:lineRule="auto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6350"/>
            </w:tblGrid>
            <w:tr>
              <w:trPr>
                <w:trHeight w:val="612" w:hRule="exact"/>
              </w:trPr>
              <w:tc>
                <w:tcPr>
                  <w:tcW w:type="dxa" w:w="5188"/>
                  <w:shd w:fill="EEEEEE" w:val="clear"/>
                  <w:tcMar>
                    <w:top w:w="80" w:type="dxa"/>
                    <w:start w:w="160" w:type="dxa"/>
                    <w:bottom w:w="60" w:type="dxa"/>
                    <w:end w:w="1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/>
                      <w:i w:val="0"/>
                      <w:color w:val="B1B1B1"/>
                      <w:sz w:val="16"/>
                    </w:rPr>
                    <w:t>3.</w:t>
                  </w:r>
                </w:p>
              </w:tc>
            </w:tr>
          </w:tbl>
          <w:p/>
          <w:p>
            <w:pPr>
              <w:spacing w:before="160" w:after="20" w:line="240" w:lineRule="auto"/>
            </w:pPr>
            <w:r>
              <w:rPr>
                <w:rFonts w:ascii="DejaVu Serif" w:hAnsi="DejaVu Serif"/>
                <w:b/>
                <w:i w:val="0"/>
                <w:color w:val="303030"/>
                <w:sz w:val="21"/>
              </w:rPr>
              <w:t>Hoy he aprendido...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188"/>
            </w:tblGrid>
            <w:tr>
              <w:trPr>
                <w:trHeight w:val="323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23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23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23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23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0"/>
        <w:gridCol w:w="6888"/>
      </w:tblGrid>
      <w:tr>
        <w:trPr>
          <w:trHeight w:val="2580" w:hRule="exact"/>
        </w:trPr>
        <w:tc>
          <w:tcPr>
            <w:tcW w:type="dxa" w:w="5188"/>
            <w:vAlign w:val="top"/>
            <w:tcMar>
              <w:top w:w="160" w:type="dxa"/>
              <w:start w:w="160" w:type="dxa"/>
              <w:bottom w:w="120" w:type="dxa"/>
              <w:end w:w="160" w:type="dxa"/>
            </w:tcMar>
            <w:tcBorders>
              <w:top w:val="single" w:sz="6" w:color="D6D6D6"/>
              <w:left w:val="single" w:sz="6" w:color="D6D6D6"/>
              <w:bottom w:val="single" w:sz="6" w:color="D6D6D6"/>
              <w:right w:val="single" w:sz="6" w:color="D6D6D6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erif" w:hAnsi="DejaVu Serif"/>
                <w:b/>
                <w:i w:val="0"/>
                <w:color w:val="303030"/>
                <w:sz w:val="19"/>
              </w:rPr>
              <w:t>CÓMO ME SIENTO:</w:t>
            </w:r>
          </w:p>
          <w:p>
            <w:pPr>
              <w:spacing w:before="20" w:after="0" w:line="240" w:lineRule="auto"/>
            </w:pPr>
            <w:r>
              <w:rPr>
                <w:rFonts w:ascii="DejaVu Sans" w:hAnsi="DejaVu Sans"/>
                <w:b w:val="0"/>
                <w:i w:val="0"/>
                <w:color w:val="C9C9C9"/>
                <w:sz w:val="24"/>
              </w:rPr>
              <w:t xml:space="preserve">○  </w:t>
            </w:r>
            <w:r>
              <w:rPr>
                <w:rFonts w:ascii="DejaVu Serif" w:hAnsi="DejaVu Serif"/>
                <w:b w:val="0"/>
                <w:i/>
                <w:color w:val="555555"/>
                <w:sz w:val="19"/>
              </w:rPr>
              <w:t>Muy bien</w:t>
            </w:r>
          </w:p>
          <w:p>
            <w:pPr>
              <w:spacing w:before="20" w:after="0" w:line="240" w:lineRule="auto"/>
            </w:pPr>
            <w:r>
              <w:rPr>
                <w:rFonts w:ascii="DejaVu Sans" w:hAnsi="DejaVu Sans"/>
                <w:b w:val="0"/>
                <w:i w:val="0"/>
                <w:color w:val="C9C9C9"/>
                <w:sz w:val="24"/>
              </w:rPr>
              <w:t xml:space="preserve">○  </w:t>
            </w:r>
            <w:r>
              <w:rPr>
                <w:rFonts w:ascii="DejaVu Serif" w:hAnsi="DejaVu Serif"/>
                <w:b w:val="0"/>
                <w:i/>
                <w:color w:val="555555"/>
                <w:sz w:val="19"/>
              </w:rPr>
              <w:t>Bien</w:t>
            </w:r>
          </w:p>
          <w:p>
            <w:pPr>
              <w:spacing w:before="20" w:after="0" w:line="240" w:lineRule="auto"/>
            </w:pPr>
            <w:r>
              <w:rPr>
                <w:rFonts w:ascii="DejaVu Sans" w:hAnsi="DejaVu Sans"/>
                <w:b w:val="0"/>
                <w:i w:val="0"/>
                <w:color w:val="C9C9C9"/>
                <w:sz w:val="24"/>
              </w:rPr>
              <w:t xml:space="preserve">○  </w:t>
            </w:r>
            <w:r>
              <w:rPr>
                <w:rFonts w:ascii="DejaVu Serif" w:hAnsi="DejaVu Serif"/>
                <w:b w:val="0"/>
                <w:i/>
                <w:color w:val="555555"/>
                <w:sz w:val="19"/>
              </w:rPr>
              <w:t>Regular</w:t>
            </w:r>
          </w:p>
          <w:p>
            <w:pPr>
              <w:spacing w:before="20" w:after="0" w:line="240" w:lineRule="auto"/>
            </w:pPr>
            <w:r>
              <w:rPr>
                <w:rFonts w:ascii="DejaVu Sans" w:hAnsi="DejaVu Sans"/>
                <w:b w:val="0"/>
                <w:i w:val="0"/>
                <w:color w:val="C9C9C9"/>
                <w:sz w:val="24"/>
              </w:rPr>
              <w:t xml:space="preserve">○  </w:t>
            </w:r>
            <w:r>
              <w:rPr>
                <w:rFonts w:ascii="DejaVu Serif" w:hAnsi="DejaVu Serif"/>
                <w:b w:val="0"/>
                <w:i/>
                <w:color w:val="555555"/>
                <w:sz w:val="19"/>
              </w:rPr>
              <w:t>Mal</w:t>
            </w:r>
          </w:p>
        </w:tc>
        <w:tc>
          <w:tcPr>
            <w:tcW w:type="dxa" w:w="5188"/>
            <w:vAlign w:val="top"/>
            <w:tcMar>
              <w:top w:w="160" w:type="dxa"/>
              <w:start w:w="160" w:type="dxa"/>
              <w:bottom w:w="120" w:type="dxa"/>
              <w:end w:w="160" w:type="dxa"/>
            </w:tcMar>
            <w:tcBorders>
              <w:top w:val="single" w:sz="6" w:color="D6D6D6"/>
              <w:left w:val="single" w:sz="6" w:color="D6D6D6"/>
              <w:bottom w:val="single" w:sz="6" w:color="D6D6D6"/>
              <w:right w:val="single" w:sz="6" w:color="D6D6D6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erif" w:hAnsi="DejaVu Serif"/>
                <w:b/>
                <w:i w:val="0"/>
                <w:color w:val="303030"/>
                <w:sz w:val="21"/>
              </w:rPr>
              <w:t>¿Por qué?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188"/>
            </w:tblGrid>
            <w:tr>
              <w:trPr>
                <w:trHeight w:val="346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46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46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46" w:hRule="exact"/>
              </w:trPr>
              <w:tc>
                <w:tcPr>
                  <w:tcW w:type="dxa" w:w="518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rPr>
          <w:trHeight w:val="1559" w:hRule="exact"/>
        </w:trPr>
        <w:tc>
          <w:tcPr>
            <w:tcW w:type="dxa" w:w="10376"/>
            <w:tcBorders>
              <w:top w:val="single" w:sz="6" w:color="D6D6D6"/>
              <w:left w:val="single" w:sz="6" w:color="D6D6D6"/>
              <w:bottom w:val="single" w:sz="6" w:color="D6D6D6"/>
              <w:right w:val="single" w:sz="6" w:color="D6D6D6"/>
            </w:tcBorders>
            <w:tcMar>
              <w:top w:w="120" w:type="dxa"/>
              <w:start w:w="160" w:type="dxa"/>
              <w:bottom w:w="80" w:type="dxa"/>
              <w:end w:w="1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DejaVu Serif" w:hAnsi="DejaVu Serif"/>
                <w:b/>
                <w:i w:val="0"/>
                <w:color w:val="303030"/>
                <w:sz w:val="19"/>
              </w:rPr>
              <w:t>MI INTENCIÓN PARA MAÑANA: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10376"/>
            </w:tblGrid>
            <w:tr>
              <w:trPr>
                <w:trHeight w:val="329" w:hRule="exact"/>
              </w:trPr>
              <w:tc>
                <w:tcPr>
                  <w:tcW w:type="dxa" w:w="10376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type="dxa" w:w="10376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single" w:sz="4" w:color="D6D6D6"/>
                    <w:right w:val="nil"/>
                  </w:tcBorders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rlito" w:hAnsi="Carlito"/>
                      <w:b w:val="0"/>
                      <w:i w:val="0"/>
                      <w:color w:val="FFFFFF"/>
                      <w:sz w:val="14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before="0" w:after="20" w:line="240" w:lineRule="auto"/>
      </w:pPr>
    </w:p>
    <w:p>
      <w:pPr>
        <w:spacing w:before="0" w:after="20" w:line="240" w:lineRule="auto"/>
      </w:pPr>
      <w:r>
        <w:rPr>
          <w:rFonts w:ascii="DejaVu Serif" w:hAnsi="DejaVu Serif"/>
          <w:b/>
          <w:i w:val="0"/>
          <w:color w:val="303030"/>
          <w:sz w:val="21"/>
        </w:rPr>
        <w:t>Notas: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48"/>
      </w:tblGrid>
      <w:tr>
        <w:trPr>
          <w:trHeight w:val="312" w:hRule="exact"/>
        </w:trPr>
        <w:tc>
          <w:tcPr>
            <w:tcW w:type="dxa" w:w="103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4" w:color="D6D6D6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 w:val="0"/>
                <w:i w:val="0"/>
                <w:color w:val="FFFFFF"/>
                <w:sz w:val="14"/>
              </w:rPr>
              <w:t xml:space="preserve"> </w:t>
            </w:r>
          </w:p>
        </w:tc>
      </w:tr>
      <w:tr>
        <w:trPr>
          <w:trHeight w:val="312" w:hRule="exact"/>
        </w:trPr>
        <w:tc>
          <w:tcPr>
            <w:tcW w:type="dxa" w:w="103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4" w:color="D6D6D6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 w:val="0"/>
                <w:i w:val="0"/>
                <w:color w:val="FFFFFF"/>
                <w:sz w:val="14"/>
              </w:rPr>
              <w:t xml:space="preserve"> </w:t>
            </w:r>
          </w:p>
        </w:tc>
      </w:tr>
      <w:tr>
        <w:trPr>
          <w:trHeight w:val="312" w:hRule="exact"/>
        </w:trPr>
        <w:tc>
          <w:tcPr>
            <w:tcW w:type="dxa" w:w="103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4" w:color="D6D6D6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 w:val="0"/>
                <w:i w:val="0"/>
                <w:color w:val="FFFFFF"/>
                <w:sz w:val="14"/>
              </w:rPr>
              <w:t xml:space="preserve"> </w:t>
            </w:r>
          </w:p>
        </w:tc>
      </w:tr>
      <w:tr>
        <w:trPr>
          <w:trHeight w:val="312" w:hRule="exact"/>
        </w:trPr>
        <w:tc>
          <w:tcPr>
            <w:tcW w:type="dxa" w:w="103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4" w:color="D6D6D6"/>
              <w:right w:val="nil"/>
            </w:tcBorders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 w:val="0"/>
                <w:i w:val="0"/>
                <w:color w:val="FFFFFF"/>
                <w:sz w:val="14"/>
              </w:rPr>
              <w:t xml:space="preserve"> </w:t>
            </w:r>
          </w:p>
        </w:tc>
      </w:tr>
    </w:tbl>
    <w:p>
      <w:pPr>
        <w:spacing w:before="80" w:after="0" w:line="240" w:lineRule="auto"/>
        <w:pBdr>
          <w:bottom w:val="single" w:sz="18" w:space="1" w:color="111111"/>
        </w:pBdr>
      </w:pPr>
    </w:p>
    <w:sectPr w:rsidR="00FC693F" w:rsidRPr="0006063C" w:rsidSect="00034616">
      <w:footerReference w:type="default" r:id="rId9"/>
      <w:pgSz w:w="11906" w:h="16838"/>
      <w:pgMar w:top="510" w:right="765" w:bottom="454" w:left="765" w:header="227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rlito" w:hAnsi="Carlito"/>
        <w:b w:val="0"/>
        <w:i w:val="0"/>
        <w:color w:val="777777"/>
        <w:sz w:val="15"/>
      </w:rPr>
      <w:t>PLANTILLA DIARIA · GRATITUD Y REFLEXIÓN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la Gratitud - Plantilla diaria</dc:title>
  <dc:subject>Plantilla imprimible y editable en Word</dc:subject>
  <dc:creator/>
  <cp:keywords>diario de gratitud, gratitud, plantilla, Word, imprimible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