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24" w:type="dxa"/>
        <w:jc w:val="center"/>
        <w:tblLayout w:type="fixed"/>
        <w:tblLook w:val="04A0" w:firstRow="1" w:lastRow="0" w:firstColumn="1" w:lastColumn="0" w:noHBand="0" w:noVBand="1"/>
      </w:tblPr>
      <w:tblGrid>
        <w:gridCol w:w="2749"/>
        <w:gridCol w:w="2750"/>
        <w:gridCol w:w="2749"/>
        <w:gridCol w:w="2749"/>
        <w:gridCol w:w="627"/>
      </w:tblGrid>
      <w:tr w:rsidR="00377B63" w14:paraId="4BC12E0F" w14:textId="77777777" w:rsidTr="009C6C23">
        <w:trPr>
          <w:jc w:val="center"/>
        </w:trPr>
        <w:tc>
          <w:tcPr>
            <w:tcW w:w="54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BBE6A" w14:textId="77777777" w:rsidR="00377B63" w:rsidRDefault="00000000">
            <w:pPr>
              <w:spacing w:after="0"/>
            </w:pPr>
            <w:r>
              <w:rPr>
                <w:rFonts w:ascii="Georgia" w:eastAsia="Georgia" w:hAnsi="Georgia"/>
                <w:b/>
                <w:color w:val="164E63"/>
                <w:sz w:val="44"/>
              </w:rPr>
              <w:t>HOJA DE CONTROL DE GLUCEMIA</w:t>
            </w:r>
          </w:p>
          <w:p w14:paraId="3584C485" w14:textId="77777777" w:rsidR="00377B63" w:rsidRDefault="00000000">
            <w:pPr>
              <w:spacing w:after="0"/>
            </w:pPr>
            <w:r>
              <w:rPr>
                <w:color w:val="6B7C85"/>
                <w:sz w:val="20"/>
              </w:rPr>
              <w:t>Registro semanal de glucosa, insulina y observaciones</w:t>
            </w:r>
          </w:p>
        </w:tc>
        <w:tc>
          <w:tcPr>
            <w:tcW w:w="6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3FE41" w14:textId="77777777" w:rsidR="00377B63" w:rsidRDefault="00000000">
            <w:pPr>
              <w:spacing w:after="0"/>
              <w:jc w:val="right"/>
            </w:pPr>
            <w:r>
              <w:rPr>
                <w:rFonts w:ascii="Georgia" w:eastAsia="Georgia" w:hAnsi="Georgia"/>
                <w:b/>
                <w:color w:val="164E63"/>
                <w:sz w:val="22"/>
              </w:rPr>
              <w:t>SEMANA DEL ____ / ____ / ______</w:t>
            </w:r>
          </w:p>
          <w:p w14:paraId="19EDD896" w14:textId="77777777" w:rsidR="00377B63" w:rsidRDefault="00000000">
            <w:pPr>
              <w:spacing w:after="0"/>
              <w:jc w:val="right"/>
            </w:pPr>
            <w:r>
              <w:rPr>
                <w:rFonts w:ascii="Georgia" w:eastAsia="Georgia" w:hAnsi="Georgia"/>
                <w:b/>
                <w:color w:val="164E63"/>
                <w:sz w:val="22"/>
              </w:rPr>
              <w:t>AL ____ / ____ / ______</w:t>
            </w:r>
          </w:p>
          <w:p w14:paraId="549AA538" w14:textId="77777777" w:rsidR="00377B63" w:rsidRDefault="00000000">
            <w:pPr>
              <w:spacing w:after="0"/>
              <w:jc w:val="right"/>
            </w:pPr>
            <w:r>
              <w:rPr>
                <w:color w:val="51666F"/>
                <w:sz w:val="20"/>
              </w:rPr>
              <w:t>Nombre: ________________________</w:t>
            </w:r>
          </w:p>
        </w:tc>
      </w:tr>
      <w:tr w:rsidR="00377B63" w14:paraId="20CF3BEC" w14:textId="77777777" w:rsidTr="009C6C23">
        <w:trPr>
          <w:gridAfter w:val="1"/>
          <w:wAfter w:w="627" w:type="dxa"/>
          <w:jc w:val="center"/>
        </w:trPr>
        <w:tc>
          <w:tcPr>
            <w:tcW w:w="27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6F7"/>
            <w:vAlign w:val="center"/>
          </w:tcPr>
          <w:p w14:paraId="4D10D1AF" w14:textId="77777777" w:rsidR="00377B63" w:rsidRDefault="00000000">
            <w:pPr>
              <w:spacing w:after="0"/>
            </w:pPr>
            <w:r>
              <w:rPr>
                <w:b/>
                <w:color w:val="365A63"/>
                <w:sz w:val="17"/>
              </w:rPr>
              <w:t>UNIDAD   ☐ mg/dL    ☐ mmol/L</w:t>
            </w:r>
          </w:p>
        </w:tc>
        <w:tc>
          <w:tcPr>
            <w:tcW w:w="27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6F7"/>
            <w:vAlign w:val="center"/>
          </w:tcPr>
          <w:p w14:paraId="1949176B" w14:textId="77777777" w:rsidR="00377B63" w:rsidRDefault="00000000">
            <w:pPr>
              <w:spacing w:after="0"/>
            </w:pPr>
            <w:r>
              <w:rPr>
                <w:b/>
                <w:color w:val="365A63"/>
                <w:sz w:val="17"/>
              </w:rPr>
              <w:t>RANGO OBJETIVO   ______  -  ______</w:t>
            </w:r>
          </w:p>
        </w:tc>
        <w:tc>
          <w:tcPr>
            <w:tcW w:w="27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6F7"/>
            <w:vAlign w:val="center"/>
          </w:tcPr>
          <w:p w14:paraId="24142C7B" w14:textId="77777777" w:rsidR="00377B63" w:rsidRDefault="00000000">
            <w:pPr>
              <w:spacing w:after="0"/>
            </w:pPr>
            <w:r>
              <w:rPr>
                <w:b/>
                <w:color w:val="365A63"/>
                <w:sz w:val="17"/>
              </w:rPr>
              <w:t>TRATAMIENTO / MEDICACIÓN   __________________</w:t>
            </w:r>
          </w:p>
        </w:tc>
        <w:tc>
          <w:tcPr>
            <w:tcW w:w="27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6F7"/>
            <w:vAlign w:val="center"/>
          </w:tcPr>
          <w:p w14:paraId="34FB1E89" w14:textId="77777777" w:rsidR="00377B63" w:rsidRDefault="00000000">
            <w:pPr>
              <w:spacing w:after="0"/>
            </w:pPr>
            <w:r>
              <w:rPr>
                <w:b/>
                <w:color w:val="365A63"/>
                <w:sz w:val="17"/>
              </w:rPr>
              <w:t>PRÓXIMA REVISIÓN   ____ / ____ / ______</w:t>
            </w:r>
          </w:p>
        </w:tc>
      </w:tr>
    </w:tbl>
    <w:p w14:paraId="493A9185" w14:textId="77777777" w:rsidR="00377B63" w:rsidRDefault="00377B63">
      <w:pPr>
        <w:spacing w:after="0"/>
      </w:pPr>
    </w:p>
    <w:tbl>
      <w:tblPr>
        <w:tblW w:w="11510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249"/>
        <w:gridCol w:w="850"/>
        <w:gridCol w:w="764"/>
        <w:gridCol w:w="935"/>
        <w:gridCol w:w="992"/>
        <w:gridCol w:w="935"/>
        <w:gridCol w:w="992"/>
        <w:gridCol w:w="1049"/>
        <w:gridCol w:w="992"/>
        <w:gridCol w:w="1618"/>
      </w:tblGrid>
      <w:tr w:rsidR="00377B63" w14:paraId="709C51AE" w14:textId="77777777" w:rsidTr="009C6C23">
        <w:trPr>
          <w:trHeight w:hRule="exact" w:val="749"/>
          <w:jc w:val="center"/>
        </w:trPr>
        <w:tc>
          <w:tcPr>
            <w:tcW w:w="1134" w:type="dxa"/>
            <w:vMerge w:val="restart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164E6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6ED6B6A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FFFFFF"/>
                <w:sz w:val="20"/>
              </w:rPr>
              <w:t>DÍA</w:t>
            </w:r>
          </w:p>
        </w:tc>
        <w:tc>
          <w:tcPr>
            <w:tcW w:w="1249" w:type="dxa"/>
            <w:vMerge w:val="restart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164E6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D3EA204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FFFFFF"/>
                <w:sz w:val="20"/>
              </w:rPr>
              <w:t>REGISTRO</w:t>
            </w:r>
          </w:p>
        </w:tc>
        <w:tc>
          <w:tcPr>
            <w:tcW w:w="1614" w:type="dxa"/>
            <w:gridSpan w:val="2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2E8B9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6DA4B7F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FFFFFF"/>
                <w:sz w:val="20"/>
              </w:rPr>
              <w:t>DESAYUNO</w:t>
            </w:r>
          </w:p>
        </w:tc>
        <w:tc>
          <w:tcPr>
            <w:tcW w:w="1927" w:type="dxa"/>
            <w:gridSpan w:val="2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4EAFA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F8F0B06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FFFFFF"/>
                <w:sz w:val="20"/>
              </w:rPr>
              <w:t>COMIDA</w:t>
            </w:r>
          </w:p>
        </w:tc>
        <w:tc>
          <w:tcPr>
            <w:tcW w:w="1927" w:type="dxa"/>
            <w:gridSpan w:val="2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5E87B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DA6AE62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FFFFFF"/>
                <w:sz w:val="20"/>
              </w:rPr>
              <w:t>CENA</w:t>
            </w:r>
          </w:p>
        </w:tc>
        <w:tc>
          <w:tcPr>
            <w:tcW w:w="2041" w:type="dxa"/>
            <w:gridSpan w:val="2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8B79B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E7CD134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FFFFFF"/>
                <w:sz w:val="20"/>
              </w:rPr>
              <w:t>OTROS MOMENTOS</w:t>
            </w:r>
          </w:p>
        </w:tc>
        <w:tc>
          <w:tcPr>
            <w:tcW w:w="1618" w:type="dxa"/>
            <w:vMerge w:val="restart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C05D8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5726512" w14:textId="77777777" w:rsidR="00377B63" w:rsidRPr="009C6C23" w:rsidRDefault="00000000">
            <w:pPr>
              <w:spacing w:after="0"/>
              <w:jc w:val="center"/>
              <w:rPr>
                <w:sz w:val="16"/>
                <w:szCs w:val="16"/>
              </w:rPr>
            </w:pPr>
            <w:r w:rsidRPr="009C6C23">
              <w:rPr>
                <w:rFonts w:ascii="Georgia" w:eastAsia="Georgia" w:hAnsi="Georgia"/>
                <w:b/>
                <w:color w:val="FFFFFF"/>
                <w:sz w:val="16"/>
                <w:szCs w:val="16"/>
              </w:rPr>
              <w:t>OBSERVACIONES</w:t>
            </w:r>
          </w:p>
        </w:tc>
      </w:tr>
      <w:tr w:rsidR="00377B63" w14:paraId="3045153C" w14:textId="77777777" w:rsidTr="009C6C23">
        <w:trPr>
          <w:trHeight w:hRule="exact" w:val="420"/>
          <w:jc w:val="center"/>
        </w:trPr>
        <w:tc>
          <w:tcPr>
            <w:tcW w:w="1134" w:type="dxa"/>
            <w:vMerge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vAlign w:val="center"/>
          </w:tcPr>
          <w:p w14:paraId="37F680DD" w14:textId="77777777" w:rsidR="00377B63" w:rsidRDefault="00377B63"/>
        </w:tc>
        <w:tc>
          <w:tcPr>
            <w:tcW w:w="1249" w:type="dxa"/>
            <w:vMerge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vAlign w:val="center"/>
          </w:tcPr>
          <w:p w14:paraId="06BA737C" w14:textId="77777777" w:rsidR="00377B63" w:rsidRDefault="00377B63"/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DCEAE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9ECFD51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45606A"/>
                <w:sz w:val="14"/>
              </w:rPr>
              <w:t>EN AYUNAS</w:t>
            </w: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DCEAE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3BED8C7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45606A"/>
                <w:sz w:val="14"/>
              </w:rPr>
              <w:t>2 H DESPUÉS</w:t>
            </w: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D9EF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B8F27A7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45606A"/>
                <w:sz w:val="14"/>
              </w:rPr>
              <w:t>ANTES</w:t>
            </w: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D9EF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DF117F3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45606A"/>
                <w:sz w:val="14"/>
              </w:rPr>
              <w:t>2 H DESPUÉS</w:t>
            </w: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DDE8F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530766E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45606A"/>
                <w:sz w:val="14"/>
              </w:rPr>
              <w:t>ANTES</w:t>
            </w: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DDE8F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F3C39CB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45606A"/>
                <w:sz w:val="14"/>
              </w:rPr>
              <w:t>2 H DESPUÉS</w:t>
            </w: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7E0F1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48206CC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45606A"/>
                <w:sz w:val="14"/>
              </w:rPr>
              <w:t>AL ACOSTARSE</w:t>
            </w: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7E0F1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B4BA93C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45606A"/>
                <w:sz w:val="14"/>
              </w:rPr>
              <w:t>EXTRA / NOCHE</w:t>
            </w:r>
          </w:p>
        </w:tc>
        <w:tc>
          <w:tcPr>
            <w:tcW w:w="1618" w:type="dxa"/>
            <w:vMerge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vAlign w:val="center"/>
          </w:tcPr>
          <w:p w14:paraId="60A836A4" w14:textId="77777777" w:rsidR="00377B63" w:rsidRDefault="00377B63"/>
        </w:tc>
      </w:tr>
      <w:tr w:rsidR="00377B63" w14:paraId="2959FBC7" w14:textId="77777777" w:rsidTr="009C6C23">
        <w:trPr>
          <w:trHeight w:hRule="exact" w:val="420"/>
          <w:jc w:val="center"/>
        </w:trPr>
        <w:tc>
          <w:tcPr>
            <w:tcW w:w="1134" w:type="dxa"/>
            <w:vMerge w:val="restart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4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54C6899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1D5669"/>
                <w:sz w:val="17"/>
              </w:rPr>
              <w:t>LUNES</w:t>
            </w:r>
          </w:p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B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F55B290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1D5669"/>
                <w:sz w:val="15"/>
              </w:rPr>
              <w:t>GLUCEMIA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5B01740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F78E364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BB857CF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A0D69EE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FA59F1C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FD5D23B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8EF1233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69A169B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061F752" w14:textId="77777777" w:rsidR="00377B63" w:rsidRDefault="00377B63">
            <w:pPr>
              <w:spacing w:after="0"/>
            </w:pPr>
          </w:p>
        </w:tc>
      </w:tr>
      <w:tr w:rsidR="00377B63" w14:paraId="0A232DEA" w14:textId="77777777" w:rsidTr="009C6C23">
        <w:trPr>
          <w:trHeight w:hRule="exact" w:val="420"/>
          <w:jc w:val="center"/>
        </w:trPr>
        <w:tc>
          <w:tcPr>
            <w:tcW w:w="1134" w:type="dxa"/>
            <w:vMerge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vAlign w:val="center"/>
          </w:tcPr>
          <w:p w14:paraId="7C1CC5D9" w14:textId="77777777" w:rsidR="00377B63" w:rsidRDefault="00377B63"/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6F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6DF1DC0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A05D75"/>
                <w:sz w:val="15"/>
              </w:rPr>
              <w:t>DOSIS / MED.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8853BC5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A52D97E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76EAA50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B889C5A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2E2E1A4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4F72C37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9681970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9A4C744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17D2C8F" w14:textId="77777777" w:rsidR="00377B63" w:rsidRDefault="00377B63">
            <w:pPr>
              <w:spacing w:after="0"/>
            </w:pPr>
          </w:p>
        </w:tc>
      </w:tr>
      <w:tr w:rsidR="00377B63" w14:paraId="24A9E448" w14:textId="77777777" w:rsidTr="009C6C23">
        <w:trPr>
          <w:trHeight w:hRule="exact" w:val="420"/>
          <w:jc w:val="center"/>
        </w:trPr>
        <w:tc>
          <w:tcPr>
            <w:tcW w:w="1134" w:type="dxa"/>
            <w:vMerge w:val="restart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4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2A513D2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1D5669"/>
                <w:sz w:val="17"/>
              </w:rPr>
              <w:t>MARTES</w:t>
            </w:r>
          </w:p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B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1F62068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1D5669"/>
                <w:sz w:val="15"/>
              </w:rPr>
              <w:t>GLUCEMIA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A45E357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62F5BDE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1E436A0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B10964E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66303AE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F90FFC8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8B15FC4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7B3C051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5E59C4D" w14:textId="77777777" w:rsidR="00377B63" w:rsidRDefault="00377B63">
            <w:pPr>
              <w:spacing w:after="0"/>
            </w:pPr>
          </w:p>
        </w:tc>
      </w:tr>
      <w:tr w:rsidR="00377B63" w14:paraId="38C65116" w14:textId="77777777" w:rsidTr="009C6C23">
        <w:trPr>
          <w:trHeight w:hRule="exact" w:val="420"/>
          <w:jc w:val="center"/>
        </w:trPr>
        <w:tc>
          <w:tcPr>
            <w:tcW w:w="1134" w:type="dxa"/>
            <w:vMerge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vAlign w:val="center"/>
          </w:tcPr>
          <w:p w14:paraId="24A75B60" w14:textId="77777777" w:rsidR="00377B63" w:rsidRDefault="00377B63"/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6F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36934B6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A05D75"/>
                <w:sz w:val="15"/>
              </w:rPr>
              <w:t>DOSIS / MED.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61804DB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27F1E1F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1B37FEC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E3F79D2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4313525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ED0ADB2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6A47D07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F5D3694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603BF14" w14:textId="77777777" w:rsidR="00377B63" w:rsidRDefault="00377B63">
            <w:pPr>
              <w:spacing w:after="0"/>
            </w:pPr>
          </w:p>
        </w:tc>
      </w:tr>
      <w:tr w:rsidR="00377B63" w14:paraId="6D82AC94" w14:textId="77777777" w:rsidTr="009C6C23">
        <w:trPr>
          <w:trHeight w:hRule="exact" w:val="420"/>
          <w:jc w:val="center"/>
        </w:trPr>
        <w:tc>
          <w:tcPr>
            <w:tcW w:w="1134" w:type="dxa"/>
            <w:vMerge w:val="restart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4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B218545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1D5669"/>
                <w:sz w:val="17"/>
              </w:rPr>
              <w:t>MIÉRCOLES</w:t>
            </w:r>
          </w:p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B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0027E76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1D5669"/>
                <w:sz w:val="15"/>
              </w:rPr>
              <w:t>GLUCEMIA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ABA38E7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525CD10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6389BCD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4BE0222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8649317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56BB0CC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F6A5AF9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E30ECA2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5F2C52A" w14:textId="77777777" w:rsidR="00377B63" w:rsidRDefault="00377B63">
            <w:pPr>
              <w:spacing w:after="0"/>
            </w:pPr>
          </w:p>
        </w:tc>
      </w:tr>
      <w:tr w:rsidR="00377B63" w14:paraId="5B8C4DB1" w14:textId="77777777" w:rsidTr="009C6C23">
        <w:trPr>
          <w:trHeight w:hRule="exact" w:val="420"/>
          <w:jc w:val="center"/>
        </w:trPr>
        <w:tc>
          <w:tcPr>
            <w:tcW w:w="1134" w:type="dxa"/>
            <w:vMerge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vAlign w:val="center"/>
          </w:tcPr>
          <w:p w14:paraId="49239F2E" w14:textId="77777777" w:rsidR="00377B63" w:rsidRDefault="00377B63"/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6F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69E7376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A05D75"/>
                <w:sz w:val="15"/>
              </w:rPr>
              <w:t>DOSIS / MED.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7C06835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B6A9A49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3ADC4F9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C6A785E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B98AE5A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B658471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096C369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2D35D3F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1AD2C61" w14:textId="77777777" w:rsidR="00377B63" w:rsidRDefault="00377B63">
            <w:pPr>
              <w:spacing w:after="0"/>
            </w:pPr>
          </w:p>
        </w:tc>
      </w:tr>
      <w:tr w:rsidR="00377B63" w14:paraId="11770593" w14:textId="77777777" w:rsidTr="009C6C23">
        <w:trPr>
          <w:trHeight w:hRule="exact" w:val="420"/>
          <w:jc w:val="center"/>
        </w:trPr>
        <w:tc>
          <w:tcPr>
            <w:tcW w:w="1134" w:type="dxa"/>
            <w:vMerge w:val="restart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4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08D71F1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1D5669"/>
                <w:sz w:val="17"/>
              </w:rPr>
              <w:t>JUEVES</w:t>
            </w:r>
          </w:p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B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D5900F2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1D5669"/>
                <w:sz w:val="15"/>
              </w:rPr>
              <w:t>GLUCEMIA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A8607F4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2EBCC6C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B0E083A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45E6D5D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5966FE2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74F2EE8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3C75326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0CD9C9D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AFE1BA2" w14:textId="77777777" w:rsidR="00377B63" w:rsidRDefault="00377B63">
            <w:pPr>
              <w:spacing w:after="0"/>
            </w:pPr>
          </w:p>
        </w:tc>
      </w:tr>
      <w:tr w:rsidR="00377B63" w14:paraId="51CE28A2" w14:textId="77777777" w:rsidTr="009C6C23">
        <w:trPr>
          <w:trHeight w:hRule="exact" w:val="420"/>
          <w:jc w:val="center"/>
        </w:trPr>
        <w:tc>
          <w:tcPr>
            <w:tcW w:w="1134" w:type="dxa"/>
            <w:vMerge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vAlign w:val="center"/>
          </w:tcPr>
          <w:p w14:paraId="1E1D8536" w14:textId="77777777" w:rsidR="00377B63" w:rsidRDefault="00377B63"/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6F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D8C33EB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A05D75"/>
                <w:sz w:val="15"/>
              </w:rPr>
              <w:t>DOSIS / MED.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6B0AD44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2F3DCF3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070288C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9D06DA1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C0AB379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193F7B5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492B0EC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A9A2339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6464B94" w14:textId="77777777" w:rsidR="00377B63" w:rsidRDefault="00377B63">
            <w:pPr>
              <w:spacing w:after="0"/>
            </w:pPr>
          </w:p>
        </w:tc>
      </w:tr>
      <w:tr w:rsidR="00377B63" w14:paraId="5DBB86B4" w14:textId="77777777" w:rsidTr="009C6C23">
        <w:trPr>
          <w:trHeight w:hRule="exact" w:val="420"/>
          <w:jc w:val="center"/>
        </w:trPr>
        <w:tc>
          <w:tcPr>
            <w:tcW w:w="1134" w:type="dxa"/>
            <w:vMerge w:val="restart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4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CF9ADB5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1D5669"/>
                <w:sz w:val="17"/>
              </w:rPr>
              <w:t>VIERNES</w:t>
            </w:r>
          </w:p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B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189F74F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1D5669"/>
                <w:sz w:val="15"/>
              </w:rPr>
              <w:t>GLUCEMIA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4E16398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5B6AC84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C0505D1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7BCEFCE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6487340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47A27AD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D51185A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B1FFBF3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5118F84" w14:textId="77777777" w:rsidR="00377B63" w:rsidRDefault="00377B63">
            <w:pPr>
              <w:spacing w:after="0"/>
            </w:pPr>
          </w:p>
        </w:tc>
      </w:tr>
      <w:tr w:rsidR="00377B63" w14:paraId="64CF7478" w14:textId="77777777" w:rsidTr="009C6C23">
        <w:trPr>
          <w:trHeight w:hRule="exact" w:val="420"/>
          <w:jc w:val="center"/>
        </w:trPr>
        <w:tc>
          <w:tcPr>
            <w:tcW w:w="1134" w:type="dxa"/>
            <w:vMerge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vAlign w:val="center"/>
          </w:tcPr>
          <w:p w14:paraId="7E2B99BA" w14:textId="77777777" w:rsidR="00377B63" w:rsidRDefault="00377B63"/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6F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9B57BD0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A05D75"/>
                <w:sz w:val="15"/>
              </w:rPr>
              <w:t>DOSIS / MED.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25BD584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81B2BED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571106B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D8FB33B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CDBE0E2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A4F2115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8B4FA72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1F8BCC2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E6E340B" w14:textId="77777777" w:rsidR="00377B63" w:rsidRDefault="00377B63">
            <w:pPr>
              <w:spacing w:after="0"/>
            </w:pPr>
          </w:p>
        </w:tc>
      </w:tr>
      <w:tr w:rsidR="00377B63" w14:paraId="4F5AB0C5" w14:textId="77777777" w:rsidTr="009C6C23">
        <w:trPr>
          <w:trHeight w:hRule="exact" w:val="420"/>
          <w:jc w:val="center"/>
        </w:trPr>
        <w:tc>
          <w:tcPr>
            <w:tcW w:w="1134" w:type="dxa"/>
            <w:vMerge w:val="restart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4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5B3FDC8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1D5669"/>
                <w:sz w:val="17"/>
              </w:rPr>
              <w:t>SÁBADO</w:t>
            </w:r>
          </w:p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B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51BA17E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1D5669"/>
                <w:sz w:val="15"/>
              </w:rPr>
              <w:t>GLUCEMIA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00F55AF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756FE88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F6F66DE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FCA4D14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EFBF0FA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2587245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624BDE5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A95EB8E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47AA00B" w14:textId="77777777" w:rsidR="00377B63" w:rsidRDefault="00377B63">
            <w:pPr>
              <w:spacing w:after="0"/>
            </w:pPr>
          </w:p>
        </w:tc>
      </w:tr>
      <w:tr w:rsidR="00377B63" w14:paraId="609A6832" w14:textId="77777777" w:rsidTr="009C6C23">
        <w:trPr>
          <w:trHeight w:hRule="exact" w:val="420"/>
          <w:jc w:val="center"/>
        </w:trPr>
        <w:tc>
          <w:tcPr>
            <w:tcW w:w="1134" w:type="dxa"/>
            <w:vMerge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vAlign w:val="center"/>
          </w:tcPr>
          <w:p w14:paraId="653C492F" w14:textId="77777777" w:rsidR="00377B63" w:rsidRDefault="00377B63"/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6F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4D08530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A05D75"/>
                <w:sz w:val="15"/>
              </w:rPr>
              <w:t>DOSIS / MED.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E92589A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F5E07CE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55E26FA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80A270D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888FC95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A4EB852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901F39C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AEB8EFF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9D9B8FB" w14:textId="77777777" w:rsidR="00377B63" w:rsidRDefault="00377B63">
            <w:pPr>
              <w:spacing w:after="0"/>
            </w:pPr>
          </w:p>
        </w:tc>
      </w:tr>
      <w:tr w:rsidR="00377B63" w14:paraId="65C24E6E" w14:textId="77777777" w:rsidTr="009C6C23">
        <w:trPr>
          <w:trHeight w:hRule="exact" w:val="420"/>
          <w:jc w:val="center"/>
        </w:trPr>
        <w:tc>
          <w:tcPr>
            <w:tcW w:w="1134" w:type="dxa"/>
            <w:vMerge w:val="restart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EEF4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E9C3F67" w14:textId="77777777" w:rsidR="00377B63" w:rsidRDefault="00000000">
            <w:pPr>
              <w:spacing w:after="0"/>
              <w:jc w:val="center"/>
            </w:pPr>
            <w:r>
              <w:rPr>
                <w:rFonts w:ascii="Georgia" w:eastAsia="Georgia" w:hAnsi="Georgia"/>
                <w:b/>
                <w:color w:val="1D5669"/>
                <w:sz w:val="17"/>
              </w:rPr>
              <w:t>DOMINGO</w:t>
            </w:r>
          </w:p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B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B3901D8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1D5669"/>
                <w:sz w:val="15"/>
              </w:rPr>
              <w:t>GLUCEMIA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508BADA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AFD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AF4E894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08B561F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7FCF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C73D3BA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28E790F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8FB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EC72346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8A0DA59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AF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1DE5385D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DB00BD1" w14:textId="77777777" w:rsidR="00377B63" w:rsidRDefault="00377B63">
            <w:pPr>
              <w:spacing w:after="0"/>
            </w:pPr>
          </w:p>
        </w:tc>
      </w:tr>
      <w:tr w:rsidR="00377B63" w14:paraId="3276016D" w14:textId="77777777" w:rsidTr="009C6C23">
        <w:trPr>
          <w:trHeight w:hRule="exact" w:val="420"/>
          <w:jc w:val="center"/>
        </w:trPr>
        <w:tc>
          <w:tcPr>
            <w:tcW w:w="1134" w:type="dxa"/>
            <w:vMerge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vAlign w:val="center"/>
          </w:tcPr>
          <w:p w14:paraId="6A47B563" w14:textId="77777777" w:rsidR="00377B63" w:rsidRDefault="00377B63"/>
        </w:tc>
        <w:tc>
          <w:tcPr>
            <w:tcW w:w="12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BF6F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C069897" w14:textId="77777777" w:rsidR="00377B63" w:rsidRDefault="00000000">
            <w:pPr>
              <w:spacing w:after="0"/>
              <w:jc w:val="center"/>
            </w:pPr>
            <w:r>
              <w:rPr>
                <w:b/>
                <w:color w:val="A05D75"/>
                <w:sz w:val="15"/>
              </w:rPr>
              <w:t>DOSIS / MED.</w:t>
            </w:r>
          </w:p>
        </w:tc>
        <w:tc>
          <w:tcPr>
            <w:tcW w:w="850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418BBD7" w14:textId="77777777" w:rsidR="00377B63" w:rsidRDefault="00377B63">
            <w:pPr>
              <w:spacing w:after="0"/>
            </w:pPr>
          </w:p>
        </w:tc>
        <w:tc>
          <w:tcPr>
            <w:tcW w:w="764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3EAD88F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382BB4B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95801D0" w14:textId="77777777" w:rsidR="00377B63" w:rsidRDefault="00377B63">
            <w:pPr>
              <w:spacing w:after="0"/>
            </w:pPr>
          </w:p>
        </w:tc>
        <w:tc>
          <w:tcPr>
            <w:tcW w:w="935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04A7308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32BFE60" w14:textId="77777777" w:rsidR="00377B63" w:rsidRDefault="00377B63">
            <w:pPr>
              <w:spacing w:after="0"/>
            </w:pPr>
          </w:p>
        </w:tc>
        <w:tc>
          <w:tcPr>
            <w:tcW w:w="1049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9CAAE78" w14:textId="77777777" w:rsidR="00377B63" w:rsidRDefault="00377B63">
            <w:pPr>
              <w:spacing w:after="0"/>
            </w:pPr>
          </w:p>
        </w:tc>
        <w:tc>
          <w:tcPr>
            <w:tcW w:w="992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6F942CB3" w14:textId="77777777" w:rsidR="00377B63" w:rsidRDefault="00377B63">
            <w:pPr>
              <w:spacing w:after="0"/>
            </w:pPr>
          </w:p>
        </w:tc>
        <w:tc>
          <w:tcPr>
            <w:tcW w:w="1618" w:type="dxa"/>
            <w:tcBorders>
              <w:top w:val="single" w:sz="8" w:space="0" w:color="A7C8D0"/>
              <w:left w:val="single" w:sz="8" w:space="0" w:color="A7C8D0"/>
              <w:bottom w:val="single" w:sz="8" w:space="0" w:color="A7C8D0"/>
              <w:right w:val="single" w:sz="8" w:space="0" w:color="A7C8D0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283B9A7" w14:textId="77777777" w:rsidR="00377B63" w:rsidRDefault="00377B63">
            <w:pPr>
              <w:spacing w:after="0"/>
            </w:pPr>
          </w:p>
        </w:tc>
      </w:tr>
    </w:tbl>
    <w:p w14:paraId="7421908E" w14:textId="77777777" w:rsidR="00377B63" w:rsidRDefault="00000000">
      <w:pPr>
        <w:spacing w:after="0"/>
      </w:pPr>
      <w:r>
        <w:rPr>
          <w:rFonts w:ascii="Georgia" w:eastAsia="Georgia" w:hAnsi="Georgia"/>
          <w:b/>
          <w:color w:val="164E63"/>
          <w:sz w:val="20"/>
        </w:rPr>
        <w:t xml:space="preserve">NOTAS DE LA SEMANA  </w:t>
      </w:r>
      <w:r>
        <w:rPr>
          <w:color w:val="6B7C85"/>
          <w:sz w:val="17"/>
        </w:rPr>
        <w:t>Actividad física, alimentación, síntomas, hipoglucemias, incidencias o ajustes.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98"/>
      </w:tblGrid>
      <w:tr w:rsidR="00377B63" w14:paraId="718B40DF" w14:textId="77777777">
        <w:trPr>
          <w:trHeight w:hRule="exact" w:val="312"/>
          <w:jc w:val="center"/>
        </w:trPr>
        <w:tc>
          <w:tcPr>
            <w:tcW w:w="10998" w:type="dxa"/>
            <w:tcBorders>
              <w:top w:val="single" w:sz="8" w:space="0" w:color="B5D1D7"/>
              <w:left w:val="single" w:sz="8" w:space="0" w:color="B5D1D7"/>
              <w:bottom w:val="single" w:sz="8" w:space="0" w:color="B5D1D7"/>
              <w:right w:val="single" w:sz="8" w:space="0" w:color="B5D1D7"/>
            </w:tcBorders>
            <w:shd w:val="clear" w:color="auto" w:fill="FFFFFF"/>
          </w:tcPr>
          <w:p w14:paraId="46B38F3F" w14:textId="77777777" w:rsidR="00377B63" w:rsidRDefault="00377B63">
            <w:pPr>
              <w:spacing w:after="0"/>
            </w:pPr>
          </w:p>
        </w:tc>
      </w:tr>
      <w:tr w:rsidR="00377B63" w14:paraId="100DB553" w14:textId="77777777">
        <w:trPr>
          <w:trHeight w:hRule="exact" w:val="312"/>
          <w:jc w:val="center"/>
        </w:trPr>
        <w:tc>
          <w:tcPr>
            <w:tcW w:w="10998" w:type="dxa"/>
            <w:tcBorders>
              <w:top w:val="single" w:sz="8" w:space="0" w:color="B5D1D7"/>
              <w:left w:val="single" w:sz="8" w:space="0" w:color="B5D1D7"/>
              <w:bottom w:val="single" w:sz="8" w:space="0" w:color="B5D1D7"/>
              <w:right w:val="single" w:sz="8" w:space="0" w:color="B5D1D7"/>
            </w:tcBorders>
            <w:shd w:val="clear" w:color="auto" w:fill="FFFFFF"/>
          </w:tcPr>
          <w:p w14:paraId="064494D0" w14:textId="77777777" w:rsidR="00377B63" w:rsidRDefault="00377B63">
            <w:pPr>
              <w:spacing w:after="0"/>
            </w:pPr>
          </w:p>
        </w:tc>
      </w:tr>
    </w:tbl>
    <w:p w14:paraId="78F1E8BF" w14:textId="77777777" w:rsidR="00377B63" w:rsidRDefault="00000000">
      <w:pPr>
        <w:spacing w:after="0"/>
        <w:jc w:val="right"/>
      </w:pPr>
      <w:r>
        <w:rPr>
          <w:color w:val="8B9CA3"/>
          <w:sz w:val="15"/>
        </w:rPr>
        <w:t>Utiliza esta hoja según la pauta indicada por tu profesional sanitario.</w:t>
      </w:r>
    </w:p>
    <w:sectPr w:rsidR="00377B63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0953426">
    <w:abstractNumId w:val="8"/>
  </w:num>
  <w:num w:numId="2" w16cid:durableId="350567257">
    <w:abstractNumId w:val="6"/>
  </w:num>
  <w:num w:numId="3" w16cid:durableId="1675261706">
    <w:abstractNumId w:val="5"/>
  </w:num>
  <w:num w:numId="4" w16cid:durableId="489370011">
    <w:abstractNumId w:val="4"/>
  </w:num>
  <w:num w:numId="5" w16cid:durableId="1915898569">
    <w:abstractNumId w:val="7"/>
  </w:num>
  <w:num w:numId="6" w16cid:durableId="1847329284">
    <w:abstractNumId w:val="3"/>
  </w:num>
  <w:num w:numId="7" w16cid:durableId="485820244">
    <w:abstractNumId w:val="2"/>
  </w:num>
  <w:num w:numId="8" w16cid:durableId="746806625">
    <w:abstractNumId w:val="1"/>
  </w:num>
  <w:num w:numId="9" w16cid:durableId="1594826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7B63"/>
    <w:rsid w:val="00721302"/>
    <w:rsid w:val="009C6C2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3C9C0A"/>
  <w14:defaultImageDpi w14:val="300"/>
  <w15:docId w15:val="{1F217EEF-1CF8-47D5-9AEF-38969D4A3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eastAsia="Arial" w:hAnsi="Arial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Sergio Jiménez Canales</cp:lastModifiedBy>
  <cp:revision>3</cp:revision>
  <dcterms:created xsi:type="dcterms:W3CDTF">2013-12-23T23:15:00Z</dcterms:created>
  <dcterms:modified xsi:type="dcterms:W3CDTF">2026-08-23T15:46:00Z</dcterms:modified>
  <cp:category/>
</cp:coreProperties>
</file>