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noche de hotel para imprimi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