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10692000" cy="75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 por una comida para imprimi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756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