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4813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regalo vale por un carnet de conducir plantilla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4813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6838" w:h="11906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