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10692000" cy="7560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lantilla vale por una noche de hotel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692000" cy="7560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6838" w:h="11906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