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vale por una escapad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