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vale por una escapada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