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vale por un tatuaj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